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EC20C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EC20C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EC20C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EC20C7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t>ANEXO III – DECLARAÇÃO DE INEXISTÊNCIA DE CONFLITO DE INTERESSES / IMPEDIMENTO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Eu, ________________________________________________, matrícula/SIAPE nº __________________, designado(a) para integrar a Comissão de Seleção referente ao Edital nº ___/2026 – PROPPI/IF Goiano, declaro, para os devidos fins, que não possuo conflito de interesses, impedimento ou relação que comprometa minha imparcialidade em relação aos candidatos sob minha avaliação.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Comprometo-me a comunicar imediatamente à Coordenação do PPG qualquer situação superveniente que possa caracterizar conflito de interesses ou impedimento, abstendo-me de participar da análise correspondente.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PPG: _________________________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Modalidade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/janela: 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Local e data: 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Nome e assinatura: _________________________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53A0" w:rsidRDefault="004453A0">
      <w:pPr>
        <w:spacing w:after="0" w:line="240" w:lineRule="auto"/>
      </w:pPr>
      <w:r>
        <w:separator/>
      </w:r>
    </w:p>
  </w:endnote>
  <w:endnote w:type="continuationSeparator" w:id="0">
    <w:p w:rsidR="004453A0" w:rsidRDefault="00445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53A0" w:rsidRDefault="004453A0">
      <w:pPr>
        <w:spacing w:after="0" w:line="240" w:lineRule="auto"/>
      </w:pPr>
      <w:r>
        <w:separator/>
      </w:r>
    </w:p>
  </w:footnote>
  <w:footnote w:type="continuationSeparator" w:id="0">
    <w:p w:rsidR="004453A0" w:rsidRDefault="00445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63"/>
    <w:rsid w:val="0029639D"/>
    <w:rsid w:val="00326F90"/>
    <w:rsid w:val="004453A0"/>
    <w:rsid w:val="008D4DF8"/>
    <w:rsid w:val="00982A98"/>
    <w:rsid w:val="00AA1D8D"/>
    <w:rsid w:val="00B47730"/>
    <w:rsid w:val="00CB0664"/>
    <w:rsid w:val="00D272B8"/>
    <w:rsid w:val="00EC20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F5148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2026-09-21T21:55:00Z</dcterms:modified>
  <cp:category/>
</cp:coreProperties>
</file>