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01979" w14:textId="77777777" w:rsidR="009B2E3E" w:rsidRPr="00637324" w:rsidRDefault="001F234C">
      <w:pPr>
        <w:pStyle w:val="Ttulo"/>
        <w:rPr>
          <w:lang w:val="pt-BR"/>
        </w:rPr>
      </w:pPr>
      <w:r w:rsidRPr="00637324">
        <w:rPr>
          <w:lang w:val="pt-BR"/>
        </w:rPr>
        <w:t>ANEXO I</w:t>
      </w:r>
    </w:p>
    <w:p w14:paraId="305E0961" w14:textId="77777777" w:rsidR="009B2E3E" w:rsidRPr="00637324" w:rsidRDefault="001F234C" w:rsidP="00E24CF4">
      <w:pPr>
        <w:pStyle w:val="Ttulo1"/>
        <w:jc w:val="center"/>
        <w:rPr>
          <w:lang w:val="pt-BR"/>
        </w:rPr>
      </w:pPr>
      <w:r w:rsidRPr="00637324">
        <w:rPr>
          <w:lang w:val="pt-BR"/>
        </w:rPr>
        <w:t>AUTODECLARAÇÃO ÉTNICO RACIAL</w:t>
      </w:r>
    </w:p>
    <w:p w14:paraId="727E8198" w14:textId="77777777" w:rsidR="007B4D55" w:rsidRPr="00637324" w:rsidRDefault="007B4D55" w:rsidP="00E24CF4">
      <w:pPr>
        <w:jc w:val="center"/>
        <w:rPr>
          <w:lang w:val="pt-BR"/>
        </w:rPr>
      </w:pPr>
    </w:p>
    <w:p w14:paraId="210F65DF" w14:textId="03C9898F" w:rsidR="009B2E3E" w:rsidRPr="00637324" w:rsidRDefault="001F234C" w:rsidP="00CC0BA6">
      <w:pPr>
        <w:spacing w:line="360" w:lineRule="auto"/>
        <w:rPr>
          <w:lang w:val="pt-BR"/>
        </w:rPr>
      </w:pPr>
      <w:r w:rsidRPr="00637324">
        <w:rPr>
          <w:lang w:val="pt-BR"/>
        </w:rPr>
        <w:t xml:space="preserve">Eu, ______________________________________________, CPF _______________________, optante pela reserva de vagas deste processo seletivo, </w:t>
      </w:r>
      <w:r w:rsidR="000073D2">
        <w:rPr>
          <w:lang w:val="pt-BR"/>
        </w:rPr>
        <w:t xml:space="preserve">me </w:t>
      </w:r>
      <w:r w:rsidRPr="00637324">
        <w:rPr>
          <w:lang w:val="pt-BR"/>
        </w:rPr>
        <w:t>autodeclaro:</w:t>
      </w:r>
    </w:p>
    <w:p w14:paraId="39644584" w14:textId="77777777" w:rsidR="00214744" w:rsidRDefault="00214744" w:rsidP="00214744">
      <w:pPr>
        <w:pBdr>
          <w:top w:val="nil"/>
          <w:left w:val="nil"/>
          <w:bottom w:val="nil"/>
          <w:right w:val="nil"/>
          <w:between w:val="nil"/>
        </w:pBdr>
        <w:tabs>
          <w:tab w:val="left" w:pos="6441"/>
          <w:tab w:val="left" w:pos="9561"/>
        </w:tabs>
        <w:spacing w:line="360" w:lineRule="auto"/>
        <w:jc w:val="center"/>
        <w:rPr>
          <w:b/>
        </w:rPr>
      </w:pPr>
      <w:proofErr w:type="gramStart"/>
      <w:r>
        <w:rPr>
          <w:b/>
        </w:rPr>
        <w:t xml:space="preserve">(  </w:t>
      </w:r>
      <w:proofErr w:type="gramEnd"/>
      <w:r>
        <w:rPr>
          <w:b/>
        </w:rPr>
        <w:t xml:space="preserve"> ) Negro(a) Preto(a) </w:t>
      </w:r>
    </w:p>
    <w:p w14:paraId="56CB9B57" w14:textId="77777777" w:rsidR="00214744" w:rsidRDefault="00214744" w:rsidP="00214744">
      <w:pPr>
        <w:pBdr>
          <w:top w:val="nil"/>
          <w:left w:val="nil"/>
          <w:bottom w:val="nil"/>
          <w:right w:val="nil"/>
          <w:between w:val="nil"/>
        </w:pBdr>
        <w:tabs>
          <w:tab w:val="left" w:pos="6441"/>
          <w:tab w:val="left" w:pos="9561"/>
        </w:tabs>
        <w:spacing w:line="360" w:lineRule="auto"/>
        <w:jc w:val="center"/>
        <w:rPr>
          <w:b/>
        </w:rPr>
      </w:pPr>
      <w:proofErr w:type="gramStart"/>
      <w:r>
        <w:rPr>
          <w:b/>
        </w:rPr>
        <w:t xml:space="preserve">(  </w:t>
      </w:r>
      <w:proofErr w:type="gramEnd"/>
      <w:r>
        <w:rPr>
          <w:b/>
        </w:rPr>
        <w:t xml:space="preserve"> ) Negro(a) Pardo(a) </w:t>
      </w:r>
    </w:p>
    <w:p w14:paraId="052ECFB8" w14:textId="77777777" w:rsidR="009B2E3E" w:rsidRPr="00637324" w:rsidRDefault="001F234C">
      <w:pPr>
        <w:jc w:val="both"/>
        <w:rPr>
          <w:lang w:val="pt-BR"/>
        </w:rPr>
      </w:pPr>
      <w:r w:rsidRPr="00637324">
        <w:rPr>
          <w:lang w:val="pt-BR"/>
        </w:rPr>
        <w:t>Declaro estar ciente de que esta autodeclaração será submetida à comissão de heteroidentificação, conforme as normas institucionais aplicáveis, mediante aferição dos aspectos fenotípicos e observância do procedimento recursal.</w:t>
      </w:r>
    </w:p>
    <w:p w14:paraId="6FE37220" w14:textId="77777777" w:rsidR="009B2E3E" w:rsidRDefault="001F234C">
      <w:pPr>
        <w:jc w:val="both"/>
        <w:rPr>
          <w:lang w:val="pt-BR"/>
        </w:rPr>
      </w:pPr>
      <w:r w:rsidRPr="00637324">
        <w:rPr>
          <w:lang w:val="pt-BR"/>
        </w:rPr>
        <w:t>Declaro serem verdadeiras as informações prestadas. Estou ciente de que a comprovação de informação falsa poderá ensejar a eliminação ou o cancelamento da matrícula, após procedimento que assegure o contraditório e a ampla defesa, sem prejuízo das demais consequências legais.</w:t>
      </w:r>
    </w:p>
    <w:p w14:paraId="3E1F6F7E" w14:textId="77777777" w:rsidR="002F7022" w:rsidRPr="00637324" w:rsidRDefault="002F7022">
      <w:pPr>
        <w:jc w:val="both"/>
        <w:rPr>
          <w:lang w:val="pt-BR"/>
        </w:rPr>
      </w:pPr>
    </w:p>
    <w:p w14:paraId="039E1CE1" w14:textId="77777777" w:rsidR="009B2E3E" w:rsidRDefault="001F234C">
      <w:pPr>
        <w:rPr>
          <w:lang w:val="pt-BR"/>
        </w:rPr>
      </w:pPr>
      <w:r w:rsidRPr="00637324">
        <w:rPr>
          <w:lang w:val="pt-BR"/>
        </w:rPr>
        <w:t>Local: ______________________________    Data: _____/_____/________</w:t>
      </w:r>
    </w:p>
    <w:p w14:paraId="7634240B" w14:textId="77777777" w:rsidR="002F7022" w:rsidRPr="00637324" w:rsidRDefault="002F7022">
      <w:pPr>
        <w:rPr>
          <w:lang w:val="pt-BR"/>
        </w:rPr>
      </w:pPr>
    </w:p>
    <w:p w14:paraId="43E87B36" w14:textId="77777777" w:rsidR="002F7022" w:rsidRDefault="001F234C" w:rsidP="003B2050">
      <w:pPr>
        <w:jc w:val="center"/>
        <w:rPr>
          <w:lang w:val="pt-BR"/>
        </w:rPr>
      </w:pPr>
      <w:r w:rsidRPr="00637324">
        <w:rPr>
          <w:lang w:val="pt-BR"/>
        </w:rPr>
        <w:t>________________________________________________________</w:t>
      </w:r>
    </w:p>
    <w:p w14:paraId="63C6A2E7" w14:textId="74436C16" w:rsidR="009B2E3E" w:rsidRDefault="001F234C" w:rsidP="003B2050">
      <w:pPr>
        <w:jc w:val="center"/>
        <w:rPr>
          <w:lang w:val="pt-BR"/>
        </w:rPr>
      </w:pPr>
      <w:r w:rsidRPr="00637324">
        <w:rPr>
          <w:lang w:val="pt-BR"/>
        </w:rPr>
        <w:t>Assinatura do(a) declarante</w:t>
      </w:r>
    </w:p>
    <w:p w14:paraId="081E6575" w14:textId="77777777" w:rsidR="003B2050" w:rsidRPr="00637324" w:rsidRDefault="003B2050" w:rsidP="003B2050">
      <w:pPr>
        <w:jc w:val="center"/>
        <w:rPr>
          <w:lang w:val="pt-BR"/>
        </w:rPr>
      </w:pPr>
    </w:p>
    <w:p w14:paraId="5664567A" w14:textId="77777777" w:rsidR="009B2E3E" w:rsidRPr="00637324" w:rsidRDefault="001F234C" w:rsidP="003B2050">
      <w:pPr>
        <w:jc w:val="center"/>
        <w:rPr>
          <w:lang w:val="pt-BR"/>
        </w:rPr>
      </w:pPr>
      <w:r w:rsidRPr="00637324">
        <w:rPr>
          <w:lang w:val="pt-BR"/>
        </w:rPr>
        <w:t>________________________________________________________</w:t>
      </w:r>
      <w:r w:rsidRPr="00637324">
        <w:rPr>
          <w:lang w:val="pt-BR"/>
        </w:rPr>
        <w:br/>
        <w:t>Assinatura do responsável legal, quando o(a) candidato(a) for menor de 18 anos</w:t>
      </w:r>
    </w:p>
    <w:p w14:paraId="62566900" w14:textId="77777777" w:rsidR="009B2E3E" w:rsidRPr="00637324" w:rsidRDefault="001F234C">
      <w:pPr>
        <w:rPr>
          <w:lang w:val="pt-BR"/>
        </w:rPr>
      </w:pPr>
      <w:r w:rsidRPr="00637324">
        <w:rPr>
          <w:lang w:val="pt-BR"/>
        </w:rPr>
        <w:br w:type="page"/>
      </w:r>
    </w:p>
    <w:p w14:paraId="2807074F" w14:textId="77777777" w:rsidR="009B2E3E" w:rsidRDefault="001F234C">
      <w:pPr>
        <w:pStyle w:val="Ttulo"/>
        <w:rPr>
          <w:lang w:val="pt-BR"/>
        </w:rPr>
      </w:pPr>
      <w:r w:rsidRPr="00637324">
        <w:rPr>
          <w:lang w:val="pt-BR"/>
        </w:rPr>
        <w:lastRenderedPageBreak/>
        <w:t>ANEXO II</w:t>
      </w:r>
    </w:p>
    <w:p w14:paraId="30B0212A" w14:textId="77777777" w:rsidR="009B2E3E" w:rsidRPr="00637324" w:rsidRDefault="001F234C" w:rsidP="003B2050">
      <w:pPr>
        <w:pStyle w:val="Ttulo1"/>
        <w:jc w:val="center"/>
        <w:rPr>
          <w:lang w:val="pt-BR"/>
        </w:rPr>
      </w:pPr>
      <w:r w:rsidRPr="00637324">
        <w:rPr>
          <w:lang w:val="pt-BR"/>
        </w:rPr>
        <w:t>LAUDO MÉDICO PARA COMPROVAÇÃO DE DEFICIÊNCIA</w:t>
      </w:r>
    </w:p>
    <w:p w14:paraId="2293377B" w14:textId="77777777" w:rsidR="00E1697F" w:rsidRPr="000D373F" w:rsidRDefault="00E1697F" w:rsidP="00E1697F">
      <w:pPr>
        <w:pStyle w:val="Ttulo5"/>
        <w:jc w:val="center"/>
        <w:rPr>
          <w:lang w:val="pt-BR"/>
        </w:rPr>
      </w:pPr>
      <w:r w:rsidRPr="000D373F">
        <w:rPr>
          <w:lang w:val="pt-BR"/>
        </w:rPr>
        <w:t>(A ser encaminhado por todos aqueles que escolheram concorrer pela reserva de vaga PCD)</w:t>
      </w:r>
    </w:p>
    <w:p w14:paraId="04C43524" w14:textId="77777777" w:rsidR="00E1697F" w:rsidRPr="000D373F" w:rsidRDefault="00E1697F" w:rsidP="00E169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sz w:val="19"/>
          <w:szCs w:val="19"/>
          <w:lang w:val="pt-BR"/>
        </w:rPr>
      </w:pPr>
    </w:p>
    <w:p w14:paraId="7637562E" w14:textId="77777777" w:rsidR="00E1697F" w:rsidRPr="000D373F" w:rsidRDefault="00E1697F" w:rsidP="00E1697F">
      <w:pPr>
        <w:pBdr>
          <w:top w:val="nil"/>
          <w:left w:val="nil"/>
          <w:bottom w:val="nil"/>
          <w:right w:val="nil"/>
          <w:between w:val="nil"/>
        </w:pBdr>
        <w:jc w:val="center"/>
        <w:rPr>
          <w:lang w:val="pt-BR"/>
        </w:rPr>
      </w:pPr>
      <w:r w:rsidRPr="000D373F">
        <w:rPr>
          <w:b/>
          <w:i/>
          <w:lang w:val="pt-BR"/>
        </w:rPr>
        <w:t>Todos os dados solicitados no Laudo deverão ser rigorosamente preenchidos. O não preenchimento poderá implicar em prejuízos ao candidato</w:t>
      </w:r>
      <w:r w:rsidRPr="000D373F">
        <w:rPr>
          <w:lang w:val="pt-BR"/>
        </w:rPr>
        <w:t>.</w:t>
      </w:r>
    </w:p>
    <w:p w14:paraId="43F21414" w14:textId="32FADD4E" w:rsidR="00E1697F" w:rsidRDefault="00E1697F" w:rsidP="00E1697F">
      <w:pPr>
        <w:pBdr>
          <w:top w:val="nil"/>
          <w:left w:val="nil"/>
          <w:bottom w:val="nil"/>
          <w:right w:val="nil"/>
          <w:between w:val="nil"/>
        </w:pBdr>
        <w:tabs>
          <w:tab w:val="left" w:pos="1425"/>
          <w:tab w:val="left" w:pos="2036"/>
          <w:tab w:val="left" w:pos="3442"/>
          <w:tab w:val="left" w:pos="4046"/>
          <w:tab w:val="left" w:pos="5565"/>
          <w:tab w:val="left" w:pos="6209"/>
          <w:tab w:val="left" w:pos="8837"/>
          <w:tab w:val="left" w:pos="9271"/>
          <w:tab w:val="left" w:pos="9983"/>
        </w:tabs>
        <w:spacing w:before="120" w:line="360" w:lineRule="auto"/>
        <w:jc w:val="both"/>
        <w:rPr>
          <w:lang w:val="pt-BR"/>
        </w:rPr>
      </w:pPr>
      <w:r w:rsidRPr="000D373F">
        <w:rPr>
          <w:lang w:val="pt-BR"/>
        </w:rPr>
        <w:t>O(a) candidato(</w:t>
      </w:r>
      <w:proofErr w:type="gramStart"/>
      <w:r w:rsidRPr="000D373F">
        <w:rPr>
          <w:lang w:val="pt-BR"/>
        </w:rPr>
        <w:t xml:space="preserve">a) </w:t>
      </w:r>
      <w:r w:rsidRPr="000D373F">
        <w:rPr>
          <w:rFonts w:ascii="Times New Roman" w:eastAsia="Times New Roman" w:hAnsi="Times New Roman" w:cs="Times New Roman"/>
          <w:lang w:val="pt-BR"/>
        </w:rPr>
        <w:t xml:space="preserve"> _</w:t>
      </w:r>
      <w:proofErr w:type="gramEnd"/>
      <w:r w:rsidRPr="000D373F">
        <w:rPr>
          <w:rFonts w:ascii="Times New Roman" w:eastAsia="Times New Roman" w:hAnsi="Times New Roman" w:cs="Times New Roman"/>
          <w:lang w:val="pt-BR"/>
        </w:rPr>
        <w:t xml:space="preserve">_______________________________________________________, </w:t>
      </w:r>
      <w:r w:rsidRPr="000D373F">
        <w:rPr>
          <w:lang w:val="pt-BR"/>
        </w:rPr>
        <w:t>portador(a) do</w:t>
      </w:r>
      <w:r w:rsidR="000D373F" w:rsidRPr="000D373F">
        <w:rPr>
          <w:lang w:val="pt-BR"/>
        </w:rPr>
        <w:t xml:space="preserve"> </w:t>
      </w:r>
      <w:r w:rsidRPr="000D373F">
        <w:rPr>
          <w:lang w:val="pt-BR"/>
        </w:rPr>
        <w:t>documento de identificação n.º: ________________,</w:t>
      </w:r>
      <w:r w:rsidRPr="000D373F">
        <w:rPr>
          <w:lang w:val="pt-BR"/>
        </w:rPr>
        <w:tab/>
        <w:t xml:space="preserve">CPF n.º </w:t>
      </w:r>
      <w:r w:rsidRPr="000D373F">
        <w:rPr>
          <w:rFonts w:ascii="Times New Roman" w:eastAsia="Times New Roman" w:hAnsi="Times New Roman" w:cs="Times New Roman"/>
          <w:lang w:val="pt-BR"/>
        </w:rPr>
        <w:t>____________________</w:t>
      </w:r>
      <w:r w:rsidRPr="000D373F">
        <w:rPr>
          <w:lang w:val="pt-BR"/>
        </w:rPr>
        <w:t>, telefones</w:t>
      </w:r>
      <w:r w:rsidRPr="000D373F">
        <w:rPr>
          <w:rFonts w:ascii="Times New Roman" w:eastAsia="Times New Roman" w:hAnsi="Times New Roman" w:cs="Times New Roman"/>
          <w:lang w:val="pt-BR"/>
        </w:rPr>
        <w:t xml:space="preserve"> </w:t>
      </w:r>
      <w:proofErr w:type="gramStart"/>
      <w:r w:rsidRPr="000D373F">
        <w:rPr>
          <w:rFonts w:ascii="Times New Roman" w:eastAsia="Times New Roman" w:hAnsi="Times New Roman" w:cs="Times New Roman"/>
          <w:lang w:val="pt-BR"/>
        </w:rPr>
        <w:t xml:space="preserve">(  </w:t>
      </w:r>
      <w:proofErr w:type="gramEnd"/>
      <w:r w:rsidRPr="000D373F">
        <w:rPr>
          <w:rFonts w:ascii="Times New Roman" w:eastAsia="Times New Roman" w:hAnsi="Times New Roman" w:cs="Times New Roman"/>
          <w:lang w:val="pt-BR"/>
        </w:rPr>
        <w:t xml:space="preserve"> ) _________________</w:t>
      </w:r>
      <w:r w:rsidRPr="000D373F">
        <w:rPr>
          <w:lang w:val="pt-BR"/>
        </w:rPr>
        <w:t xml:space="preserve">, candidato(a) ao Processo Seletivo </w:t>
      </w:r>
      <w:r w:rsidR="00A336B3">
        <w:rPr>
          <w:lang w:val="pt-BR"/>
        </w:rPr>
        <w:t>acima identificado</w:t>
      </w:r>
      <w:r w:rsidRPr="000D373F">
        <w:rPr>
          <w:lang w:val="pt-BR"/>
        </w:rPr>
        <w:t>, foi submetido(a), nesta data, a exame clínico, sendo identificada a existência de deficiência de conformidade com o Decreto n. 3.298, de 20/12/99 e suas alterações posteriores e na súmula nº 377-STJ, de 22/04/2009.</w:t>
      </w:r>
    </w:p>
    <w:p w14:paraId="3365D52E" w14:textId="77777777" w:rsidR="007B2BA6" w:rsidRPr="008A4E85" w:rsidRDefault="007B2BA6" w:rsidP="007B2BA6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jc w:val="both"/>
        <w:rPr>
          <w:b/>
          <w:u w:val="single"/>
        </w:rPr>
      </w:pPr>
      <w:proofErr w:type="spellStart"/>
      <w:r w:rsidRPr="008A4E85">
        <w:rPr>
          <w:b/>
          <w:u w:val="single"/>
        </w:rPr>
        <w:t>Assinale</w:t>
      </w:r>
      <w:proofErr w:type="spellEnd"/>
      <w:r w:rsidRPr="008A4E85">
        <w:rPr>
          <w:b/>
          <w:u w:val="single"/>
        </w:rPr>
        <w:t xml:space="preserve">, a </w:t>
      </w:r>
      <w:proofErr w:type="spellStart"/>
      <w:r w:rsidRPr="008A4E85">
        <w:rPr>
          <w:b/>
          <w:u w:val="single"/>
        </w:rPr>
        <w:t>seguir</w:t>
      </w:r>
      <w:proofErr w:type="spellEnd"/>
      <w:r w:rsidRPr="008A4E85">
        <w:rPr>
          <w:b/>
          <w:u w:val="single"/>
        </w:rPr>
        <w:t xml:space="preserve">, o </w:t>
      </w:r>
      <w:proofErr w:type="spellStart"/>
      <w:r w:rsidRPr="008A4E85">
        <w:rPr>
          <w:b/>
          <w:u w:val="single"/>
        </w:rPr>
        <w:t>tipo</w:t>
      </w:r>
      <w:proofErr w:type="spellEnd"/>
      <w:r w:rsidRPr="008A4E85">
        <w:rPr>
          <w:b/>
          <w:u w:val="single"/>
        </w:rPr>
        <w:t xml:space="preserve"> de </w:t>
      </w:r>
      <w:proofErr w:type="spellStart"/>
      <w:r w:rsidRPr="008A4E85">
        <w:rPr>
          <w:b/>
          <w:u w:val="single"/>
        </w:rPr>
        <w:t>deficiência</w:t>
      </w:r>
      <w:proofErr w:type="spellEnd"/>
      <w:r w:rsidRPr="008A4E85">
        <w:rPr>
          <w:b/>
          <w:u w:val="single"/>
        </w:rPr>
        <w:t xml:space="preserve"> do </w:t>
      </w:r>
      <w:proofErr w:type="spellStart"/>
      <w:r w:rsidRPr="008A4E85">
        <w:rPr>
          <w:b/>
          <w:u w:val="single"/>
        </w:rPr>
        <w:t>candidato</w:t>
      </w:r>
      <w:proofErr w:type="spellEnd"/>
      <w:r w:rsidRPr="008A4E85">
        <w:rPr>
          <w:b/>
          <w:u w:val="single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35"/>
        <w:gridCol w:w="2126"/>
        <w:gridCol w:w="5493"/>
      </w:tblGrid>
      <w:tr w:rsidR="007B2BA6" w:rsidRPr="008F29D3" w14:paraId="52A6222E" w14:textId="77777777" w:rsidTr="0083213A">
        <w:trPr>
          <w:trHeight w:val="370"/>
        </w:trPr>
        <w:tc>
          <w:tcPr>
            <w:tcW w:w="5000" w:type="pct"/>
            <w:gridSpan w:val="3"/>
            <w:shd w:val="clear" w:color="auto" w:fill="DBE5F1" w:themeFill="accent1" w:themeFillTint="33"/>
          </w:tcPr>
          <w:p w14:paraId="64B0186E" w14:textId="77777777" w:rsidR="007B2BA6" w:rsidRPr="008F29D3" w:rsidRDefault="007B2BA6" w:rsidP="00832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4"/>
              </w:tabs>
              <w:spacing w:before="40" w:after="40" w:line="240" w:lineRule="auto"/>
              <w:jc w:val="both"/>
              <w:rPr>
                <w:b/>
                <w:sz w:val="20"/>
                <w:szCs w:val="20"/>
                <w:lang w:val="pt-BR"/>
              </w:rPr>
            </w:pPr>
            <w:r w:rsidRPr="008F29D3">
              <w:rPr>
                <w:b/>
                <w:sz w:val="20"/>
                <w:szCs w:val="20"/>
                <w:lang w:val="pt-BR"/>
              </w:rPr>
              <w:t>(</w:t>
            </w:r>
            <w:r w:rsidRPr="008F29D3">
              <w:rPr>
                <w:b/>
                <w:sz w:val="20"/>
                <w:szCs w:val="20"/>
                <w:lang w:val="pt-BR"/>
              </w:rPr>
              <w:tab/>
              <w:t>) DEFICIÊNCIA FÍSICA*</w:t>
            </w:r>
          </w:p>
        </w:tc>
      </w:tr>
      <w:tr w:rsidR="007B2BA6" w:rsidRPr="008F29D3" w14:paraId="4C77E26D" w14:textId="77777777" w:rsidTr="0001014D">
        <w:trPr>
          <w:trHeight w:val="270"/>
        </w:trPr>
        <w:tc>
          <w:tcPr>
            <w:tcW w:w="1134" w:type="pct"/>
          </w:tcPr>
          <w:p w14:paraId="4A7A1FF8" w14:textId="77777777" w:rsidR="007B2BA6" w:rsidRPr="008F29D3" w:rsidRDefault="007B2BA6" w:rsidP="00832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both"/>
              <w:rPr>
                <w:sz w:val="20"/>
                <w:szCs w:val="20"/>
                <w:lang w:val="pt-BR"/>
              </w:rPr>
            </w:pPr>
            <w:r w:rsidRPr="008F29D3">
              <w:rPr>
                <w:sz w:val="20"/>
                <w:szCs w:val="20"/>
                <w:lang w:val="pt-BR"/>
              </w:rPr>
              <w:t xml:space="preserve">1. </w:t>
            </w:r>
            <w:proofErr w:type="gramStart"/>
            <w:r w:rsidRPr="008F29D3">
              <w:rPr>
                <w:sz w:val="20"/>
                <w:szCs w:val="20"/>
                <w:lang w:val="pt-BR"/>
              </w:rPr>
              <w:t>( )</w:t>
            </w:r>
            <w:proofErr w:type="gramEnd"/>
            <w:r w:rsidRPr="008F29D3">
              <w:rPr>
                <w:sz w:val="20"/>
                <w:szCs w:val="20"/>
                <w:lang w:val="pt-BR"/>
              </w:rPr>
              <w:t xml:space="preserve"> Paraplegia</w:t>
            </w:r>
          </w:p>
        </w:tc>
        <w:tc>
          <w:tcPr>
            <w:tcW w:w="1079" w:type="pct"/>
          </w:tcPr>
          <w:p w14:paraId="4A293E17" w14:textId="77777777" w:rsidR="007B2BA6" w:rsidRPr="008F29D3" w:rsidRDefault="007B2BA6" w:rsidP="00832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both"/>
              <w:rPr>
                <w:sz w:val="20"/>
                <w:szCs w:val="20"/>
                <w:lang w:val="pt-BR"/>
              </w:rPr>
            </w:pPr>
            <w:r w:rsidRPr="008F29D3">
              <w:rPr>
                <w:sz w:val="20"/>
                <w:szCs w:val="20"/>
                <w:lang w:val="pt-BR"/>
              </w:rPr>
              <w:t xml:space="preserve">6. </w:t>
            </w:r>
            <w:proofErr w:type="gramStart"/>
            <w:r w:rsidRPr="008F29D3">
              <w:rPr>
                <w:sz w:val="20"/>
                <w:szCs w:val="20"/>
                <w:lang w:val="pt-BR"/>
              </w:rPr>
              <w:t>( )</w:t>
            </w:r>
            <w:proofErr w:type="gramEnd"/>
            <w:r w:rsidRPr="008F29D3">
              <w:rPr>
                <w:sz w:val="20"/>
                <w:szCs w:val="20"/>
                <w:lang w:val="pt-BR"/>
              </w:rPr>
              <w:t xml:space="preserve"> Tetraparesia</w:t>
            </w:r>
          </w:p>
        </w:tc>
        <w:tc>
          <w:tcPr>
            <w:tcW w:w="2787" w:type="pct"/>
          </w:tcPr>
          <w:p w14:paraId="2B3FDFC2" w14:textId="77777777" w:rsidR="007B2BA6" w:rsidRPr="008F29D3" w:rsidRDefault="007B2BA6" w:rsidP="00832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both"/>
              <w:rPr>
                <w:sz w:val="20"/>
                <w:szCs w:val="20"/>
                <w:lang w:val="pt-BR"/>
              </w:rPr>
            </w:pPr>
            <w:r w:rsidRPr="008F29D3">
              <w:rPr>
                <w:sz w:val="20"/>
                <w:szCs w:val="20"/>
                <w:lang w:val="pt-BR"/>
              </w:rPr>
              <w:t xml:space="preserve">11. </w:t>
            </w:r>
            <w:proofErr w:type="gramStart"/>
            <w:r w:rsidRPr="008F29D3">
              <w:rPr>
                <w:sz w:val="20"/>
                <w:szCs w:val="20"/>
                <w:lang w:val="pt-BR"/>
              </w:rPr>
              <w:t>( )</w:t>
            </w:r>
            <w:proofErr w:type="gramEnd"/>
            <w:r w:rsidRPr="008F29D3">
              <w:rPr>
                <w:sz w:val="20"/>
                <w:szCs w:val="20"/>
                <w:lang w:val="pt-BR"/>
              </w:rPr>
              <w:t xml:space="preserve"> Amputação ou Ausência de Membro</w:t>
            </w:r>
          </w:p>
        </w:tc>
      </w:tr>
      <w:tr w:rsidR="007B2BA6" w:rsidRPr="008F29D3" w14:paraId="0617935D" w14:textId="77777777" w:rsidTr="0001014D">
        <w:trPr>
          <w:trHeight w:val="289"/>
        </w:trPr>
        <w:tc>
          <w:tcPr>
            <w:tcW w:w="1134" w:type="pct"/>
          </w:tcPr>
          <w:p w14:paraId="2E365E58" w14:textId="77777777" w:rsidR="007B2BA6" w:rsidRPr="008F29D3" w:rsidRDefault="007B2BA6" w:rsidP="00832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both"/>
              <w:rPr>
                <w:sz w:val="20"/>
                <w:szCs w:val="20"/>
                <w:lang w:val="pt-BR"/>
              </w:rPr>
            </w:pPr>
            <w:r w:rsidRPr="008F29D3">
              <w:rPr>
                <w:sz w:val="20"/>
                <w:szCs w:val="20"/>
                <w:lang w:val="pt-BR"/>
              </w:rPr>
              <w:t xml:space="preserve">2. </w:t>
            </w:r>
            <w:proofErr w:type="gramStart"/>
            <w:r w:rsidRPr="008F29D3">
              <w:rPr>
                <w:sz w:val="20"/>
                <w:szCs w:val="20"/>
                <w:lang w:val="pt-BR"/>
              </w:rPr>
              <w:t>( )</w:t>
            </w:r>
            <w:proofErr w:type="gramEnd"/>
            <w:r w:rsidRPr="008F29D3">
              <w:rPr>
                <w:sz w:val="20"/>
                <w:szCs w:val="20"/>
                <w:lang w:val="pt-BR"/>
              </w:rPr>
              <w:t xml:space="preserve"> Paraparesia</w:t>
            </w:r>
          </w:p>
        </w:tc>
        <w:tc>
          <w:tcPr>
            <w:tcW w:w="1079" w:type="pct"/>
          </w:tcPr>
          <w:p w14:paraId="76CE1B46" w14:textId="77777777" w:rsidR="007B2BA6" w:rsidRPr="008F29D3" w:rsidRDefault="007B2BA6" w:rsidP="00832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both"/>
              <w:rPr>
                <w:sz w:val="20"/>
                <w:szCs w:val="20"/>
                <w:lang w:val="pt-BR"/>
              </w:rPr>
            </w:pPr>
            <w:r w:rsidRPr="008F29D3">
              <w:rPr>
                <w:sz w:val="20"/>
                <w:szCs w:val="20"/>
                <w:lang w:val="pt-BR"/>
              </w:rPr>
              <w:t xml:space="preserve">7. </w:t>
            </w:r>
            <w:proofErr w:type="gramStart"/>
            <w:r w:rsidRPr="008F29D3">
              <w:rPr>
                <w:sz w:val="20"/>
                <w:szCs w:val="20"/>
                <w:lang w:val="pt-BR"/>
              </w:rPr>
              <w:t>( )</w:t>
            </w:r>
            <w:proofErr w:type="gramEnd"/>
            <w:r w:rsidRPr="008F29D3">
              <w:rPr>
                <w:sz w:val="20"/>
                <w:szCs w:val="20"/>
                <w:lang w:val="pt-BR"/>
              </w:rPr>
              <w:t xml:space="preserve"> Triplegia</w:t>
            </w:r>
          </w:p>
        </w:tc>
        <w:tc>
          <w:tcPr>
            <w:tcW w:w="2787" w:type="pct"/>
          </w:tcPr>
          <w:p w14:paraId="5BF94D4E" w14:textId="77777777" w:rsidR="007B2BA6" w:rsidRPr="008F29D3" w:rsidRDefault="007B2BA6" w:rsidP="00832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both"/>
              <w:rPr>
                <w:sz w:val="20"/>
                <w:szCs w:val="20"/>
                <w:lang w:val="pt-BR"/>
              </w:rPr>
            </w:pPr>
            <w:r w:rsidRPr="008F29D3">
              <w:rPr>
                <w:sz w:val="20"/>
                <w:szCs w:val="20"/>
                <w:lang w:val="pt-BR"/>
              </w:rPr>
              <w:t xml:space="preserve">12. </w:t>
            </w:r>
            <w:proofErr w:type="gramStart"/>
            <w:r w:rsidRPr="008F29D3">
              <w:rPr>
                <w:sz w:val="20"/>
                <w:szCs w:val="20"/>
                <w:lang w:val="pt-BR"/>
              </w:rPr>
              <w:t>( )</w:t>
            </w:r>
            <w:proofErr w:type="gramEnd"/>
            <w:r w:rsidRPr="008F29D3">
              <w:rPr>
                <w:sz w:val="20"/>
                <w:szCs w:val="20"/>
                <w:lang w:val="pt-BR"/>
              </w:rPr>
              <w:t xml:space="preserve"> Paralisia Cerebral</w:t>
            </w:r>
          </w:p>
        </w:tc>
      </w:tr>
      <w:tr w:rsidR="007B2BA6" w:rsidRPr="008F29D3" w14:paraId="5B233923" w14:textId="77777777" w:rsidTr="0001014D">
        <w:trPr>
          <w:trHeight w:val="289"/>
        </w:trPr>
        <w:tc>
          <w:tcPr>
            <w:tcW w:w="1134" w:type="pct"/>
          </w:tcPr>
          <w:p w14:paraId="517D0B16" w14:textId="77777777" w:rsidR="007B2BA6" w:rsidRPr="008F29D3" w:rsidRDefault="007B2BA6" w:rsidP="00832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both"/>
              <w:rPr>
                <w:sz w:val="20"/>
                <w:szCs w:val="20"/>
                <w:lang w:val="pt-BR"/>
              </w:rPr>
            </w:pPr>
            <w:r w:rsidRPr="008F29D3">
              <w:rPr>
                <w:sz w:val="20"/>
                <w:szCs w:val="20"/>
                <w:lang w:val="pt-BR"/>
              </w:rPr>
              <w:t xml:space="preserve">3. </w:t>
            </w:r>
            <w:proofErr w:type="gramStart"/>
            <w:r w:rsidRPr="008F29D3">
              <w:rPr>
                <w:sz w:val="20"/>
                <w:szCs w:val="20"/>
                <w:lang w:val="pt-BR"/>
              </w:rPr>
              <w:t>( )</w:t>
            </w:r>
            <w:proofErr w:type="gramEnd"/>
            <w:r w:rsidRPr="008F29D3">
              <w:rPr>
                <w:sz w:val="20"/>
                <w:szCs w:val="20"/>
                <w:lang w:val="pt-BR"/>
              </w:rPr>
              <w:t xml:space="preserve"> Monoplegia</w:t>
            </w:r>
          </w:p>
        </w:tc>
        <w:tc>
          <w:tcPr>
            <w:tcW w:w="1079" w:type="pct"/>
          </w:tcPr>
          <w:p w14:paraId="451F1C97" w14:textId="77777777" w:rsidR="007B2BA6" w:rsidRPr="008F29D3" w:rsidRDefault="007B2BA6" w:rsidP="00832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both"/>
              <w:rPr>
                <w:sz w:val="20"/>
                <w:szCs w:val="20"/>
                <w:lang w:val="pt-BR"/>
              </w:rPr>
            </w:pPr>
            <w:r w:rsidRPr="008F29D3">
              <w:rPr>
                <w:sz w:val="20"/>
                <w:szCs w:val="20"/>
                <w:lang w:val="pt-BR"/>
              </w:rPr>
              <w:t xml:space="preserve">8. </w:t>
            </w:r>
            <w:proofErr w:type="gramStart"/>
            <w:r w:rsidRPr="008F29D3">
              <w:rPr>
                <w:sz w:val="20"/>
                <w:szCs w:val="20"/>
                <w:lang w:val="pt-BR"/>
              </w:rPr>
              <w:t>( )</w:t>
            </w:r>
            <w:proofErr w:type="gramEnd"/>
            <w:r w:rsidRPr="008F29D3">
              <w:rPr>
                <w:sz w:val="20"/>
                <w:szCs w:val="20"/>
                <w:lang w:val="pt-BR"/>
              </w:rPr>
              <w:t xml:space="preserve"> Triparesia</w:t>
            </w:r>
          </w:p>
        </w:tc>
        <w:tc>
          <w:tcPr>
            <w:tcW w:w="2787" w:type="pct"/>
          </w:tcPr>
          <w:p w14:paraId="55989F47" w14:textId="77777777" w:rsidR="007B2BA6" w:rsidRPr="008F29D3" w:rsidRDefault="007B2BA6" w:rsidP="00832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both"/>
              <w:rPr>
                <w:sz w:val="20"/>
                <w:szCs w:val="20"/>
                <w:lang w:val="pt-BR"/>
              </w:rPr>
            </w:pPr>
            <w:r w:rsidRPr="008F29D3">
              <w:rPr>
                <w:sz w:val="20"/>
                <w:szCs w:val="20"/>
                <w:lang w:val="pt-BR"/>
              </w:rPr>
              <w:t xml:space="preserve">13. </w:t>
            </w:r>
            <w:proofErr w:type="gramStart"/>
            <w:r w:rsidRPr="008F29D3">
              <w:rPr>
                <w:sz w:val="20"/>
                <w:szCs w:val="20"/>
                <w:lang w:val="pt-BR"/>
              </w:rPr>
              <w:t>( )</w:t>
            </w:r>
            <w:proofErr w:type="gramEnd"/>
            <w:r w:rsidRPr="008F29D3">
              <w:rPr>
                <w:sz w:val="20"/>
                <w:szCs w:val="20"/>
                <w:lang w:val="pt-BR"/>
              </w:rPr>
              <w:t xml:space="preserve"> Membros com deformidade congênita ou adquirida</w:t>
            </w:r>
          </w:p>
        </w:tc>
      </w:tr>
      <w:tr w:rsidR="007B2BA6" w:rsidRPr="008F29D3" w14:paraId="358BFFED" w14:textId="77777777" w:rsidTr="0001014D">
        <w:trPr>
          <w:trHeight w:val="290"/>
        </w:trPr>
        <w:tc>
          <w:tcPr>
            <w:tcW w:w="1134" w:type="pct"/>
          </w:tcPr>
          <w:p w14:paraId="7153E574" w14:textId="77777777" w:rsidR="007B2BA6" w:rsidRPr="008F29D3" w:rsidRDefault="007B2BA6" w:rsidP="00832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both"/>
              <w:rPr>
                <w:sz w:val="20"/>
                <w:szCs w:val="20"/>
                <w:lang w:val="pt-BR"/>
              </w:rPr>
            </w:pPr>
            <w:r w:rsidRPr="008F29D3">
              <w:rPr>
                <w:sz w:val="20"/>
                <w:szCs w:val="20"/>
                <w:lang w:val="pt-BR"/>
              </w:rPr>
              <w:t xml:space="preserve">4. </w:t>
            </w:r>
            <w:proofErr w:type="gramStart"/>
            <w:r w:rsidRPr="008F29D3">
              <w:rPr>
                <w:sz w:val="20"/>
                <w:szCs w:val="20"/>
                <w:lang w:val="pt-BR"/>
              </w:rPr>
              <w:t>( )</w:t>
            </w:r>
            <w:proofErr w:type="gramEnd"/>
            <w:r w:rsidRPr="008F29D3">
              <w:rPr>
                <w:sz w:val="20"/>
                <w:szCs w:val="20"/>
                <w:lang w:val="pt-BR"/>
              </w:rPr>
              <w:t xml:space="preserve"> Monoparesia</w:t>
            </w:r>
          </w:p>
        </w:tc>
        <w:tc>
          <w:tcPr>
            <w:tcW w:w="1079" w:type="pct"/>
          </w:tcPr>
          <w:p w14:paraId="3A968901" w14:textId="77777777" w:rsidR="007B2BA6" w:rsidRPr="008F29D3" w:rsidRDefault="007B2BA6" w:rsidP="00832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both"/>
              <w:rPr>
                <w:sz w:val="20"/>
                <w:szCs w:val="20"/>
                <w:lang w:val="pt-BR"/>
              </w:rPr>
            </w:pPr>
            <w:r w:rsidRPr="008F29D3">
              <w:rPr>
                <w:sz w:val="20"/>
                <w:szCs w:val="20"/>
                <w:lang w:val="pt-BR"/>
              </w:rPr>
              <w:t xml:space="preserve">9. </w:t>
            </w:r>
            <w:proofErr w:type="gramStart"/>
            <w:r w:rsidRPr="008F29D3">
              <w:rPr>
                <w:sz w:val="20"/>
                <w:szCs w:val="20"/>
                <w:lang w:val="pt-BR"/>
              </w:rPr>
              <w:t>( )</w:t>
            </w:r>
            <w:proofErr w:type="gramEnd"/>
            <w:r w:rsidRPr="008F29D3">
              <w:rPr>
                <w:sz w:val="20"/>
                <w:szCs w:val="20"/>
                <w:lang w:val="pt-BR"/>
              </w:rPr>
              <w:t xml:space="preserve"> Hemiplegia</w:t>
            </w:r>
          </w:p>
        </w:tc>
        <w:tc>
          <w:tcPr>
            <w:tcW w:w="2787" w:type="pct"/>
          </w:tcPr>
          <w:p w14:paraId="3C12BA90" w14:textId="77777777" w:rsidR="007B2BA6" w:rsidRPr="008F29D3" w:rsidRDefault="007B2BA6" w:rsidP="00832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both"/>
              <w:rPr>
                <w:sz w:val="20"/>
                <w:szCs w:val="20"/>
                <w:lang w:val="pt-BR"/>
              </w:rPr>
            </w:pPr>
            <w:r w:rsidRPr="008F29D3">
              <w:rPr>
                <w:sz w:val="20"/>
                <w:szCs w:val="20"/>
                <w:lang w:val="pt-BR"/>
              </w:rPr>
              <w:t xml:space="preserve">14. </w:t>
            </w:r>
            <w:proofErr w:type="gramStart"/>
            <w:r w:rsidRPr="008F29D3">
              <w:rPr>
                <w:sz w:val="20"/>
                <w:szCs w:val="20"/>
                <w:lang w:val="pt-BR"/>
              </w:rPr>
              <w:t>( )</w:t>
            </w:r>
            <w:proofErr w:type="gramEnd"/>
            <w:r w:rsidRPr="008F29D3">
              <w:rPr>
                <w:sz w:val="20"/>
                <w:szCs w:val="20"/>
                <w:lang w:val="pt-BR"/>
              </w:rPr>
              <w:t xml:space="preserve"> Ostomias</w:t>
            </w:r>
          </w:p>
        </w:tc>
      </w:tr>
      <w:tr w:rsidR="007B2BA6" w:rsidRPr="008F29D3" w14:paraId="582D996E" w14:textId="77777777" w:rsidTr="0001014D">
        <w:trPr>
          <w:trHeight w:val="270"/>
        </w:trPr>
        <w:tc>
          <w:tcPr>
            <w:tcW w:w="1134" w:type="pct"/>
          </w:tcPr>
          <w:p w14:paraId="56E60A3A" w14:textId="77777777" w:rsidR="007B2BA6" w:rsidRPr="008F29D3" w:rsidRDefault="007B2BA6" w:rsidP="00832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both"/>
              <w:rPr>
                <w:sz w:val="20"/>
                <w:szCs w:val="20"/>
                <w:lang w:val="pt-BR"/>
              </w:rPr>
            </w:pPr>
            <w:r w:rsidRPr="008F29D3">
              <w:rPr>
                <w:sz w:val="20"/>
                <w:szCs w:val="20"/>
                <w:lang w:val="pt-BR"/>
              </w:rPr>
              <w:t xml:space="preserve">5. </w:t>
            </w:r>
            <w:proofErr w:type="gramStart"/>
            <w:r w:rsidRPr="008F29D3">
              <w:rPr>
                <w:sz w:val="20"/>
                <w:szCs w:val="20"/>
                <w:lang w:val="pt-BR"/>
              </w:rPr>
              <w:t>( )</w:t>
            </w:r>
            <w:proofErr w:type="gramEnd"/>
            <w:r w:rsidRPr="008F29D3">
              <w:rPr>
                <w:sz w:val="20"/>
                <w:szCs w:val="20"/>
                <w:lang w:val="pt-BR"/>
              </w:rPr>
              <w:t xml:space="preserve"> Tetraplegia</w:t>
            </w:r>
          </w:p>
        </w:tc>
        <w:tc>
          <w:tcPr>
            <w:tcW w:w="1079" w:type="pct"/>
          </w:tcPr>
          <w:p w14:paraId="522338D2" w14:textId="77777777" w:rsidR="007B2BA6" w:rsidRPr="008F29D3" w:rsidRDefault="007B2BA6" w:rsidP="00832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both"/>
              <w:rPr>
                <w:sz w:val="20"/>
                <w:szCs w:val="20"/>
                <w:lang w:val="pt-BR"/>
              </w:rPr>
            </w:pPr>
            <w:r w:rsidRPr="008F29D3">
              <w:rPr>
                <w:sz w:val="20"/>
                <w:szCs w:val="20"/>
                <w:lang w:val="pt-BR"/>
              </w:rPr>
              <w:t xml:space="preserve">10. </w:t>
            </w:r>
            <w:proofErr w:type="gramStart"/>
            <w:r w:rsidRPr="008F29D3">
              <w:rPr>
                <w:sz w:val="20"/>
                <w:szCs w:val="20"/>
                <w:lang w:val="pt-BR"/>
              </w:rPr>
              <w:t>( )</w:t>
            </w:r>
            <w:proofErr w:type="gramEnd"/>
            <w:r w:rsidRPr="008F29D3">
              <w:rPr>
                <w:sz w:val="20"/>
                <w:szCs w:val="20"/>
                <w:lang w:val="pt-BR"/>
              </w:rPr>
              <w:t xml:space="preserve"> Hemiparesia</w:t>
            </w:r>
          </w:p>
        </w:tc>
        <w:tc>
          <w:tcPr>
            <w:tcW w:w="2787" w:type="pct"/>
          </w:tcPr>
          <w:p w14:paraId="2C47C3C1" w14:textId="77777777" w:rsidR="007B2BA6" w:rsidRPr="008F29D3" w:rsidRDefault="007B2BA6" w:rsidP="00832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both"/>
              <w:rPr>
                <w:sz w:val="20"/>
                <w:szCs w:val="20"/>
                <w:lang w:val="pt-BR"/>
              </w:rPr>
            </w:pPr>
            <w:r w:rsidRPr="008F29D3">
              <w:rPr>
                <w:sz w:val="20"/>
                <w:szCs w:val="20"/>
                <w:lang w:val="pt-BR"/>
              </w:rPr>
              <w:t xml:space="preserve">15. </w:t>
            </w:r>
            <w:proofErr w:type="gramStart"/>
            <w:r w:rsidRPr="008F29D3">
              <w:rPr>
                <w:sz w:val="20"/>
                <w:szCs w:val="20"/>
                <w:lang w:val="pt-BR"/>
              </w:rPr>
              <w:t>( )</w:t>
            </w:r>
            <w:proofErr w:type="gramEnd"/>
            <w:r w:rsidRPr="008F29D3">
              <w:rPr>
                <w:sz w:val="20"/>
                <w:szCs w:val="20"/>
                <w:lang w:val="pt-BR"/>
              </w:rPr>
              <w:t xml:space="preserve"> Nanismo</w:t>
            </w:r>
          </w:p>
        </w:tc>
      </w:tr>
    </w:tbl>
    <w:p w14:paraId="6863F463" w14:textId="77777777" w:rsidR="007B2BA6" w:rsidRDefault="007B2BA6" w:rsidP="007B2BA6">
      <w:pPr>
        <w:spacing w:line="360" w:lineRule="auto"/>
        <w:jc w:val="both"/>
        <w:rPr>
          <w:bCs/>
          <w:i/>
          <w:sz w:val="20"/>
          <w:szCs w:val="20"/>
          <w:lang w:val="pt-BR"/>
        </w:rPr>
      </w:pPr>
      <w:r w:rsidRPr="0001014D">
        <w:rPr>
          <w:bCs/>
          <w:i/>
          <w:sz w:val="20"/>
          <w:szCs w:val="20"/>
          <w:lang w:val="pt-BR"/>
        </w:rPr>
        <w:t>*Exceto as deformidades estéticas e as que não produzam dificuldades para o desempenho de funções.</w:t>
      </w:r>
    </w:p>
    <w:p w14:paraId="11691D40" w14:textId="77777777" w:rsidR="00BA3D6C" w:rsidRPr="0001014D" w:rsidRDefault="00BA3D6C" w:rsidP="007B2BA6">
      <w:pPr>
        <w:spacing w:line="360" w:lineRule="auto"/>
        <w:jc w:val="both"/>
        <w:rPr>
          <w:bCs/>
          <w:i/>
          <w:sz w:val="20"/>
          <w:szCs w:val="20"/>
          <w:lang w:val="pt-B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54"/>
      </w:tblGrid>
      <w:tr w:rsidR="00BA3D6C" w:rsidRPr="00E30F90" w14:paraId="024A0824" w14:textId="77777777" w:rsidTr="00BA3D6C">
        <w:trPr>
          <w:trHeight w:val="550"/>
        </w:trPr>
        <w:tc>
          <w:tcPr>
            <w:tcW w:w="5000" w:type="pct"/>
            <w:shd w:val="clear" w:color="auto" w:fill="DBE5F1" w:themeFill="accent1" w:themeFillTint="33"/>
          </w:tcPr>
          <w:p w14:paraId="420CDB68" w14:textId="77777777" w:rsidR="00BA3D6C" w:rsidRPr="00E30F90" w:rsidRDefault="00BA3D6C" w:rsidP="00BA3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360" w:lineRule="auto"/>
              <w:jc w:val="both"/>
              <w:rPr>
                <w:lang w:val="pt-BR"/>
              </w:rPr>
            </w:pPr>
            <w:proofErr w:type="gramStart"/>
            <w:r w:rsidRPr="00E30F90">
              <w:rPr>
                <w:b/>
                <w:lang w:val="pt-BR"/>
              </w:rPr>
              <w:t>( )</w:t>
            </w:r>
            <w:proofErr w:type="gramEnd"/>
            <w:r w:rsidRPr="00E30F90">
              <w:rPr>
                <w:b/>
                <w:lang w:val="pt-BR"/>
              </w:rPr>
              <w:t xml:space="preserve"> DEFICIÊNCIA AUDITIVA</w:t>
            </w:r>
            <w:r w:rsidRPr="00E30F90">
              <w:rPr>
                <w:lang w:val="pt-BR"/>
              </w:rPr>
              <w:t>*: perda bilateral, parcial ou total de 41 decibéis (dB) ou mais, aferida por audiograma, nas frequências de 500 Hz, 1.000 Hz, 2.000 Hz e 3.000 Hz.</w:t>
            </w:r>
          </w:p>
        </w:tc>
      </w:tr>
    </w:tbl>
    <w:p w14:paraId="6D26FB02" w14:textId="5379DE85" w:rsidR="00BA3D6C" w:rsidRPr="00E30F90" w:rsidRDefault="00BA3D6C" w:rsidP="00BA3D6C">
      <w:pPr>
        <w:tabs>
          <w:tab w:val="left" w:pos="1239"/>
        </w:tabs>
        <w:jc w:val="both"/>
        <w:rPr>
          <w:i/>
          <w:lang w:val="pt-BR"/>
        </w:rPr>
      </w:pPr>
      <w:r w:rsidRPr="00E30F90">
        <w:rPr>
          <w:lang w:val="pt-BR"/>
        </w:rPr>
        <w:t xml:space="preserve">* </w:t>
      </w:r>
      <w:r w:rsidRPr="00E30F90">
        <w:rPr>
          <w:i/>
          <w:lang w:val="pt-BR"/>
        </w:rPr>
        <w:t>Para os candidatos com deficiência auditiva, o laudo médico deverá vir acompanhado do original do exame de audiometria recente, realizado até 6 (seis) meses anteriores ao último dia das inscrições, acompanhado do relatório do otorrinolaringologista informando se a perda auditiva do candidato é passível de alguma melhora com uso de prótese.</w:t>
      </w:r>
    </w:p>
    <w:p w14:paraId="0B7862D5" w14:textId="77777777" w:rsidR="00BA3D6C" w:rsidRPr="00E30F90" w:rsidRDefault="00BA3D6C" w:rsidP="00BA3D6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i/>
          <w:lang w:val="pt-B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54"/>
      </w:tblGrid>
      <w:tr w:rsidR="00BA3D6C" w:rsidRPr="00E30F90" w14:paraId="1CCF578A" w14:textId="77777777" w:rsidTr="00BA3D6C">
        <w:trPr>
          <w:trHeight w:val="269"/>
        </w:trPr>
        <w:tc>
          <w:tcPr>
            <w:tcW w:w="5000" w:type="pct"/>
            <w:shd w:val="clear" w:color="auto" w:fill="DBE5F1" w:themeFill="accent1" w:themeFillTint="33"/>
          </w:tcPr>
          <w:p w14:paraId="24744D89" w14:textId="77777777" w:rsidR="00BA3D6C" w:rsidRPr="00E30F90" w:rsidRDefault="00BA3D6C" w:rsidP="00BA3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both"/>
              <w:rPr>
                <w:b/>
                <w:sz w:val="20"/>
                <w:szCs w:val="20"/>
                <w:lang w:val="pt-BR"/>
              </w:rPr>
            </w:pPr>
            <w:proofErr w:type="gramStart"/>
            <w:r w:rsidRPr="00E30F90">
              <w:rPr>
                <w:b/>
                <w:sz w:val="20"/>
                <w:szCs w:val="20"/>
                <w:lang w:val="pt-BR"/>
              </w:rPr>
              <w:t>( )</w:t>
            </w:r>
            <w:proofErr w:type="gramEnd"/>
            <w:r w:rsidRPr="00E30F90">
              <w:rPr>
                <w:b/>
                <w:sz w:val="20"/>
                <w:szCs w:val="20"/>
                <w:lang w:val="pt-BR"/>
              </w:rPr>
              <w:t xml:space="preserve"> DEFICIÊNCIA VISUAL:</w:t>
            </w:r>
          </w:p>
        </w:tc>
      </w:tr>
      <w:tr w:rsidR="00BA3D6C" w:rsidRPr="00E30F90" w14:paraId="07A4E7D8" w14:textId="77777777" w:rsidTr="00BA3D6C">
        <w:trPr>
          <w:trHeight w:val="290"/>
        </w:trPr>
        <w:tc>
          <w:tcPr>
            <w:tcW w:w="5000" w:type="pct"/>
          </w:tcPr>
          <w:p w14:paraId="595E09A5" w14:textId="0D83ED7D" w:rsidR="00BA3D6C" w:rsidRPr="00E30F90" w:rsidRDefault="00BA3D6C" w:rsidP="00BA3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both"/>
              <w:rPr>
                <w:sz w:val="20"/>
                <w:szCs w:val="20"/>
                <w:lang w:val="pt-BR"/>
              </w:rPr>
            </w:pPr>
            <w:proofErr w:type="gramStart"/>
            <w:r w:rsidRPr="00E30F90">
              <w:rPr>
                <w:sz w:val="20"/>
                <w:szCs w:val="20"/>
                <w:lang w:val="pt-BR"/>
              </w:rPr>
              <w:t>( )</w:t>
            </w:r>
            <w:proofErr w:type="gramEnd"/>
            <w:r w:rsidR="00BD722A" w:rsidRPr="00E30F90">
              <w:rPr>
                <w:sz w:val="20"/>
                <w:szCs w:val="20"/>
                <w:lang w:val="pt-BR"/>
              </w:rPr>
              <w:t xml:space="preserve"> </w:t>
            </w:r>
            <w:r w:rsidRPr="00E30F90">
              <w:rPr>
                <w:b/>
                <w:sz w:val="20"/>
                <w:szCs w:val="20"/>
                <w:lang w:val="pt-BR"/>
              </w:rPr>
              <w:t xml:space="preserve">Cegueira </w:t>
            </w:r>
            <w:r w:rsidRPr="00E30F90">
              <w:rPr>
                <w:sz w:val="20"/>
                <w:szCs w:val="20"/>
                <w:lang w:val="pt-BR"/>
              </w:rPr>
              <w:t>- acuidade visual igual ou menor que 0,05 (20/400) no melhor olho, com a melhor correção óptica.</w:t>
            </w:r>
          </w:p>
        </w:tc>
      </w:tr>
      <w:tr w:rsidR="00BA3D6C" w:rsidRPr="00E30F90" w14:paraId="44CF8DEE" w14:textId="77777777" w:rsidTr="00BA3D6C">
        <w:trPr>
          <w:trHeight w:val="289"/>
        </w:trPr>
        <w:tc>
          <w:tcPr>
            <w:tcW w:w="5000" w:type="pct"/>
          </w:tcPr>
          <w:p w14:paraId="5C5F0855" w14:textId="193A7E00" w:rsidR="00BA3D6C" w:rsidRPr="00E30F90" w:rsidRDefault="00BA3D6C" w:rsidP="00BA3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both"/>
              <w:rPr>
                <w:sz w:val="20"/>
                <w:szCs w:val="20"/>
                <w:lang w:val="pt-BR"/>
              </w:rPr>
            </w:pPr>
            <w:proofErr w:type="gramStart"/>
            <w:r w:rsidRPr="00E30F90">
              <w:rPr>
                <w:sz w:val="20"/>
                <w:szCs w:val="20"/>
                <w:lang w:val="pt-BR"/>
              </w:rPr>
              <w:t>( )</w:t>
            </w:r>
            <w:proofErr w:type="gramEnd"/>
            <w:r w:rsidR="00BD722A" w:rsidRPr="00E30F90">
              <w:rPr>
                <w:sz w:val="20"/>
                <w:szCs w:val="20"/>
                <w:lang w:val="pt-BR"/>
              </w:rPr>
              <w:t xml:space="preserve"> </w:t>
            </w:r>
            <w:r w:rsidRPr="00E30F90">
              <w:rPr>
                <w:b/>
                <w:sz w:val="20"/>
                <w:szCs w:val="20"/>
                <w:lang w:val="pt-BR"/>
              </w:rPr>
              <w:t xml:space="preserve">Baixa visão </w:t>
            </w:r>
            <w:r w:rsidRPr="00E30F90">
              <w:rPr>
                <w:sz w:val="20"/>
                <w:szCs w:val="20"/>
                <w:lang w:val="pt-BR"/>
              </w:rPr>
              <w:t>– acuidade visual entre 0,3 (20/66) e 0,05 (20/400) no melhor olho, com a melhor correção óptica.</w:t>
            </w:r>
          </w:p>
        </w:tc>
      </w:tr>
      <w:tr w:rsidR="00BA3D6C" w:rsidRPr="00E30F90" w14:paraId="226ADB26" w14:textId="77777777" w:rsidTr="00BA3D6C">
        <w:trPr>
          <w:trHeight w:val="290"/>
        </w:trPr>
        <w:tc>
          <w:tcPr>
            <w:tcW w:w="5000" w:type="pct"/>
          </w:tcPr>
          <w:p w14:paraId="6984B043" w14:textId="74007234" w:rsidR="00BA3D6C" w:rsidRPr="00E30F90" w:rsidRDefault="00BA3D6C" w:rsidP="00BA3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both"/>
              <w:rPr>
                <w:sz w:val="20"/>
                <w:szCs w:val="20"/>
                <w:lang w:val="pt-BR"/>
              </w:rPr>
            </w:pPr>
            <w:proofErr w:type="gramStart"/>
            <w:r w:rsidRPr="00E30F90">
              <w:rPr>
                <w:sz w:val="20"/>
                <w:szCs w:val="20"/>
                <w:lang w:val="pt-BR"/>
              </w:rPr>
              <w:t>(  )</w:t>
            </w:r>
            <w:proofErr w:type="gramEnd"/>
            <w:r w:rsidR="00BD722A" w:rsidRPr="00E30F90">
              <w:rPr>
                <w:sz w:val="20"/>
                <w:szCs w:val="20"/>
                <w:lang w:val="pt-BR"/>
              </w:rPr>
              <w:t xml:space="preserve"> </w:t>
            </w:r>
            <w:r w:rsidRPr="00E30F90">
              <w:rPr>
                <w:b/>
                <w:sz w:val="20"/>
                <w:szCs w:val="20"/>
                <w:lang w:val="pt-BR"/>
              </w:rPr>
              <w:t xml:space="preserve">Campo visual </w:t>
            </w:r>
            <w:r w:rsidRPr="00E30F90">
              <w:rPr>
                <w:sz w:val="20"/>
                <w:szCs w:val="20"/>
                <w:lang w:val="pt-BR"/>
              </w:rPr>
              <w:t>– em ambos os olhos forem iguais ou menores que 60°.</w:t>
            </w:r>
          </w:p>
        </w:tc>
      </w:tr>
      <w:tr w:rsidR="00BA3D6C" w:rsidRPr="00E30F90" w14:paraId="7E4192D2" w14:textId="77777777" w:rsidTr="00BA3D6C">
        <w:trPr>
          <w:trHeight w:val="270"/>
        </w:trPr>
        <w:tc>
          <w:tcPr>
            <w:tcW w:w="5000" w:type="pct"/>
          </w:tcPr>
          <w:p w14:paraId="78660E5A" w14:textId="77777777" w:rsidR="00BA3D6C" w:rsidRPr="00E30F90" w:rsidRDefault="00BA3D6C" w:rsidP="00BA3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both"/>
              <w:rPr>
                <w:sz w:val="20"/>
                <w:szCs w:val="20"/>
                <w:lang w:val="pt-BR"/>
              </w:rPr>
            </w:pPr>
            <w:proofErr w:type="gramStart"/>
            <w:r w:rsidRPr="00E30F90">
              <w:rPr>
                <w:sz w:val="20"/>
                <w:szCs w:val="20"/>
                <w:lang w:val="pt-BR"/>
              </w:rPr>
              <w:t>( )</w:t>
            </w:r>
            <w:r w:rsidRPr="00E30F90">
              <w:rPr>
                <w:b/>
                <w:sz w:val="20"/>
                <w:szCs w:val="20"/>
                <w:lang w:val="pt-BR"/>
              </w:rPr>
              <w:t>A</w:t>
            </w:r>
            <w:proofErr w:type="gramEnd"/>
            <w:r w:rsidRPr="00E30F90">
              <w:rPr>
                <w:b/>
                <w:sz w:val="20"/>
                <w:szCs w:val="20"/>
                <w:lang w:val="pt-BR"/>
              </w:rPr>
              <w:t xml:space="preserve"> ocorrência simultânea de quaisquer das situações anteriores</w:t>
            </w:r>
            <w:r w:rsidRPr="00E30F90">
              <w:rPr>
                <w:sz w:val="20"/>
                <w:szCs w:val="20"/>
                <w:lang w:val="pt-BR"/>
              </w:rPr>
              <w:t>.</w:t>
            </w:r>
          </w:p>
        </w:tc>
      </w:tr>
    </w:tbl>
    <w:p w14:paraId="34AA7382" w14:textId="502A3B89" w:rsidR="00BA3D6C" w:rsidRPr="00E30F90" w:rsidRDefault="00BA3D6C" w:rsidP="00BA3D6C">
      <w:pPr>
        <w:jc w:val="both"/>
        <w:rPr>
          <w:bCs/>
          <w:i/>
          <w:lang w:val="pt-BR"/>
        </w:rPr>
      </w:pPr>
      <w:r w:rsidRPr="00E30F90">
        <w:rPr>
          <w:bCs/>
          <w:i/>
          <w:lang w:val="pt-BR"/>
        </w:rPr>
        <w:t>Para os candidatos com deficiência visual, o Laudo Médico deverá vir acompanhado do original do exame de acuidade visual em ambos os olhos (AO), patologia e campo visual recente, realizado até 6 (seis) meses anteriores ao último dia das inscrições.</w:t>
      </w:r>
    </w:p>
    <w:p w14:paraId="18D402AF" w14:textId="77777777" w:rsidR="00D73542" w:rsidRDefault="00D73542" w:rsidP="00E1697F">
      <w:pPr>
        <w:pBdr>
          <w:top w:val="nil"/>
          <w:left w:val="nil"/>
          <w:bottom w:val="nil"/>
          <w:right w:val="nil"/>
          <w:between w:val="nil"/>
        </w:pBdr>
        <w:tabs>
          <w:tab w:val="left" w:pos="1425"/>
          <w:tab w:val="left" w:pos="2036"/>
          <w:tab w:val="left" w:pos="3442"/>
          <w:tab w:val="left" w:pos="4046"/>
          <w:tab w:val="left" w:pos="5565"/>
          <w:tab w:val="left" w:pos="6209"/>
          <w:tab w:val="left" w:pos="8837"/>
          <w:tab w:val="left" w:pos="9271"/>
          <w:tab w:val="left" w:pos="9983"/>
        </w:tabs>
        <w:spacing w:before="120" w:line="360" w:lineRule="auto"/>
        <w:jc w:val="both"/>
        <w:rPr>
          <w:lang w:val="pt-B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2442"/>
        <w:gridCol w:w="2428"/>
        <w:gridCol w:w="2793"/>
      </w:tblGrid>
      <w:tr w:rsidR="00D560E4" w:rsidRPr="005710A6" w14:paraId="18756125" w14:textId="77777777" w:rsidTr="007D0CCB">
        <w:trPr>
          <w:trHeight w:val="550"/>
        </w:trPr>
        <w:tc>
          <w:tcPr>
            <w:tcW w:w="5000" w:type="pct"/>
            <w:gridSpan w:val="4"/>
            <w:shd w:val="clear" w:color="auto" w:fill="DBE5F1" w:themeFill="accent1" w:themeFillTint="33"/>
          </w:tcPr>
          <w:p w14:paraId="1AD5D5BD" w14:textId="77777777" w:rsidR="00D560E4" w:rsidRPr="005710A6" w:rsidRDefault="00D560E4" w:rsidP="001E3F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  <w:szCs w:val="20"/>
                <w:lang w:val="pt-BR"/>
              </w:rPr>
            </w:pPr>
            <w:proofErr w:type="gramStart"/>
            <w:r w:rsidRPr="005710A6">
              <w:rPr>
                <w:b/>
                <w:sz w:val="20"/>
                <w:szCs w:val="20"/>
                <w:lang w:val="pt-BR"/>
              </w:rPr>
              <w:lastRenderedPageBreak/>
              <w:t>( )</w:t>
            </w:r>
            <w:proofErr w:type="gramEnd"/>
            <w:r w:rsidRPr="005710A6">
              <w:rPr>
                <w:b/>
                <w:sz w:val="20"/>
                <w:szCs w:val="20"/>
                <w:lang w:val="pt-BR"/>
              </w:rPr>
              <w:t xml:space="preserve"> DEFICIÊNCIA INTELECTUAL</w:t>
            </w:r>
            <w:r w:rsidRPr="005710A6">
              <w:rPr>
                <w:sz w:val="20"/>
                <w:szCs w:val="20"/>
                <w:lang w:val="pt-BR"/>
              </w:rPr>
              <w:t>: funcionamento intelectual significativamente inferior à média, com manifestação antes dos 18 anos e limitações associadas a duas ou mais áreas de habilidades adaptativas, tais como:</w:t>
            </w:r>
          </w:p>
        </w:tc>
      </w:tr>
      <w:tr w:rsidR="00D560E4" w:rsidRPr="005710A6" w14:paraId="169F3BE5" w14:textId="77777777" w:rsidTr="007D0CCB">
        <w:trPr>
          <w:trHeight w:val="365"/>
        </w:trPr>
        <w:tc>
          <w:tcPr>
            <w:tcW w:w="1112" w:type="pct"/>
          </w:tcPr>
          <w:p w14:paraId="6A1C85BB" w14:textId="77777777" w:rsidR="00D560E4" w:rsidRPr="005710A6" w:rsidRDefault="00D560E4" w:rsidP="001E3F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  <w:szCs w:val="20"/>
                <w:lang w:val="pt-BR"/>
              </w:rPr>
            </w:pPr>
            <w:r w:rsidRPr="005710A6">
              <w:rPr>
                <w:sz w:val="20"/>
                <w:szCs w:val="20"/>
                <w:lang w:val="pt-BR"/>
              </w:rPr>
              <w:t xml:space="preserve">1. </w:t>
            </w:r>
            <w:proofErr w:type="gramStart"/>
            <w:r w:rsidRPr="005710A6">
              <w:rPr>
                <w:sz w:val="20"/>
                <w:szCs w:val="20"/>
                <w:lang w:val="pt-BR"/>
              </w:rPr>
              <w:t>( )</w:t>
            </w:r>
            <w:proofErr w:type="gramEnd"/>
            <w:r w:rsidRPr="005710A6">
              <w:rPr>
                <w:sz w:val="20"/>
                <w:szCs w:val="20"/>
                <w:lang w:val="pt-BR"/>
              </w:rPr>
              <w:t xml:space="preserve"> Comunicação</w:t>
            </w:r>
          </w:p>
        </w:tc>
        <w:tc>
          <w:tcPr>
            <w:tcW w:w="1239" w:type="pct"/>
          </w:tcPr>
          <w:p w14:paraId="63434719" w14:textId="77777777" w:rsidR="00D560E4" w:rsidRPr="005710A6" w:rsidRDefault="00D560E4" w:rsidP="001E3F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  <w:szCs w:val="20"/>
                <w:lang w:val="pt-BR"/>
              </w:rPr>
            </w:pPr>
            <w:r w:rsidRPr="005710A6">
              <w:rPr>
                <w:sz w:val="20"/>
                <w:szCs w:val="20"/>
                <w:lang w:val="pt-BR"/>
              </w:rPr>
              <w:t xml:space="preserve">3. </w:t>
            </w:r>
            <w:proofErr w:type="gramStart"/>
            <w:r w:rsidRPr="005710A6">
              <w:rPr>
                <w:sz w:val="20"/>
                <w:szCs w:val="20"/>
                <w:lang w:val="pt-BR"/>
              </w:rPr>
              <w:t>( )</w:t>
            </w:r>
            <w:proofErr w:type="gramEnd"/>
            <w:r w:rsidRPr="005710A6">
              <w:rPr>
                <w:sz w:val="20"/>
                <w:szCs w:val="20"/>
                <w:lang w:val="pt-BR"/>
              </w:rPr>
              <w:t xml:space="preserve"> Habilidades sociais</w:t>
            </w:r>
          </w:p>
        </w:tc>
        <w:tc>
          <w:tcPr>
            <w:tcW w:w="1232" w:type="pct"/>
          </w:tcPr>
          <w:p w14:paraId="270B8710" w14:textId="77777777" w:rsidR="00D560E4" w:rsidRPr="005710A6" w:rsidRDefault="00D560E4" w:rsidP="001E3F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  <w:szCs w:val="20"/>
                <w:lang w:val="pt-BR"/>
              </w:rPr>
            </w:pPr>
            <w:r w:rsidRPr="005710A6">
              <w:rPr>
                <w:sz w:val="20"/>
                <w:szCs w:val="20"/>
                <w:lang w:val="pt-BR"/>
              </w:rPr>
              <w:t xml:space="preserve">5. </w:t>
            </w:r>
            <w:proofErr w:type="gramStart"/>
            <w:r w:rsidRPr="005710A6">
              <w:rPr>
                <w:sz w:val="20"/>
                <w:szCs w:val="20"/>
                <w:lang w:val="pt-BR"/>
              </w:rPr>
              <w:t>( )</w:t>
            </w:r>
            <w:proofErr w:type="gramEnd"/>
            <w:r w:rsidRPr="005710A6">
              <w:rPr>
                <w:sz w:val="20"/>
                <w:szCs w:val="20"/>
                <w:lang w:val="pt-BR"/>
              </w:rPr>
              <w:t xml:space="preserve"> Saúde e segurança</w:t>
            </w:r>
          </w:p>
        </w:tc>
        <w:tc>
          <w:tcPr>
            <w:tcW w:w="1417" w:type="pct"/>
          </w:tcPr>
          <w:p w14:paraId="004949C2" w14:textId="77777777" w:rsidR="00D560E4" w:rsidRPr="005710A6" w:rsidRDefault="00D560E4" w:rsidP="001E3F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  <w:szCs w:val="20"/>
                <w:lang w:val="pt-BR"/>
              </w:rPr>
            </w:pPr>
            <w:r w:rsidRPr="005710A6">
              <w:rPr>
                <w:sz w:val="20"/>
                <w:szCs w:val="20"/>
                <w:lang w:val="pt-BR"/>
              </w:rPr>
              <w:t xml:space="preserve">7. </w:t>
            </w:r>
            <w:proofErr w:type="gramStart"/>
            <w:r w:rsidRPr="005710A6">
              <w:rPr>
                <w:sz w:val="20"/>
                <w:szCs w:val="20"/>
                <w:lang w:val="pt-BR"/>
              </w:rPr>
              <w:t>( )</w:t>
            </w:r>
            <w:proofErr w:type="gramEnd"/>
            <w:r w:rsidRPr="005710A6">
              <w:rPr>
                <w:sz w:val="20"/>
                <w:szCs w:val="20"/>
                <w:lang w:val="pt-BR"/>
              </w:rPr>
              <w:t xml:space="preserve"> Lazer</w:t>
            </w:r>
          </w:p>
        </w:tc>
      </w:tr>
      <w:tr w:rsidR="00D560E4" w:rsidRPr="005710A6" w14:paraId="39AE17F2" w14:textId="77777777" w:rsidTr="007D0CCB">
        <w:trPr>
          <w:trHeight w:val="614"/>
        </w:trPr>
        <w:tc>
          <w:tcPr>
            <w:tcW w:w="1112" w:type="pct"/>
          </w:tcPr>
          <w:p w14:paraId="75C97E4E" w14:textId="77777777" w:rsidR="00D560E4" w:rsidRPr="005710A6" w:rsidRDefault="00D560E4" w:rsidP="001E3F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  <w:szCs w:val="20"/>
                <w:lang w:val="pt-BR"/>
              </w:rPr>
            </w:pPr>
            <w:r w:rsidRPr="005710A6">
              <w:rPr>
                <w:sz w:val="20"/>
                <w:szCs w:val="20"/>
                <w:lang w:val="pt-BR"/>
              </w:rPr>
              <w:t xml:space="preserve">2. </w:t>
            </w:r>
            <w:proofErr w:type="gramStart"/>
            <w:r w:rsidRPr="005710A6">
              <w:rPr>
                <w:sz w:val="20"/>
                <w:szCs w:val="20"/>
                <w:lang w:val="pt-BR"/>
              </w:rPr>
              <w:t>( )</w:t>
            </w:r>
            <w:proofErr w:type="gramEnd"/>
            <w:r w:rsidRPr="005710A6">
              <w:rPr>
                <w:sz w:val="20"/>
                <w:szCs w:val="20"/>
                <w:lang w:val="pt-BR"/>
              </w:rPr>
              <w:t xml:space="preserve"> Cuidado pessoal</w:t>
            </w:r>
          </w:p>
        </w:tc>
        <w:tc>
          <w:tcPr>
            <w:tcW w:w="1239" w:type="pct"/>
          </w:tcPr>
          <w:p w14:paraId="4DFF74CC" w14:textId="77777777" w:rsidR="00D560E4" w:rsidRPr="005710A6" w:rsidRDefault="00D560E4" w:rsidP="001E3F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  <w:szCs w:val="20"/>
                <w:lang w:val="pt-BR"/>
              </w:rPr>
            </w:pPr>
            <w:r w:rsidRPr="005710A6">
              <w:rPr>
                <w:sz w:val="20"/>
                <w:szCs w:val="20"/>
                <w:lang w:val="pt-BR"/>
              </w:rPr>
              <w:t xml:space="preserve">4. </w:t>
            </w:r>
            <w:proofErr w:type="gramStart"/>
            <w:r w:rsidRPr="005710A6">
              <w:rPr>
                <w:sz w:val="20"/>
                <w:szCs w:val="20"/>
                <w:lang w:val="pt-BR"/>
              </w:rPr>
              <w:t>( )</w:t>
            </w:r>
            <w:proofErr w:type="gramEnd"/>
            <w:r w:rsidRPr="005710A6">
              <w:rPr>
                <w:sz w:val="20"/>
                <w:szCs w:val="20"/>
                <w:lang w:val="pt-BR"/>
              </w:rPr>
              <w:t xml:space="preserve"> Utilização de recursos da comunidade</w:t>
            </w:r>
          </w:p>
        </w:tc>
        <w:tc>
          <w:tcPr>
            <w:tcW w:w="1232" w:type="pct"/>
          </w:tcPr>
          <w:p w14:paraId="5C3088E7" w14:textId="77777777" w:rsidR="00D560E4" w:rsidRPr="005710A6" w:rsidRDefault="00D560E4" w:rsidP="001E3F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  <w:szCs w:val="20"/>
                <w:lang w:val="pt-BR"/>
              </w:rPr>
            </w:pPr>
            <w:r w:rsidRPr="005710A6">
              <w:rPr>
                <w:sz w:val="20"/>
                <w:szCs w:val="20"/>
                <w:lang w:val="pt-BR"/>
              </w:rPr>
              <w:t xml:space="preserve">6. </w:t>
            </w:r>
            <w:proofErr w:type="gramStart"/>
            <w:r w:rsidRPr="005710A6">
              <w:rPr>
                <w:sz w:val="20"/>
                <w:szCs w:val="20"/>
                <w:lang w:val="pt-BR"/>
              </w:rPr>
              <w:t>( )</w:t>
            </w:r>
            <w:proofErr w:type="gramEnd"/>
            <w:r w:rsidRPr="005710A6">
              <w:rPr>
                <w:sz w:val="20"/>
                <w:szCs w:val="20"/>
                <w:lang w:val="pt-BR"/>
              </w:rPr>
              <w:t xml:space="preserve"> Habilidades acadêmicas</w:t>
            </w:r>
          </w:p>
        </w:tc>
        <w:tc>
          <w:tcPr>
            <w:tcW w:w="1417" w:type="pct"/>
          </w:tcPr>
          <w:p w14:paraId="4D00FB1B" w14:textId="77777777" w:rsidR="00D560E4" w:rsidRPr="005710A6" w:rsidRDefault="00D560E4" w:rsidP="001E3F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  <w:szCs w:val="20"/>
                <w:lang w:val="pt-BR"/>
              </w:rPr>
            </w:pPr>
            <w:r w:rsidRPr="005710A6">
              <w:rPr>
                <w:sz w:val="20"/>
                <w:szCs w:val="20"/>
                <w:lang w:val="pt-BR"/>
              </w:rPr>
              <w:t xml:space="preserve">8. </w:t>
            </w:r>
            <w:proofErr w:type="gramStart"/>
            <w:r w:rsidRPr="005710A6">
              <w:rPr>
                <w:sz w:val="20"/>
                <w:szCs w:val="20"/>
                <w:lang w:val="pt-BR"/>
              </w:rPr>
              <w:t>( )</w:t>
            </w:r>
            <w:proofErr w:type="gramEnd"/>
            <w:r w:rsidRPr="005710A6">
              <w:rPr>
                <w:sz w:val="20"/>
                <w:szCs w:val="20"/>
                <w:lang w:val="pt-BR"/>
              </w:rPr>
              <w:t xml:space="preserve"> Trabalho</w:t>
            </w:r>
          </w:p>
        </w:tc>
      </w:tr>
    </w:tbl>
    <w:p w14:paraId="66D97049" w14:textId="77777777" w:rsidR="00D560E4" w:rsidRPr="005710A6" w:rsidRDefault="00D560E4" w:rsidP="00D560E4">
      <w:pPr>
        <w:jc w:val="both"/>
        <w:rPr>
          <w:bCs/>
          <w:i/>
          <w:lang w:val="pt-BR"/>
        </w:rPr>
      </w:pPr>
      <w:r w:rsidRPr="005710A6">
        <w:rPr>
          <w:bCs/>
          <w:i/>
          <w:lang w:val="pt-BR"/>
        </w:rPr>
        <w:t>Para os candidatos com deficiência intelectual, o Laudo Médico deverá vir acompanhado do original do Teste de Avaliação Cognitiva (Intelectual), especificando o grau ou nível de funcionamento intelectual em relação à média, emitido por médico psiquiatra ou por psicólogo, realizado no máximo em até 6 (seis) meses anteriores ao último dia das inscrições.</w:t>
      </w:r>
    </w:p>
    <w:p w14:paraId="3EB58466" w14:textId="77777777" w:rsidR="00D560E4" w:rsidRPr="005710A6" w:rsidRDefault="00D560E4" w:rsidP="00D560E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i/>
          <w:lang w:val="pt-BR"/>
        </w:rPr>
      </w:pPr>
    </w:p>
    <w:p w14:paraId="54A51BC3" w14:textId="1E7278BF" w:rsidR="00D560E4" w:rsidRPr="005710A6" w:rsidRDefault="00D560E4" w:rsidP="00D560E4">
      <w:pPr>
        <w:tabs>
          <w:tab w:val="left" w:pos="10664"/>
        </w:tabs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  <w:proofErr w:type="gramStart"/>
      <w:r w:rsidRPr="005710A6">
        <w:rPr>
          <w:b/>
          <w:lang w:val="pt-BR"/>
        </w:rPr>
        <w:t>(  )</w:t>
      </w:r>
      <w:proofErr w:type="gramEnd"/>
      <w:r w:rsidRPr="005710A6">
        <w:rPr>
          <w:b/>
          <w:lang w:val="pt-BR"/>
        </w:rPr>
        <w:t xml:space="preserve"> DEFICIÊNCIA MÚLTIPLA</w:t>
      </w:r>
      <w:r w:rsidRPr="005710A6">
        <w:rPr>
          <w:lang w:val="pt-BR"/>
        </w:rPr>
        <w:t xml:space="preserve">: associação de duas ou mais deficiências: </w:t>
      </w:r>
      <w:r w:rsidR="0085288D">
        <w:rPr>
          <w:rFonts w:ascii="Times New Roman" w:eastAsia="Times New Roman" w:hAnsi="Times New Roman" w:cs="Times New Roman"/>
          <w:u w:val="single"/>
          <w:lang w:val="pt-BR"/>
        </w:rPr>
        <w:t>______________________</w:t>
      </w:r>
    </w:p>
    <w:p w14:paraId="5D26F875" w14:textId="77777777" w:rsidR="00D560E4" w:rsidRPr="005710A6" w:rsidRDefault="00D560E4" w:rsidP="00D560E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sz w:val="18"/>
          <w:szCs w:val="18"/>
          <w:lang w:val="pt-BR"/>
        </w:rPr>
      </w:pPr>
    </w:p>
    <w:p w14:paraId="3B167A91" w14:textId="77777777" w:rsidR="00D560E4" w:rsidRPr="005710A6" w:rsidRDefault="00D560E4" w:rsidP="00D560E4">
      <w:pPr>
        <w:pBdr>
          <w:top w:val="nil"/>
          <w:left w:val="nil"/>
          <w:bottom w:val="nil"/>
          <w:right w:val="nil"/>
          <w:between w:val="nil"/>
        </w:pBdr>
        <w:jc w:val="both"/>
        <w:rPr>
          <w:lang w:val="pt-BR"/>
        </w:rPr>
      </w:pPr>
      <w:r w:rsidRPr="005710A6">
        <w:rPr>
          <w:b/>
          <w:lang w:val="pt-BR"/>
        </w:rPr>
        <w:t xml:space="preserve">( ) TRANSTORNO DO ESPECTRO AUTISTA: </w:t>
      </w:r>
      <w:r w:rsidRPr="005710A6">
        <w:rPr>
          <w:lang w:val="pt-BR"/>
        </w:rPr>
        <w:t>deficiência persistente e clinicamente significativa da comunicação e da interação sociais, manifestada por deficiência marcada de comunicação verbal e não verbal usada para interação social; ausência de reciprocidade social; falência em desenvolver e manter relações apropriadas ao seu nível de desenvolvimento; padrões restritivos e repetitivos de comportamentos, interesses e atividades, manifestados por comportamentos motores ou verbais estereotipados ou por comportamentos sensoriais incomuns; excessiva aderência a rotinas e padrões de comportamento ritualizados; interesses restritos e fixos.</w:t>
      </w:r>
    </w:p>
    <w:p w14:paraId="1D48D1A4" w14:textId="476DE31D" w:rsidR="00D560E4" w:rsidRPr="005710A6" w:rsidRDefault="005710A6" w:rsidP="00D560E4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0626"/>
        </w:tabs>
        <w:spacing w:after="0" w:line="360" w:lineRule="auto"/>
        <w:ind w:left="0" w:firstLine="0"/>
        <w:jc w:val="both"/>
        <w:rPr>
          <w:lang w:val="pt-BR"/>
        </w:rPr>
      </w:pPr>
      <w:r>
        <w:rPr>
          <w:b/>
          <w:lang w:val="pt-BR"/>
        </w:rPr>
        <w:t xml:space="preserve"> </w:t>
      </w:r>
      <w:r w:rsidR="00D560E4" w:rsidRPr="005710A6">
        <w:rPr>
          <w:b/>
          <w:lang w:val="pt-BR"/>
        </w:rPr>
        <w:t xml:space="preserve">CÓDIGO INTERNACIONAL DE DOENÇAS </w:t>
      </w:r>
      <w:r w:rsidR="00D560E4" w:rsidRPr="005710A6">
        <w:rPr>
          <w:lang w:val="pt-BR"/>
        </w:rPr>
        <w:t xml:space="preserve">(CID 10): </w:t>
      </w:r>
      <w:r w:rsidR="00D560E4" w:rsidRPr="005710A6">
        <w:rPr>
          <w:rFonts w:ascii="Times New Roman" w:eastAsia="Times New Roman" w:hAnsi="Times New Roman" w:cs="Times New Roman"/>
          <w:lang w:val="pt-BR"/>
        </w:rPr>
        <w:t>______________________________________</w:t>
      </w:r>
    </w:p>
    <w:p w14:paraId="33CA1EA6" w14:textId="5DAEB8F5" w:rsidR="00D560E4" w:rsidRPr="005710A6" w:rsidRDefault="005710A6" w:rsidP="00D560E4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lang w:val="pt-BR"/>
        </w:rPr>
      </w:pPr>
      <w:r>
        <w:rPr>
          <w:b/>
          <w:lang w:val="pt-BR"/>
        </w:rPr>
        <w:t xml:space="preserve"> </w:t>
      </w:r>
      <w:r w:rsidR="00D560E4" w:rsidRPr="005710A6">
        <w:rPr>
          <w:b/>
          <w:lang w:val="pt-BR"/>
        </w:rPr>
        <w:t xml:space="preserve">DESCRIÇÃO DETALHADA DA DEFICIÊNCIA </w:t>
      </w:r>
      <w:r w:rsidR="00D560E4" w:rsidRPr="005710A6">
        <w:rPr>
          <w:lang w:val="pt-BR"/>
        </w:rPr>
        <w:t>(o médico deverá descrever a espécie e o grau ou o nível da deficiência, bem como a sua provável causa, com expressa referência ao código correspondente da CID):</w:t>
      </w:r>
    </w:p>
    <w:p w14:paraId="6BD30E3B" w14:textId="2154A5EB" w:rsidR="00D560E4" w:rsidRPr="005710A6" w:rsidRDefault="00D560E4" w:rsidP="00D560E4">
      <w:pPr>
        <w:pBdr>
          <w:top w:val="nil"/>
          <w:left w:val="nil"/>
          <w:bottom w:val="nil"/>
          <w:right w:val="nil"/>
          <w:between w:val="nil"/>
        </w:pBdr>
        <w:tabs>
          <w:tab w:val="left" w:pos="1425"/>
          <w:tab w:val="left" w:pos="2036"/>
          <w:tab w:val="left" w:pos="3442"/>
          <w:tab w:val="left" w:pos="4046"/>
          <w:tab w:val="left" w:pos="5565"/>
          <w:tab w:val="left" w:pos="6209"/>
          <w:tab w:val="left" w:pos="8837"/>
          <w:tab w:val="left" w:pos="9271"/>
          <w:tab w:val="left" w:pos="9983"/>
        </w:tabs>
        <w:spacing w:before="120" w:line="360" w:lineRule="auto"/>
        <w:jc w:val="both"/>
        <w:rPr>
          <w:lang w:val="pt-BR"/>
        </w:rPr>
      </w:pPr>
      <w:r w:rsidRPr="005710A6">
        <w:rPr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710A6">
        <w:rPr>
          <w:lang w:val="pt-BR"/>
        </w:rPr>
        <w:t>_________________________________________________</w:t>
      </w:r>
      <w:r w:rsidRPr="005710A6">
        <w:rPr>
          <w:lang w:val="pt-BR"/>
        </w:rPr>
        <w:t>___</w:t>
      </w:r>
    </w:p>
    <w:p w14:paraId="205A1744" w14:textId="11C78CB5" w:rsidR="009D4EA1" w:rsidRPr="005710A6" w:rsidRDefault="009D4EA1" w:rsidP="00D560E4">
      <w:pPr>
        <w:pBdr>
          <w:top w:val="nil"/>
          <w:left w:val="nil"/>
          <w:bottom w:val="nil"/>
          <w:right w:val="nil"/>
          <w:between w:val="nil"/>
        </w:pBdr>
        <w:tabs>
          <w:tab w:val="left" w:pos="1425"/>
          <w:tab w:val="left" w:pos="2036"/>
          <w:tab w:val="left" w:pos="3442"/>
          <w:tab w:val="left" w:pos="4046"/>
          <w:tab w:val="left" w:pos="5565"/>
          <w:tab w:val="left" w:pos="6209"/>
          <w:tab w:val="left" w:pos="8837"/>
          <w:tab w:val="left" w:pos="9271"/>
          <w:tab w:val="left" w:pos="9983"/>
        </w:tabs>
        <w:spacing w:before="120" w:line="360" w:lineRule="auto"/>
        <w:jc w:val="both"/>
        <w:rPr>
          <w:b/>
          <w:bCs/>
          <w:i/>
          <w:iCs/>
          <w:lang w:val="pt-BR"/>
        </w:rPr>
      </w:pPr>
      <w:r w:rsidRPr="005710A6">
        <w:rPr>
          <w:b/>
          <w:bCs/>
          <w:i/>
          <w:iCs/>
          <w:lang w:val="pt-BR"/>
        </w:rPr>
        <w:t>* Laudo com válido apenas dos últimos seis meses da data de análise da documentação.</w:t>
      </w:r>
    </w:p>
    <w:p w14:paraId="443BCDC5" w14:textId="4E0CC9AC" w:rsidR="00D73542" w:rsidRPr="000D373F" w:rsidRDefault="004012C8" w:rsidP="000C26AB">
      <w:pPr>
        <w:spacing w:line="360" w:lineRule="auto"/>
        <w:jc w:val="center"/>
        <w:rPr>
          <w:lang w:val="pt-BR"/>
        </w:rPr>
      </w:pPr>
      <w:r w:rsidRPr="00637324">
        <w:rPr>
          <w:lang w:val="pt-BR"/>
        </w:rPr>
        <w:t>Local: ______________________________    Data: _____/_____/________</w:t>
      </w:r>
    </w:p>
    <w:p w14:paraId="63F40B73" w14:textId="77777777" w:rsidR="006E63D8" w:rsidRDefault="006E63D8" w:rsidP="000C26AB">
      <w:pPr>
        <w:jc w:val="center"/>
        <w:rPr>
          <w:lang w:val="pt-BR"/>
        </w:rPr>
      </w:pPr>
    </w:p>
    <w:p w14:paraId="056216D5" w14:textId="5BA1A998" w:rsidR="006E63D8" w:rsidRPr="006E63D8" w:rsidRDefault="006E63D8" w:rsidP="000C26AB">
      <w:pPr>
        <w:jc w:val="center"/>
        <w:rPr>
          <w:lang w:val="pt-BR"/>
        </w:rPr>
      </w:pPr>
      <w:r>
        <w:rPr>
          <w:lang w:val="pt-BR"/>
        </w:rPr>
        <w:t>A</w:t>
      </w:r>
      <w:r w:rsidRPr="006E63D8">
        <w:rPr>
          <w:lang w:val="pt-BR"/>
        </w:rPr>
        <w:t>ssinatura, carimbo e CRM do(a) médico(a)</w:t>
      </w:r>
    </w:p>
    <w:p w14:paraId="1F12955D" w14:textId="77777777" w:rsidR="006E63D8" w:rsidRPr="006E63D8" w:rsidRDefault="006E63D8" w:rsidP="000C26AB">
      <w:pPr>
        <w:jc w:val="center"/>
        <w:rPr>
          <w:lang w:val="pt-BR"/>
        </w:rPr>
      </w:pPr>
    </w:p>
    <w:p w14:paraId="26F8DC2A" w14:textId="77777777" w:rsidR="006E63D8" w:rsidRPr="006E63D8" w:rsidRDefault="006E63D8" w:rsidP="000C26AB">
      <w:pPr>
        <w:jc w:val="center"/>
        <w:rPr>
          <w:lang w:val="pt-BR"/>
        </w:rPr>
      </w:pPr>
      <w:r w:rsidRPr="006E63D8">
        <w:rPr>
          <w:lang w:val="pt-BR"/>
        </w:rPr>
        <w:t>Assinatura do(a) candidato</w:t>
      </w:r>
    </w:p>
    <w:p w14:paraId="4F7840E5" w14:textId="77777777" w:rsidR="000C26AB" w:rsidRDefault="000C26AB" w:rsidP="000C26AB">
      <w:pPr>
        <w:jc w:val="center"/>
        <w:rPr>
          <w:lang w:val="pt-BR"/>
        </w:rPr>
      </w:pPr>
    </w:p>
    <w:p w14:paraId="56BC7784" w14:textId="28D35BDF" w:rsidR="00E51629" w:rsidRDefault="006E63D8" w:rsidP="000C26AB">
      <w:pPr>
        <w:jc w:val="center"/>
        <w:rPr>
          <w:lang w:val="pt-BR"/>
        </w:rPr>
      </w:pPr>
      <w:r w:rsidRPr="006E63D8">
        <w:rPr>
          <w:lang w:val="pt-BR"/>
        </w:rPr>
        <w:t>Assinatura do responsável (candidato menor de 18 anos).</w:t>
      </w:r>
    </w:p>
    <w:p w14:paraId="15A9CC64" w14:textId="7FBB400E" w:rsidR="009B2E3E" w:rsidRPr="00637324" w:rsidRDefault="009B2E3E">
      <w:pPr>
        <w:rPr>
          <w:lang w:val="pt-BR"/>
        </w:rPr>
      </w:pPr>
    </w:p>
    <w:p w14:paraId="2E12CCA1" w14:textId="77777777" w:rsidR="009B2E3E" w:rsidRPr="00637324" w:rsidRDefault="001F234C">
      <w:pPr>
        <w:pStyle w:val="Ttulo"/>
        <w:rPr>
          <w:lang w:val="pt-BR"/>
        </w:rPr>
      </w:pPr>
      <w:r w:rsidRPr="00637324">
        <w:rPr>
          <w:lang w:val="pt-BR"/>
        </w:rPr>
        <w:lastRenderedPageBreak/>
        <w:t>ANEXO III</w:t>
      </w:r>
    </w:p>
    <w:p w14:paraId="22410E16" w14:textId="77777777" w:rsidR="009B2E3E" w:rsidRPr="00637324" w:rsidRDefault="001F234C" w:rsidP="00EF7FA7">
      <w:pPr>
        <w:pStyle w:val="Ttulo1"/>
        <w:jc w:val="center"/>
        <w:rPr>
          <w:lang w:val="pt-BR"/>
        </w:rPr>
      </w:pPr>
      <w:r w:rsidRPr="00637324">
        <w:rPr>
          <w:lang w:val="pt-BR"/>
        </w:rPr>
        <w:t>DECLARAÇÃO DE PERTENCIMENTO QUILOMBOLA</w:t>
      </w:r>
    </w:p>
    <w:p w14:paraId="35C290BC" w14:textId="77777777" w:rsidR="00323CF2" w:rsidRDefault="00323CF2" w:rsidP="00E26F4D">
      <w:pPr>
        <w:spacing w:line="360" w:lineRule="auto"/>
        <w:jc w:val="both"/>
        <w:rPr>
          <w:lang w:val="pt-BR"/>
        </w:rPr>
      </w:pPr>
    </w:p>
    <w:p w14:paraId="32D598DB" w14:textId="45D5CA66" w:rsidR="009B2E3E" w:rsidRPr="00637324" w:rsidRDefault="001F234C" w:rsidP="00E26F4D">
      <w:pPr>
        <w:spacing w:line="360" w:lineRule="auto"/>
        <w:jc w:val="both"/>
        <w:rPr>
          <w:lang w:val="pt-BR"/>
        </w:rPr>
      </w:pPr>
      <w:r w:rsidRPr="00637324">
        <w:rPr>
          <w:lang w:val="pt-BR"/>
        </w:rPr>
        <w:t xml:space="preserve">As lideranças comunitárias abaixo identificadas declaram, para fins de participação no processo seletivo 2027/1 do Curso Técnico em Alimentos </w:t>
      </w:r>
      <w:proofErr w:type="spellStart"/>
      <w:r w:rsidRPr="00637324">
        <w:rPr>
          <w:lang w:val="pt-BR"/>
        </w:rPr>
        <w:t>EaD</w:t>
      </w:r>
      <w:proofErr w:type="spellEnd"/>
      <w:r w:rsidRPr="00637324">
        <w:rPr>
          <w:lang w:val="pt-BR"/>
        </w:rPr>
        <w:t xml:space="preserve"> do IF Goiano - Campus Morrinhos, que:</w:t>
      </w:r>
    </w:p>
    <w:p w14:paraId="6CCFDF56" w14:textId="7DB7DFB3" w:rsidR="0027796A" w:rsidRDefault="001F234C" w:rsidP="00E26F4D">
      <w:pPr>
        <w:spacing w:line="360" w:lineRule="auto"/>
        <w:rPr>
          <w:lang w:val="pt-BR"/>
        </w:rPr>
      </w:pPr>
      <w:r w:rsidRPr="00637324">
        <w:rPr>
          <w:lang w:val="pt-BR"/>
        </w:rPr>
        <w:t>Nome do(a) candidato(a): __________________________________________________</w:t>
      </w:r>
    </w:p>
    <w:p w14:paraId="4755D4F0" w14:textId="0D00A53D" w:rsidR="009B2E3E" w:rsidRPr="00637324" w:rsidRDefault="001F234C" w:rsidP="00E26F4D">
      <w:pPr>
        <w:spacing w:line="360" w:lineRule="auto"/>
        <w:rPr>
          <w:lang w:val="pt-BR"/>
        </w:rPr>
      </w:pPr>
      <w:r w:rsidRPr="00637324">
        <w:rPr>
          <w:lang w:val="pt-BR"/>
        </w:rPr>
        <w:t>CPF: _________________________</w:t>
      </w:r>
      <w:proofErr w:type="gramStart"/>
      <w:r w:rsidRPr="00637324">
        <w:rPr>
          <w:lang w:val="pt-BR"/>
        </w:rPr>
        <w:t>_  Inscrição</w:t>
      </w:r>
      <w:proofErr w:type="gramEnd"/>
      <w:r w:rsidRPr="00637324">
        <w:rPr>
          <w:lang w:val="pt-BR"/>
        </w:rPr>
        <w:t>: _________________________________</w:t>
      </w:r>
    </w:p>
    <w:p w14:paraId="42D6CAB0" w14:textId="77777777" w:rsidR="009B2E3E" w:rsidRPr="00637324" w:rsidRDefault="001F234C" w:rsidP="00E26F4D">
      <w:pPr>
        <w:spacing w:line="360" w:lineRule="auto"/>
        <w:rPr>
          <w:lang w:val="pt-BR"/>
        </w:rPr>
      </w:pPr>
      <w:r w:rsidRPr="00637324">
        <w:rPr>
          <w:lang w:val="pt-BR"/>
        </w:rPr>
        <w:t>É pessoa quilombola pertencente à comunidade _______________________________, localizada no município de ______________________________________, UF ______. Comunidade de residência: __________________________________________________.</w:t>
      </w:r>
    </w:p>
    <w:p w14:paraId="452A9110" w14:textId="77777777" w:rsidR="009B2E3E" w:rsidRPr="00637324" w:rsidRDefault="001F234C" w:rsidP="00E26F4D">
      <w:pPr>
        <w:spacing w:line="360" w:lineRule="auto"/>
        <w:jc w:val="both"/>
        <w:rPr>
          <w:lang w:val="pt-BR"/>
        </w:rPr>
      </w:pPr>
      <w:r w:rsidRPr="00637324">
        <w:rPr>
          <w:lang w:val="pt-BR"/>
        </w:rPr>
        <w:t>Declaramos ser lideranças reconhecidas da comunidade indicada e confirmamos a veracidade das informações prestadas.</w:t>
      </w:r>
    </w:p>
    <w:p w14:paraId="0D0BE576" w14:textId="77777777" w:rsidR="009B2E3E" w:rsidRPr="00637324" w:rsidRDefault="001F234C" w:rsidP="00E26F4D">
      <w:pPr>
        <w:spacing w:line="360" w:lineRule="auto"/>
        <w:rPr>
          <w:lang w:val="pt-BR"/>
        </w:rPr>
      </w:pPr>
      <w:r w:rsidRPr="00637324">
        <w:rPr>
          <w:lang w:val="pt-BR"/>
        </w:rPr>
        <w:t>LIDERANÇA 1</w:t>
      </w:r>
      <w:r w:rsidRPr="00637324">
        <w:rPr>
          <w:lang w:val="pt-BR"/>
        </w:rPr>
        <w:br/>
        <w:t>Nome completo: _________________________________________________________</w:t>
      </w:r>
      <w:r w:rsidRPr="00637324">
        <w:rPr>
          <w:lang w:val="pt-BR"/>
        </w:rPr>
        <w:br/>
        <w:t>CPF: ______________________</w:t>
      </w:r>
      <w:proofErr w:type="gramStart"/>
      <w:r w:rsidRPr="00637324">
        <w:rPr>
          <w:lang w:val="pt-BR"/>
        </w:rPr>
        <w:t>_  Documento</w:t>
      </w:r>
      <w:proofErr w:type="gramEnd"/>
      <w:r w:rsidRPr="00637324">
        <w:rPr>
          <w:lang w:val="pt-BR"/>
        </w:rPr>
        <w:t xml:space="preserve"> de identificação: ___________________</w:t>
      </w:r>
      <w:r w:rsidRPr="00637324">
        <w:rPr>
          <w:lang w:val="pt-BR"/>
        </w:rPr>
        <w:br/>
        <w:t>Função na comunidade: ___________________________________________________</w:t>
      </w:r>
      <w:r w:rsidRPr="00637324">
        <w:rPr>
          <w:lang w:val="pt-BR"/>
        </w:rPr>
        <w:br/>
        <w:t>Assinatura: _____________________________________________________________</w:t>
      </w:r>
    </w:p>
    <w:p w14:paraId="1C6EA0C2" w14:textId="77777777" w:rsidR="009B2E3E" w:rsidRPr="00637324" w:rsidRDefault="001F234C" w:rsidP="00E26F4D">
      <w:pPr>
        <w:spacing w:line="360" w:lineRule="auto"/>
        <w:rPr>
          <w:lang w:val="pt-BR"/>
        </w:rPr>
      </w:pPr>
      <w:r w:rsidRPr="00637324">
        <w:rPr>
          <w:lang w:val="pt-BR"/>
        </w:rPr>
        <w:t>LIDERANÇA 2</w:t>
      </w:r>
      <w:r w:rsidRPr="00637324">
        <w:rPr>
          <w:lang w:val="pt-BR"/>
        </w:rPr>
        <w:br/>
        <w:t>Nome completo: _________________________________________________________</w:t>
      </w:r>
      <w:r w:rsidRPr="00637324">
        <w:rPr>
          <w:lang w:val="pt-BR"/>
        </w:rPr>
        <w:br/>
        <w:t>CPF: ______________________</w:t>
      </w:r>
      <w:proofErr w:type="gramStart"/>
      <w:r w:rsidRPr="00637324">
        <w:rPr>
          <w:lang w:val="pt-BR"/>
        </w:rPr>
        <w:t>_  Documento</w:t>
      </w:r>
      <w:proofErr w:type="gramEnd"/>
      <w:r w:rsidRPr="00637324">
        <w:rPr>
          <w:lang w:val="pt-BR"/>
        </w:rPr>
        <w:t xml:space="preserve"> de identificação: ___________________</w:t>
      </w:r>
      <w:r w:rsidRPr="00637324">
        <w:rPr>
          <w:lang w:val="pt-BR"/>
        </w:rPr>
        <w:br/>
        <w:t>Função na comunidade: ___________________________________________________</w:t>
      </w:r>
      <w:r w:rsidRPr="00637324">
        <w:rPr>
          <w:lang w:val="pt-BR"/>
        </w:rPr>
        <w:br/>
        <w:t>Assinatura: _____________________________________________________________</w:t>
      </w:r>
    </w:p>
    <w:p w14:paraId="5B19F17D" w14:textId="77777777" w:rsidR="009B2E3E" w:rsidRPr="00637324" w:rsidRDefault="001F234C" w:rsidP="00E26F4D">
      <w:pPr>
        <w:spacing w:line="360" w:lineRule="auto"/>
        <w:rPr>
          <w:lang w:val="pt-BR"/>
        </w:rPr>
      </w:pPr>
      <w:r w:rsidRPr="00637324">
        <w:rPr>
          <w:lang w:val="pt-BR"/>
        </w:rPr>
        <w:t>LIDERANÇA 3</w:t>
      </w:r>
      <w:r w:rsidRPr="00637324">
        <w:rPr>
          <w:lang w:val="pt-BR"/>
        </w:rPr>
        <w:br/>
        <w:t>Nome completo: _________________________________________________________</w:t>
      </w:r>
      <w:r w:rsidRPr="00637324">
        <w:rPr>
          <w:lang w:val="pt-BR"/>
        </w:rPr>
        <w:br/>
        <w:t>CPF: ______________________</w:t>
      </w:r>
      <w:proofErr w:type="gramStart"/>
      <w:r w:rsidRPr="00637324">
        <w:rPr>
          <w:lang w:val="pt-BR"/>
        </w:rPr>
        <w:t>_  Documento</w:t>
      </w:r>
      <w:proofErr w:type="gramEnd"/>
      <w:r w:rsidRPr="00637324">
        <w:rPr>
          <w:lang w:val="pt-BR"/>
        </w:rPr>
        <w:t xml:space="preserve"> de identificação: ___________________</w:t>
      </w:r>
      <w:r w:rsidRPr="00637324">
        <w:rPr>
          <w:lang w:val="pt-BR"/>
        </w:rPr>
        <w:br/>
        <w:t>Função na comunidade: ___________________________________________________</w:t>
      </w:r>
      <w:r w:rsidRPr="00637324">
        <w:rPr>
          <w:lang w:val="pt-BR"/>
        </w:rPr>
        <w:br/>
        <w:t>Assinatura: _____________________________________________________________</w:t>
      </w:r>
    </w:p>
    <w:p w14:paraId="0D523F66" w14:textId="77777777" w:rsidR="009B2E3E" w:rsidRPr="00637324" w:rsidRDefault="001F234C" w:rsidP="00E26F4D">
      <w:pPr>
        <w:spacing w:line="360" w:lineRule="auto"/>
        <w:rPr>
          <w:lang w:val="pt-BR"/>
        </w:rPr>
      </w:pPr>
      <w:r w:rsidRPr="00637324">
        <w:rPr>
          <w:lang w:val="pt-BR"/>
        </w:rPr>
        <w:t>Local: ______________________________    Data: _____/_____/________</w:t>
      </w:r>
    </w:p>
    <w:p w14:paraId="2756F09E" w14:textId="77777777" w:rsidR="009B2E3E" w:rsidRPr="00637324" w:rsidRDefault="001F234C">
      <w:pPr>
        <w:rPr>
          <w:lang w:val="pt-BR"/>
        </w:rPr>
      </w:pPr>
      <w:r w:rsidRPr="00637324">
        <w:rPr>
          <w:lang w:val="pt-BR"/>
        </w:rPr>
        <w:br w:type="page"/>
      </w:r>
    </w:p>
    <w:p w14:paraId="4D599897" w14:textId="77777777" w:rsidR="009B2E3E" w:rsidRPr="00637324" w:rsidRDefault="001F234C">
      <w:pPr>
        <w:pStyle w:val="Ttulo"/>
        <w:rPr>
          <w:lang w:val="pt-BR"/>
        </w:rPr>
      </w:pPr>
      <w:r w:rsidRPr="00637324">
        <w:rPr>
          <w:lang w:val="pt-BR"/>
        </w:rPr>
        <w:lastRenderedPageBreak/>
        <w:t>ANEXO IV</w:t>
      </w:r>
    </w:p>
    <w:p w14:paraId="013FC5BB" w14:textId="77777777" w:rsidR="009B2E3E" w:rsidRPr="00637324" w:rsidRDefault="001F234C" w:rsidP="00E26F4D">
      <w:pPr>
        <w:pStyle w:val="Ttulo1"/>
        <w:jc w:val="center"/>
        <w:rPr>
          <w:lang w:val="pt-BR"/>
        </w:rPr>
      </w:pPr>
      <w:r w:rsidRPr="00637324">
        <w:rPr>
          <w:lang w:val="pt-BR"/>
        </w:rPr>
        <w:t>DECLARAÇÃO DE AUSÊNCIA DE VÍNCULO EMPREGATÍCIO</w:t>
      </w:r>
    </w:p>
    <w:p w14:paraId="64E18A3C" w14:textId="77777777" w:rsidR="00760505" w:rsidRDefault="00760505" w:rsidP="00E26F4D">
      <w:pPr>
        <w:spacing w:line="360" w:lineRule="auto"/>
        <w:rPr>
          <w:lang w:val="pt-BR"/>
        </w:rPr>
      </w:pPr>
    </w:p>
    <w:p w14:paraId="0E7054DD" w14:textId="055D3C5E" w:rsidR="009B2E3E" w:rsidRPr="00637324" w:rsidRDefault="001F234C" w:rsidP="00E26F4D">
      <w:pPr>
        <w:spacing w:line="360" w:lineRule="auto"/>
        <w:rPr>
          <w:lang w:val="pt-BR"/>
        </w:rPr>
      </w:pPr>
      <w:r w:rsidRPr="00637324">
        <w:rPr>
          <w:lang w:val="pt-BR"/>
        </w:rPr>
        <w:t>Eu, ______________________________________________________________, CPF _________________________, documento de identificação ____________________, integrante da família do(a) candidato(a) ______________________________________, inscrição __________________, declaro que não mantenho vínculo empregatício com a Administração Pública ou com empregador privado.</w:t>
      </w:r>
    </w:p>
    <w:p w14:paraId="06746814" w14:textId="77777777" w:rsidR="009B2E3E" w:rsidRPr="00637324" w:rsidRDefault="001F234C" w:rsidP="00E26F4D">
      <w:pPr>
        <w:spacing w:line="360" w:lineRule="auto"/>
        <w:jc w:val="both"/>
        <w:rPr>
          <w:lang w:val="pt-BR"/>
        </w:rPr>
      </w:pPr>
      <w:r w:rsidRPr="00637324">
        <w:rPr>
          <w:lang w:val="pt-BR"/>
        </w:rPr>
        <w:t>A ausência de vínculo empregatício não significa, necessariamente, ausência de renda. Quanto aos demais rendimentos, declaro:</w:t>
      </w:r>
    </w:p>
    <w:p w14:paraId="3AC98DE8" w14:textId="77777777" w:rsidR="009B2E3E" w:rsidRPr="00637324" w:rsidRDefault="001F234C" w:rsidP="00E26F4D">
      <w:pPr>
        <w:spacing w:line="360" w:lineRule="auto"/>
        <w:rPr>
          <w:lang w:val="pt-BR"/>
        </w:rPr>
      </w:pPr>
      <w:proofErr w:type="gramStart"/>
      <w:r w:rsidRPr="00637324">
        <w:rPr>
          <w:lang w:val="pt-BR"/>
        </w:rPr>
        <w:t xml:space="preserve">(  </w:t>
      </w:r>
      <w:proofErr w:type="gramEnd"/>
      <w:r w:rsidRPr="00637324">
        <w:rPr>
          <w:lang w:val="pt-BR"/>
        </w:rPr>
        <w:t xml:space="preserve"> ) Não recebo renda de outra fonte.</w:t>
      </w:r>
      <w:r w:rsidRPr="00637324">
        <w:rPr>
          <w:lang w:val="pt-BR"/>
        </w:rPr>
        <w:br/>
        <w:t>(   ) Recebo renda da(s) seguinte(s) fonte(s), com os valores brutos mensais:</w:t>
      </w:r>
    </w:p>
    <w:p w14:paraId="6155C39E" w14:textId="77777777" w:rsidR="009B2E3E" w:rsidRPr="00637324" w:rsidRDefault="001F234C" w:rsidP="00E26F4D">
      <w:pPr>
        <w:spacing w:line="360" w:lineRule="auto"/>
        <w:rPr>
          <w:lang w:val="pt-BR"/>
        </w:rPr>
      </w:pPr>
      <w:r w:rsidRPr="00637324">
        <w:rPr>
          <w:lang w:val="pt-BR"/>
        </w:rPr>
        <w:t>________________________________________________________________________</w:t>
      </w:r>
    </w:p>
    <w:p w14:paraId="323E7B9C" w14:textId="77777777" w:rsidR="009B2E3E" w:rsidRPr="00637324" w:rsidRDefault="001F234C" w:rsidP="00E26F4D">
      <w:pPr>
        <w:spacing w:line="360" w:lineRule="auto"/>
        <w:rPr>
          <w:lang w:val="pt-BR"/>
        </w:rPr>
      </w:pPr>
      <w:r w:rsidRPr="00637324">
        <w:rPr>
          <w:lang w:val="pt-BR"/>
        </w:rPr>
        <w:t>________________________________________________________________________</w:t>
      </w:r>
    </w:p>
    <w:p w14:paraId="2218E923" w14:textId="77777777" w:rsidR="009B2E3E" w:rsidRPr="00637324" w:rsidRDefault="001F234C" w:rsidP="00E26F4D">
      <w:pPr>
        <w:spacing w:line="360" w:lineRule="auto"/>
        <w:rPr>
          <w:lang w:val="pt-BR"/>
        </w:rPr>
      </w:pPr>
      <w:r w:rsidRPr="00637324">
        <w:rPr>
          <w:lang w:val="pt-BR"/>
        </w:rPr>
        <w:t>________________________________________________________________________</w:t>
      </w:r>
    </w:p>
    <w:p w14:paraId="30B4B8E9" w14:textId="77777777" w:rsidR="009B2E3E" w:rsidRPr="00637324" w:rsidRDefault="001F234C" w:rsidP="00E26F4D">
      <w:pPr>
        <w:spacing w:line="360" w:lineRule="auto"/>
        <w:jc w:val="both"/>
        <w:rPr>
          <w:lang w:val="pt-BR"/>
        </w:rPr>
      </w:pPr>
      <w:r w:rsidRPr="00637324">
        <w:rPr>
          <w:lang w:val="pt-BR"/>
        </w:rPr>
        <w:t>Forma de manutenção do sustento:</w:t>
      </w:r>
    </w:p>
    <w:p w14:paraId="20268A47" w14:textId="77777777" w:rsidR="009B2E3E" w:rsidRPr="00637324" w:rsidRDefault="001F234C" w:rsidP="00E26F4D">
      <w:pPr>
        <w:spacing w:line="360" w:lineRule="auto"/>
        <w:rPr>
          <w:lang w:val="pt-BR"/>
        </w:rPr>
      </w:pPr>
      <w:r w:rsidRPr="00637324">
        <w:rPr>
          <w:lang w:val="pt-BR"/>
        </w:rPr>
        <w:t>________________________________________________________________________</w:t>
      </w:r>
    </w:p>
    <w:p w14:paraId="01939226" w14:textId="77777777" w:rsidR="009B2E3E" w:rsidRPr="00637324" w:rsidRDefault="001F234C" w:rsidP="00E26F4D">
      <w:pPr>
        <w:spacing w:line="360" w:lineRule="auto"/>
        <w:rPr>
          <w:lang w:val="pt-BR"/>
        </w:rPr>
      </w:pPr>
      <w:r w:rsidRPr="00637324">
        <w:rPr>
          <w:lang w:val="pt-BR"/>
        </w:rPr>
        <w:t>________________________________________________________________________</w:t>
      </w:r>
    </w:p>
    <w:p w14:paraId="155A72CE" w14:textId="77777777" w:rsidR="009B2E3E" w:rsidRPr="00637324" w:rsidRDefault="001F234C" w:rsidP="00E26F4D">
      <w:pPr>
        <w:spacing w:line="360" w:lineRule="auto"/>
        <w:jc w:val="both"/>
        <w:rPr>
          <w:lang w:val="pt-BR"/>
        </w:rPr>
      </w:pPr>
      <w:r w:rsidRPr="00637324">
        <w:rPr>
          <w:lang w:val="pt-BR"/>
        </w:rPr>
        <w:t>Declaro serem verdadeiras as informações, ciente de que poderão ser verificadas pela comissão e de que eventual falsidade será apurada com observância do contraditório e da ampla defesa, sem prejuízo das consequências legais.</w:t>
      </w:r>
    </w:p>
    <w:p w14:paraId="49F308C0" w14:textId="77777777" w:rsidR="009B2E3E" w:rsidRPr="00637324" w:rsidRDefault="001F234C" w:rsidP="00E26F4D">
      <w:pPr>
        <w:spacing w:line="360" w:lineRule="auto"/>
        <w:rPr>
          <w:lang w:val="pt-BR"/>
        </w:rPr>
      </w:pPr>
      <w:r w:rsidRPr="00637324">
        <w:rPr>
          <w:lang w:val="pt-BR"/>
        </w:rPr>
        <w:t>Local: ______________________________    Data: _____/_____/________</w:t>
      </w:r>
    </w:p>
    <w:p w14:paraId="5D22961C" w14:textId="77777777" w:rsidR="00E26F4D" w:rsidRDefault="00E26F4D" w:rsidP="00E26F4D">
      <w:pPr>
        <w:spacing w:line="360" w:lineRule="auto"/>
        <w:rPr>
          <w:lang w:val="pt-BR"/>
        </w:rPr>
      </w:pPr>
    </w:p>
    <w:p w14:paraId="0BA390C5" w14:textId="3DC58240" w:rsidR="009B2E3E" w:rsidRPr="00637324" w:rsidRDefault="001F234C" w:rsidP="00E26F4D">
      <w:pPr>
        <w:spacing w:line="360" w:lineRule="auto"/>
        <w:jc w:val="center"/>
        <w:rPr>
          <w:lang w:val="pt-BR"/>
        </w:rPr>
      </w:pPr>
      <w:r w:rsidRPr="00637324">
        <w:rPr>
          <w:lang w:val="pt-BR"/>
        </w:rPr>
        <w:t>________________________________________________________</w:t>
      </w:r>
      <w:r w:rsidRPr="00637324">
        <w:rPr>
          <w:lang w:val="pt-BR"/>
        </w:rPr>
        <w:br/>
        <w:t>Assinatura do(a) declarante</w:t>
      </w:r>
    </w:p>
    <w:p w14:paraId="1CF59DA6" w14:textId="77777777" w:rsidR="009B2E3E" w:rsidRPr="00637324" w:rsidRDefault="001F234C">
      <w:pPr>
        <w:rPr>
          <w:lang w:val="pt-BR"/>
        </w:rPr>
      </w:pPr>
      <w:r w:rsidRPr="00637324">
        <w:rPr>
          <w:lang w:val="pt-BR"/>
        </w:rPr>
        <w:br w:type="page"/>
      </w:r>
    </w:p>
    <w:p w14:paraId="15ADB91B" w14:textId="77777777" w:rsidR="009B2E3E" w:rsidRPr="00637324" w:rsidRDefault="001F234C">
      <w:pPr>
        <w:pStyle w:val="Ttulo"/>
        <w:rPr>
          <w:lang w:val="pt-BR"/>
        </w:rPr>
      </w:pPr>
      <w:r w:rsidRPr="00637324">
        <w:rPr>
          <w:lang w:val="pt-BR"/>
        </w:rPr>
        <w:lastRenderedPageBreak/>
        <w:t>ANEXO V</w:t>
      </w:r>
    </w:p>
    <w:p w14:paraId="44A30571" w14:textId="77777777" w:rsidR="009B2E3E" w:rsidRPr="00637324" w:rsidRDefault="001F234C" w:rsidP="00C17B2F">
      <w:pPr>
        <w:pStyle w:val="Ttulo1"/>
        <w:jc w:val="center"/>
        <w:rPr>
          <w:lang w:val="pt-BR"/>
        </w:rPr>
      </w:pPr>
      <w:r w:rsidRPr="00637324">
        <w:rPr>
          <w:lang w:val="pt-BR"/>
        </w:rPr>
        <w:t>DECLARAÇÃO DE TRABALHO AUTÔNOMO INFORMAL OU PROFISSIONAL LIBERAL</w:t>
      </w:r>
    </w:p>
    <w:p w14:paraId="3FE0C3BF" w14:textId="77777777" w:rsidR="00C17B2F" w:rsidRPr="00637324" w:rsidRDefault="00C17B2F" w:rsidP="00C17B2F">
      <w:pPr>
        <w:jc w:val="center"/>
        <w:rPr>
          <w:lang w:val="pt-BR"/>
        </w:rPr>
      </w:pPr>
    </w:p>
    <w:p w14:paraId="5C93F827" w14:textId="77777777" w:rsidR="009B2E3E" w:rsidRPr="00637324" w:rsidRDefault="001F234C" w:rsidP="00C17B2F">
      <w:pPr>
        <w:spacing w:line="360" w:lineRule="auto"/>
        <w:rPr>
          <w:lang w:val="pt-BR"/>
        </w:rPr>
      </w:pPr>
      <w:r w:rsidRPr="00637324">
        <w:rPr>
          <w:lang w:val="pt-BR"/>
        </w:rPr>
        <w:t>Eu, ______________________________________________________________, CPF _________________________, documento de identificação ____________________, integrante da família do(a) candidato(a) ______________________________________, inscrição __________________, declaro exercer a seguinte atividade:</w:t>
      </w:r>
    </w:p>
    <w:p w14:paraId="33A3C776" w14:textId="77777777" w:rsidR="009B2E3E" w:rsidRPr="00637324" w:rsidRDefault="001F234C" w:rsidP="00C17B2F">
      <w:pPr>
        <w:spacing w:line="360" w:lineRule="auto"/>
        <w:rPr>
          <w:lang w:val="pt-BR"/>
        </w:rPr>
      </w:pPr>
      <w:proofErr w:type="gramStart"/>
      <w:r w:rsidRPr="00637324">
        <w:rPr>
          <w:lang w:val="pt-BR"/>
        </w:rPr>
        <w:t xml:space="preserve">(  </w:t>
      </w:r>
      <w:proofErr w:type="gramEnd"/>
      <w:r w:rsidRPr="00637324">
        <w:rPr>
          <w:lang w:val="pt-BR"/>
        </w:rPr>
        <w:t xml:space="preserve"> ) Trabalho autônomo </w:t>
      </w:r>
      <w:proofErr w:type="gramStart"/>
      <w:r w:rsidRPr="00637324">
        <w:rPr>
          <w:lang w:val="pt-BR"/>
        </w:rPr>
        <w:t xml:space="preserve">   (</w:t>
      </w:r>
      <w:proofErr w:type="gramEnd"/>
      <w:r w:rsidRPr="00637324">
        <w:rPr>
          <w:lang w:val="pt-BR"/>
        </w:rPr>
        <w:t xml:space="preserve"> </w:t>
      </w:r>
      <w:proofErr w:type="gramStart"/>
      <w:r w:rsidRPr="00637324">
        <w:rPr>
          <w:lang w:val="pt-BR"/>
        </w:rPr>
        <w:t xml:space="preserve">  )</w:t>
      </w:r>
      <w:proofErr w:type="gramEnd"/>
      <w:r w:rsidRPr="00637324">
        <w:rPr>
          <w:lang w:val="pt-BR"/>
        </w:rPr>
        <w:t xml:space="preserve"> Trabalho informal</w:t>
      </w:r>
      <w:r w:rsidRPr="00637324">
        <w:rPr>
          <w:lang w:val="pt-BR"/>
        </w:rPr>
        <w:br/>
        <w:t xml:space="preserve">(   ) Profissão liberal    </w:t>
      </w:r>
      <w:proofErr w:type="gramStart"/>
      <w:r w:rsidRPr="00637324">
        <w:rPr>
          <w:lang w:val="pt-BR"/>
        </w:rPr>
        <w:t xml:space="preserve">   (</w:t>
      </w:r>
      <w:proofErr w:type="gramEnd"/>
      <w:r w:rsidRPr="00637324">
        <w:rPr>
          <w:lang w:val="pt-BR"/>
        </w:rPr>
        <w:t xml:space="preserve"> </w:t>
      </w:r>
      <w:proofErr w:type="gramStart"/>
      <w:r w:rsidRPr="00637324">
        <w:rPr>
          <w:lang w:val="pt-BR"/>
        </w:rPr>
        <w:t xml:space="preserve">  )</w:t>
      </w:r>
      <w:proofErr w:type="gramEnd"/>
      <w:r w:rsidRPr="00637324">
        <w:rPr>
          <w:lang w:val="pt-BR"/>
        </w:rPr>
        <w:t xml:space="preserve"> Atividade rural</w:t>
      </w:r>
      <w:r w:rsidRPr="00637324">
        <w:rPr>
          <w:lang w:val="pt-BR"/>
        </w:rPr>
        <w:br/>
        <w:t>Função: __________________________________________________________________</w:t>
      </w:r>
      <w:r w:rsidRPr="00637324">
        <w:rPr>
          <w:lang w:val="pt-BR"/>
        </w:rPr>
        <w:br/>
        <w:t>Ramo de atividade: _________________________________________________________</w:t>
      </w:r>
    </w:p>
    <w:p w14:paraId="2D27C4CC" w14:textId="77777777" w:rsidR="009B2E3E" w:rsidRPr="00637324" w:rsidRDefault="001F234C" w:rsidP="00C17B2F">
      <w:pPr>
        <w:spacing w:line="360" w:lineRule="auto"/>
        <w:jc w:val="both"/>
        <w:rPr>
          <w:lang w:val="pt-BR"/>
        </w:rPr>
      </w:pPr>
      <w:r w:rsidRPr="00637324">
        <w:rPr>
          <w:lang w:val="pt-BR"/>
        </w:rPr>
        <w:t>Declaro os valores brutos recebidos nos três meses de referência definidos para a análise de renda, incluindo rendimentos variáveis:</w:t>
      </w: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9B2E3E" w:rsidRPr="00637324" w14:paraId="3F366DC9" w14:textId="77777777">
        <w:trPr>
          <w:cantSplit/>
          <w:tblHeader/>
        </w:trPr>
        <w:tc>
          <w:tcPr>
            <w:tcW w:w="4819" w:type="dxa"/>
            <w:shd w:val="clear" w:color="auto" w:fill="E7E6E6"/>
          </w:tcPr>
          <w:p w14:paraId="69B59229" w14:textId="77777777" w:rsidR="009B2E3E" w:rsidRPr="00637324" w:rsidRDefault="001F234C" w:rsidP="00C17B2F">
            <w:pPr>
              <w:spacing w:before="60" w:after="60" w:line="360" w:lineRule="auto"/>
              <w:rPr>
                <w:lang w:val="pt-BR"/>
              </w:rPr>
            </w:pPr>
            <w:r w:rsidRPr="00637324">
              <w:rPr>
                <w:b/>
                <w:sz w:val="20"/>
                <w:lang w:val="pt-BR"/>
              </w:rPr>
              <w:t>Mês e ano de referência</w:t>
            </w:r>
          </w:p>
        </w:tc>
        <w:tc>
          <w:tcPr>
            <w:tcW w:w="4819" w:type="dxa"/>
            <w:shd w:val="clear" w:color="auto" w:fill="E7E6E6"/>
          </w:tcPr>
          <w:p w14:paraId="75B516BE" w14:textId="129A861C" w:rsidR="009B2E3E" w:rsidRPr="00637324" w:rsidRDefault="001F234C" w:rsidP="00C17B2F">
            <w:pPr>
              <w:spacing w:before="60" w:after="60" w:line="360" w:lineRule="auto"/>
              <w:rPr>
                <w:lang w:val="pt-BR"/>
              </w:rPr>
            </w:pPr>
            <w:r w:rsidRPr="00637324">
              <w:rPr>
                <w:b/>
                <w:sz w:val="20"/>
                <w:lang w:val="pt-BR"/>
              </w:rPr>
              <w:t>Renda bruta mensal</w:t>
            </w:r>
            <w:r w:rsidR="00C315B2">
              <w:rPr>
                <w:b/>
                <w:sz w:val="20"/>
                <w:lang w:val="pt-BR"/>
              </w:rPr>
              <w:t xml:space="preserve"> (R$)</w:t>
            </w:r>
          </w:p>
        </w:tc>
      </w:tr>
      <w:tr w:rsidR="009B2E3E" w:rsidRPr="00637324" w14:paraId="6AE7D013" w14:textId="77777777">
        <w:trPr>
          <w:cantSplit/>
        </w:trPr>
        <w:tc>
          <w:tcPr>
            <w:tcW w:w="4819" w:type="dxa"/>
          </w:tcPr>
          <w:p w14:paraId="261E8E1D" w14:textId="66D89952" w:rsidR="009B2E3E" w:rsidRPr="00637324" w:rsidRDefault="009B2E3E" w:rsidP="00C17B2F">
            <w:pPr>
              <w:spacing w:before="60" w:after="60" w:line="360" w:lineRule="auto"/>
              <w:rPr>
                <w:lang w:val="pt-BR"/>
              </w:rPr>
            </w:pPr>
          </w:p>
        </w:tc>
        <w:tc>
          <w:tcPr>
            <w:tcW w:w="4819" w:type="dxa"/>
          </w:tcPr>
          <w:p w14:paraId="7D3EBD0E" w14:textId="4D179020" w:rsidR="009B2E3E" w:rsidRPr="00637324" w:rsidRDefault="009B2E3E" w:rsidP="00C17B2F">
            <w:pPr>
              <w:spacing w:before="60" w:after="60" w:line="360" w:lineRule="auto"/>
              <w:rPr>
                <w:lang w:val="pt-BR"/>
              </w:rPr>
            </w:pPr>
          </w:p>
        </w:tc>
      </w:tr>
      <w:tr w:rsidR="009B2E3E" w:rsidRPr="00637324" w14:paraId="649EC61D" w14:textId="77777777">
        <w:trPr>
          <w:cantSplit/>
        </w:trPr>
        <w:tc>
          <w:tcPr>
            <w:tcW w:w="4819" w:type="dxa"/>
          </w:tcPr>
          <w:p w14:paraId="5A264AD5" w14:textId="1E7EBE40" w:rsidR="009B2E3E" w:rsidRPr="00637324" w:rsidRDefault="009B2E3E" w:rsidP="00C17B2F">
            <w:pPr>
              <w:spacing w:before="60" w:after="60" w:line="360" w:lineRule="auto"/>
              <w:rPr>
                <w:lang w:val="pt-BR"/>
              </w:rPr>
            </w:pPr>
          </w:p>
        </w:tc>
        <w:tc>
          <w:tcPr>
            <w:tcW w:w="4819" w:type="dxa"/>
          </w:tcPr>
          <w:p w14:paraId="0A11B6CE" w14:textId="1C00FF0F" w:rsidR="009B2E3E" w:rsidRPr="00637324" w:rsidRDefault="009B2E3E" w:rsidP="00C17B2F">
            <w:pPr>
              <w:spacing w:before="60" w:after="60" w:line="360" w:lineRule="auto"/>
              <w:rPr>
                <w:lang w:val="pt-BR"/>
              </w:rPr>
            </w:pPr>
          </w:p>
        </w:tc>
      </w:tr>
      <w:tr w:rsidR="009B2E3E" w:rsidRPr="00637324" w14:paraId="18B4582C" w14:textId="77777777">
        <w:trPr>
          <w:cantSplit/>
        </w:trPr>
        <w:tc>
          <w:tcPr>
            <w:tcW w:w="4819" w:type="dxa"/>
          </w:tcPr>
          <w:p w14:paraId="3A23391A" w14:textId="7F556075" w:rsidR="009B2E3E" w:rsidRPr="00637324" w:rsidRDefault="009B2E3E" w:rsidP="00C17B2F">
            <w:pPr>
              <w:spacing w:before="60" w:after="60" w:line="360" w:lineRule="auto"/>
              <w:rPr>
                <w:lang w:val="pt-BR"/>
              </w:rPr>
            </w:pPr>
          </w:p>
        </w:tc>
        <w:tc>
          <w:tcPr>
            <w:tcW w:w="4819" w:type="dxa"/>
          </w:tcPr>
          <w:p w14:paraId="745269DE" w14:textId="6D459759" w:rsidR="009B2E3E" w:rsidRPr="00637324" w:rsidRDefault="009B2E3E" w:rsidP="00C17B2F">
            <w:pPr>
              <w:spacing w:before="60" w:after="60" w:line="360" w:lineRule="auto"/>
              <w:rPr>
                <w:lang w:val="pt-BR"/>
              </w:rPr>
            </w:pPr>
          </w:p>
        </w:tc>
      </w:tr>
    </w:tbl>
    <w:p w14:paraId="59A74076" w14:textId="77777777" w:rsidR="009B2E3E" w:rsidRPr="00637324" w:rsidRDefault="001F234C" w:rsidP="00C17B2F">
      <w:pPr>
        <w:spacing w:line="360" w:lineRule="auto"/>
        <w:jc w:val="both"/>
        <w:rPr>
          <w:lang w:val="pt-BR"/>
        </w:rPr>
      </w:pPr>
      <w:r w:rsidRPr="00637324">
        <w:rPr>
          <w:lang w:val="pt-BR"/>
        </w:rPr>
        <w:t>Outras fontes de renda, quando houver:</w:t>
      </w:r>
    </w:p>
    <w:p w14:paraId="0060DCB7" w14:textId="77777777" w:rsidR="009B2E3E" w:rsidRPr="00637324" w:rsidRDefault="001F234C" w:rsidP="00C17B2F">
      <w:pPr>
        <w:spacing w:line="360" w:lineRule="auto"/>
        <w:rPr>
          <w:lang w:val="pt-BR"/>
        </w:rPr>
      </w:pPr>
      <w:r w:rsidRPr="00637324">
        <w:rPr>
          <w:lang w:val="pt-BR"/>
        </w:rPr>
        <w:t>________________________________________________________________________</w:t>
      </w:r>
    </w:p>
    <w:p w14:paraId="1F0016E6" w14:textId="77777777" w:rsidR="009B2E3E" w:rsidRPr="00637324" w:rsidRDefault="001F234C" w:rsidP="00C17B2F">
      <w:pPr>
        <w:spacing w:line="360" w:lineRule="auto"/>
        <w:rPr>
          <w:lang w:val="pt-BR"/>
        </w:rPr>
      </w:pPr>
      <w:r w:rsidRPr="00637324">
        <w:rPr>
          <w:lang w:val="pt-BR"/>
        </w:rPr>
        <w:t>________________________________________________________________________</w:t>
      </w:r>
    </w:p>
    <w:p w14:paraId="617B34CB" w14:textId="77777777" w:rsidR="009B2E3E" w:rsidRPr="00637324" w:rsidRDefault="001F234C" w:rsidP="00C17B2F">
      <w:pPr>
        <w:spacing w:line="360" w:lineRule="auto"/>
        <w:jc w:val="both"/>
        <w:rPr>
          <w:lang w:val="pt-BR"/>
        </w:rPr>
      </w:pPr>
      <w:r w:rsidRPr="00637324">
        <w:rPr>
          <w:lang w:val="pt-BR"/>
        </w:rPr>
        <w:t>Declaro serem verdadeiras as informações prestadas, ciente de que serão objeto de conferência e de que eventual falsidade poderá produzir consequências administrativas e legais, assegurados o contraditório e a ampla defesa.</w:t>
      </w:r>
    </w:p>
    <w:p w14:paraId="4EA543A9" w14:textId="77777777" w:rsidR="009B2E3E" w:rsidRPr="00637324" w:rsidRDefault="001F234C" w:rsidP="00C17B2F">
      <w:pPr>
        <w:spacing w:line="360" w:lineRule="auto"/>
        <w:rPr>
          <w:lang w:val="pt-BR"/>
        </w:rPr>
      </w:pPr>
      <w:r w:rsidRPr="00637324">
        <w:rPr>
          <w:lang w:val="pt-BR"/>
        </w:rPr>
        <w:t>Local: ______________________________    Data: _____/_____/________</w:t>
      </w:r>
    </w:p>
    <w:p w14:paraId="1D27063E" w14:textId="77777777" w:rsidR="00C17B2F" w:rsidRDefault="00C17B2F" w:rsidP="00C17B2F">
      <w:pPr>
        <w:spacing w:line="360" w:lineRule="auto"/>
        <w:rPr>
          <w:lang w:val="pt-BR"/>
        </w:rPr>
      </w:pPr>
    </w:p>
    <w:p w14:paraId="35218429" w14:textId="69592D2D" w:rsidR="009B2E3E" w:rsidRPr="00637324" w:rsidRDefault="001F234C" w:rsidP="00C17B2F">
      <w:pPr>
        <w:spacing w:line="360" w:lineRule="auto"/>
        <w:jc w:val="center"/>
        <w:rPr>
          <w:lang w:val="pt-BR"/>
        </w:rPr>
      </w:pPr>
      <w:r w:rsidRPr="00637324">
        <w:rPr>
          <w:lang w:val="pt-BR"/>
        </w:rPr>
        <w:t>________________________________________________________</w:t>
      </w:r>
      <w:r w:rsidRPr="00637324">
        <w:rPr>
          <w:lang w:val="pt-BR"/>
        </w:rPr>
        <w:br/>
        <w:t>Assinatura do(a) declarante</w:t>
      </w:r>
    </w:p>
    <w:p w14:paraId="61D7E399" w14:textId="77777777" w:rsidR="009B2E3E" w:rsidRPr="00637324" w:rsidRDefault="001F234C">
      <w:pPr>
        <w:rPr>
          <w:lang w:val="pt-BR"/>
        </w:rPr>
      </w:pPr>
      <w:r w:rsidRPr="00637324">
        <w:rPr>
          <w:lang w:val="pt-BR"/>
        </w:rPr>
        <w:br w:type="page"/>
      </w:r>
    </w:p>
    <w:p w14:paraId="32434218" w14:textId="77777777" w:rsidR="009B2E3E" w:rsidRPr="00637324" w:rsidRDefault="001F234C">
      <w:pPr>
        <w:pStyle w:val="Ttulo"/>
        <w:rPr>
          <w:lang w:val="pt-BR"/>
        </w:rPr>
      </w:pPr>
      <w:r w:rsidRPr="00637324">
        <w:rPr>
          <w:lang w:val="pt-BR"/>
        </w:rPr>
        <w:lastRenderedPageBreak/>
        <w:t>ANEXO VI</w:t>
      </w:r>
    </w:p>
    <w:p w14:paraId="594B6091" w14:textId="77777777" w:rsidR="009B2E3E" w:rsidRPr="00637324" w:rsidRDefault="001F234C" w:rsidP="00C17B2F">
      <w:pPr>
        <w:pStyle w:val="Ttulo1"/>
        <w:jc w:val="center"/>
        <w:rPr>
          <w:lang w:val="pt-BR"/>
        </w:rPr>
      </w:pPr>
      <w:r w:rsidRPr="00637324">
        <w:rPr>
          <w:lang w:val="pt-BR"/>
        </w:rPr>
        <w:t>DECLARAÇÃO DE DESEMPREGO</w:t>
      </w:r>
    </w:p>
    <w:p w14:paraId="7E88D755" w14:textId="77777777" w:rsidR="00C17B2F" w:rsidRPr="00637324" w:rsidRDefault="00C17B2F" w:rsidP="00C17B2F">
      <w:pPr>
        <w:jc w:val="center"/>
        <w:rPr>
          <w:lang w:val="pt-BR"/>
        </w:rPr>
      </w:pPr>
    </w:p>
    <w:p w14:paraId="7EE12DA4" w14:textId="77777777" w:rsidR="009B2E3E" w:rsidRPr="00637324" w:rsidRDefault="001F234C" w:rsidP="00C17B2F">
      <w:pPr>
        <w:spacing w:line="360" w:lineRule="auto"/>
        <w:rPr>
          <w:lang w:val="pt-BR"/>
        </w:rPr>
      </w:pPr>
      <w:r w:rsidRPr="00637324">
        <w:rPr>
          <w:lang w:val="pt-BR"/>
        </w:rPr>
        <w:t>Eu, ______________________________________________________________, CPF _________________________, documento de identificação ____________________, integrante da família do(a) candidato(a) ______________________________________, inscrição __________________, declaro estar desempregado(a) desde _____/_____/________.</w:t>
      </w:r>
    </w:p>
    <w:p w14:paraId="1FA0F1F4" w14:textId="77777777" w:rsidR="009B2E3E" w:rsidRPr="00637324" w:rsidRDefault="001F234C" w:rsidP="00C17B2F">
      <w:pPr>
        <w:spacing w:line="360" w:lineRule="auto"/>
        <w:rPr>
          <w:lang w:val="pt-BR"/>
        </w:rPr>
      </w:pPr>
      <w:r w:rsidRPr="00637324">
        <w:rPr>
          <w:lang w:val="pt-BR"/>
        </w:rPr>
        <w:t>Última atividade exercida: __________________________________________________</w:t>
      </w:r>
      <w:r w:rsidRPr="00637324">
        <w:rPr>
          <w:lang w:val="pt-BR"/>
        </w:rPr>
        <w:br/>
        <w:t>Último empregador, quando houver: ___________________________________________</w:t>
      </w:r>
    </w:p>
    <w:p w14:paraId="7C6EDD67" w14:textId="77777777" w:rsidR="009B2E3E" w:rsidRPr="00637324" w:rsidRDefault="001F234C" w:rsidP="00C17B2F">
      <w:pPr>
        <w:spacing w:line="360" w:lineRule="auto"/>
        <w:jc w:val="both"/>
        <w:rPr>
          <w:lang w:val="pt-BR"/>
        </w:rPr>
      </w:pPr>
      <w:r w:rsidRPr="00637324">
        <w:rPr>
          <w:lang w:val="pt-BR"/>
        </w:rPr>
        <w:t>Quanto aos rendimentos atuais:</w:t>
      </w:r>
    </w:p>
    <w:p w14:paraId="4430A85C" w14:textId="77777777" w:rsidR="009B2E3E" w:rsidRPr="00637324" w:rsidRDefault="001F234C" w:rsidP="00C17B2F">
      <w:pPr>
        <w:spacing w:line="360" w:lineRule="auto"/>
        <w:rPr>
          <w:lang w:val="pt-BR"/>
        </w:rPr>
      </w:pPr>
      <w:proofErr w:type="gramStart"/>
      <w:r w:rsidRPr="00637324">
        <w:rPr>
          <w:lang w:val="pt-BR"/>
        </w:rPr>
        <w:t xml:space="preserve">(  </w:t>
      </w:r>
      <w:proofErr w:type="gramEnd"/>
      <w:r w:rsidRPr="00637324">
        <w:rPr>
          <w:lang w:val="pt-BR"/>
        </w:rPr>
        <w:t xml:space="preserve"> ) Não recebo remuneração ou benefício.</w:t>
      </w:r>
      <w:r w:rsidRPr="00637324">
        <w:rPr>
          <w:lang w:val="pt-BR"/>
        </w:rPr>
        <w:br/>
        <w:t>(   ) Recebo seguro-desemprego, benefício ou outro rendimento, conforme abaixo:</w:t>
      </w:r>
    </w:p>
    <w:p w14:paraId="19B7B9A6" w14:textId="77777777" w:rsidR="009B2E3E" w:rsidRPr="00637324" w:rsidRDefault="001F234C" w:rsidP="00C17B2F">
      <w:pPr>
        <w:spacing w:line="360" w:lineRule="auto"/>
        <w:rPr>
          <w:lang w:val="pt-BR"/>
        </w:rPr>
      </w:pPr>
      <w:r w:rsidRPr="00637324">
        <w:rPr>
          <w:lang w:val="pt-BR"/>
        </w:rPr>
        <w:t>________________________________________________________________________</w:t>
      </w:r>
    </w:p>
    <w:p w14:paraId="3859E22F" w14:textId="77777777" w:rsidR="009B2E3E" w:rsidRPr="00637324" w:rsidRDefault="001F234C" w:rsidP="00C17B2F">
      <w:pPr>
        <w:spacing w:line="360" w:lineRule="auto"/>
        <w:rPr>
          <w:lang w:val="pt-BR"/>
        </w:rPr>
      </w:pPr>
      <w:r w:rsidRPr="00637324">
        <w:rPr>
          <w:lang w:val="pt-BR"/>
        </w:rPr>
        <w:t>________________________________________________________________________</w:t>
      </w:r>
    </w:p>
    <w:p w14:paraId="6B46E67C" w14:textId="77777777" w:rsidR="009B2E3E" w:rsidRPr="00637324" w:rsidRDefault="001F234C" w:rsidP="00C17B2F">
      <w:pPr>
        <w:spacing w:line="360" w:lineRule="auto"/>
        <w:jc w:val="both"/>
        <w:rPr>
          <w:lang w:val="pt-BR"/>
        </w:rPr>
      </w:pPr>
      <w:r w:rsidRPr="00637324">
        <w:rPr>
          <w:lang w:val="pt-BR"/>
        </w:rPr>
        <w:t>Declaro que meu sustento é mantido da seguinte forma:</w:t>
      </w:r>
    </w:p>
    <w:p w14:paraId="1A0512D8" w14:textId="77777777" w:rsidR="009B2E3E" w:rsidRPr="00637324" w:rsidRDefault="001F234C" w:rsidP="00C17B2F">
      <w:pPr>
        <w:spacing w:line="360" w:lineRule="auto"/>
        <w:rPr>
          <w:lang w:val="pt-BR"/>
        </w:rPr>
      </w:pPr>
      <w:r w:rsidRPr="00637324">
        <w:rPr>
          <w:lang w:val="pt-BR"/>
        </w:rPr>
        <w:t>________________________________________________________________________</w:t>
      </w:r>
    </w:p>
    <w:p w14:paraId="4FB09C3E" w14:textId="77777777" w:rsidR="009B2E3E" w:rsidRPr="00637324" w:rsidRDefault="001F234C" w:rsidP="00C17B2F">
      <w:pPr>
        <w:spacing w:line="360" w:lineRule="auto"/>
        <w:rPr>
          <w:lang w:val="pt-BR"/>
        </w:rPr>
      </w:pPr>
      <w:r w:rsidRPr="00637324">
        <w:rPr>
          <w:lang w:val="pt-BR"/>
        </w:rPr>
        <w:t>________________________________________________________________________</w:t>
      </w:r>
    </w:p>
    <w:p w14:paraId="4566E412" w14:textId="77777777" w:rsidR="009B2E3E" w:rsidRPr="00637324" w:rsidRDefault="001F234C" w:rsidP="00C17B2F">
      <w:pPr>
        <w:spacing w:line="360" w:lineRule="auto"/>
        <w:rPr>
          <w:lang w:val="pt-BR"/>
        </w:rPr>
      </w:pPr>
      <w:r w:rsidRPr="00637324">
        <w:rPr>
          <w:lang w:val="pt-BR"/>
        </w:rPr>
        <w:t>________________________________________________________________________</w:t>
      </w:r>
    </w:p>
    <w:p w14:paraId="17484F72" w14:textId="77777777" w:rsidR="009B2E3E" w:rsidRPr="00637324" w:rsidRDefault="001F234C" w:rsidP="00C17B2F">
      <w:pPr>
        <w:spacing w:line="360" w:lineRule="auto"/>
        <w:rPr>
          <w:lang w:val="pt-BR"/>
        </w:rPr>
      </w:pPr>
      <w:r w:rsidRPr="00637324">
        <w:rPr>
          <w:lang w:val="pt-BR"/>
        </w:rPr>
        <w:t xml:space="preserve">Documentos anexados, quando existentes: </w:t>
      </w:r>
      <w:proofErr w:type="gramStart"/>
      <w:r w:rsidRPr="00637324">
        <w:rPr>
          <w:lang w:val="pt-BR"/>
        </w:rPr>
        <w:t xml:space="preserve">(  </w:t>
      </w:r>
      <w:proofErr w:type="gramEnd"/>
      <w:r w:rsidRPr="00637324">
        <w:rPr>
          <w:lang w:val="pt-BR"/>
        </w:rPr>
        <w:t xml:space="preserve"> ) CTPS física ou digital; </w:t>
      </w:r>
      <w:proofErr w:type="gramStart"/>
      <w:r w:rsidRPr="00637324">
        <w:rPr>
          <w:lang w:val="pt-BR"/>
        </w:rPr>
        <w:t xml:space="preserve">(  </w:t>
      </w:r>
      <w:proofErr w:type="gramEnd"/>
      <w:r w:rsidRPr="00637324">
        <w:rPr>
          <w:lang w:val="pt-BR"/>
        </w:rPr>
        <w:t xml:space="preserve"> ) termo de rescisão; </w:t>
      </w:r>
      <w:proofErr w:type="gramStart"/>
      <w:r w:rsidRPr="00637324">
        <w:rPr>
          <w:lang w:val="pt-BR"/>
        </w:rPr>
        <w:t xml:space="preserve">(  </w:t>
      </w:r>
      <w:proofErr w:type="gramEnd"/>
      <w:r w:rsidRPr="00637324">
        <w:rPr>
          <w:lang w:val="pt-BR"/>
        </w:rPr>
        <w:t xml:space="preserve"> ) comprovante de seguro-desemprego; </w:t>
      </w:r>
      <w:proofErr w:type="gramStart"/>
      <w:r w:rsidRPr="00637324">
        <w:rPr>
          <w:lang w:val="pt-BR"/>
        </w:rPr>
        <w:t xml:space="preserve">(  </w:t>
      </w:r>
      <w:proofErr w:type="gramEnd"/>
      <w:r w:rsidRPr="00637324">
        <w:rPr>
          <w:lang w:val="pt-BR"/>
        </w:rPr>
        <w:t xml:space="preserve"> ) outros: ____________________________.</w:t>
      </w:r>
    </w:p>
    <w:p w14:paraId="4C1C9823" w14:textId="77777777" w:rsidR="009B2E3E" w:rsidRPr="00637324" w:rsidRDefault="001F234C" w:rsidP="00C17B2F">
      <w:pPr>
        <w:spacing w:line="360" w:lineRule="auto"/>
        <w:jc w:val="both"/>
        <w:rPr>
          <w:lang w:val="pt-BR"/>
        </w:rPr>
      </w:pPr>
      <w:r w:rsidRPr="00637324">
        <w:rPr>
          <w:lang w:val="pt-BR"/>
        </w:rPr>
        <w:t>Confirmo serem verdadeiras as informações, ciente de sua verificação e das consequências legais de eventual falsidade, assegurados o contraditório e a ampla defesa.</w:t>
      </w:r>
    </w:p>
    <w:p w14:paraId="00055AC0" w14:textId="77777777" w:rsidR="009B2E3E" w:rsidRPr="00637324" w:rsidRDefault="001F234C" w:rsidP="00C17B2F">
      <w:pPr>
        <w:spacing w:line="360" w:lineRule="auto"/>
        <w:rPr>
          <w:lang w:val="pt-BR"/>
        </w:rPr>
      </w:pPr>
      <w:r w:rsidRPr="00637324">
        <w:rPr>
          <w:lang w:val="pt-BR"/>
        </w:rPr>
        <w:t>Local: ______________________________    Data: _____/_____/________</w:t>
      </w:r>
    </w:p>
    <w:p w14:paraId="67030104" w14:textId="77777777" w:rsidR="00C17B2F" w:rsidRDefault="00C17B2F" w:rsidP="00C17B2F">
      <w:pPr>
        <w:spacing w:line="360" w:lineRule="auto"/>
        <w:rPr>
          <w:lang w:val="pt-BR"/>
        </w:rPr>
      </w:pPr>
    </w:p>
    <w:p w14:paraId="687717AB" w14:textId="49EEBE30" w:rsidR="009B2E3E" w:rsidRPr="00637324" w:rsidRDefault="001F234C" w:rsidP="00C17B2F">
      <w:pPr>
        <w:spacing w:line="360" w:lineRule="auto"/>
        <w:jc w:val="center"/>
        <w:rPr>
          <w:lang w:val="pt-BR"/>
        </w:rPr>
      </w:pPr>
      <w:r w:rsidRPr="00637324">
        <w:rPr>
          <w:lang w:val="pt-BR"/>
        </w:rPr>
        <w:t>________________________________________________________</w:t>
      </w:r>
      <w:r w:rsidRPr="00637324">
        <w:rPr>
          <w:lang w:val="pt-BR"/>
        </w:rPr>
        <w:br/>
        <w:t>Assinatura do(a) declarante</w:t>
      </w:r>
    </w:p>
    <w:p w14:paraId="3BD3E380" w14:textId="77777777" w:rsidR="009B2E3E" w:rsidRPr="00637324" w:rsidRDefault="001F234C">
      <w:pPr>
        <w:rPr>
          <w:lang w:val="pt-BR"/>
        </w:rPr>
      </w:pPr>
      <w:r w:rsidRPr="00637324">
        <w:rPr>
          <w:lang w:val="pt-BR"/>
        </w:rPr>
        <w:br w:type="page"/>
      </w:r>
    </w:p>
    <w:p w14:paraId="4ACB67D0" w14:textId="77777777" w:rsidR="009B2E3E" w:rsidRPr="00637324" w:rsidRDefault="001F234C">
      <w:pPr>
        <w:pStyle w:val="Ttulo"/>
        <w:rPr>
          <w:lang w:val="pt-BR"/>
        </w:rPr>
      </w:pPr>
      <w:r w:rsidRPr="00637324">
        <w:rPr>
          <w:lang w:val="pt-BR"/>
        </w:rPr>
        <w:lastRenderedPageBreak/>
        <w:t>ANEXO VII</w:t>
      </w:r>
    </w:p>
    <w:p w14:paraId="785A66E2" w14:textId="77777777" w:rsidR="009B2E3E" w:rsidRPr="00637324" w:rsidRDefault="001F234C" w:rsidP="0047013A">
      <w:pPr>
        <w:pStyle w:val="Ttulo1"/>
        <w:jc w:val="center"/>
        <w:rPr>
          <w:lang w:val="pt-BR"/>
        </w:rPr>
      </w:pPr>
      <w:r w:rsidRPr="00637324">
        <w:rPr>
          <w:lang w:val="pt-BR"/>
        </w:rPr>
        <w:t>FORMULÁRIO DE COMPOSIÇÃO FAMILIAR E RENDA PER CAPITA</w:t>
      </w:r>
    </w:p>
    <w:p w14:paraId="09F210CE" w14:textId="77777777" w:rsidR="0047013A" w:rsidRDefault="0047013A">
      <w:pPr>
        <w:rPr>
          <w:lang w:val="pt-BR"/>
        </w:rPr>
      </w:pPr>
    </w:p>
    <w:p w14:paraId="44BD50B5" w14:textId="33BD8DB4" w:rsidR="009B2E3E" w:rsidRPr="00637324" w:rsidRDefault="001F234C" w:rsidP="0047013A">
      <w:pPr>
        <w:spacing w:line="360" w:lineRule="auto"/>
        <w:rPr>
          <w:lang w:val="pt-BR"/>
        </w:rPr>
      </w:pPr>
      <w:r w:rsidRPr="00637324">
        <w:rPr>
          <w:lang w:val="pt-BR"/>
        </w:rPr>
        <w:t>Candidato(a): _____________________________________________________________</w:t>
      </w:r>
      <w:r w:rsidRPr="00637324">
        <w:rPr>
          <w:lang w:val="pt-BR"/>
        </w:rPr>
        <w:br/>
        <w:t>CPF: _________________________</w:t>
      </w:r>
      <w:proofErr w:type="gramStart"/>
      <w:r w:rsidRPr="00637324">
        <w:rPr>
          <w:lang w:val="pt-BR"/>
        </w:rPr>
        <w:t>_  Inscrição</w:t>
      </w:r>
      <w:proofErr w:type="gramEnd"/>
      <w:r w:rsidRPr="00637324">
        <w:rPr>
          <w:lang w:val="pt-BR"/>
        </w:rPr>
        <w:t>: _________________________________</w:t>
      </w:r>
      <w:r w:rsidRPr="00637324">
        <w:rPr>
          <w:lang w:val="pt-BR"/>
        </w:rPr>
        <w:br/>
        <w:t>Endereço: ________________________________________________________________</w:t>
      </w:r>
      <w:r w:rsidRPr="00637324">
        <w:rPr>
          <w:lang w:val="pt-BR"/>
        </w:rPr>
        <w:br/>
        <w:t>Telefone: ____________________</w:t>
      </w:r>
      <w:proofErr w:type="gramStart"/>
      <w:r w:rsidRPr="00637324">
        <w:rPr>
          <w:lang w:val="pt-BR"/>
        </w:rPr>
        <w:t>_  E-mail</w:t>
      </w:r>
      <w:proofErr w:type="gramEnd"/>
      <w:r w:rsidRPr="00637324">
        <w:rPr>
          <w:lang w:val="pt-BR"/>
        </w:rPr>
        <w:t>: _____________________________________</w:t>
      </w:r>
    </w:p>
    <w:p w14:paraId="2DCDFBBC" w14:textId="77777777" w:rsidR="009B2E3E" w:rsidRPr="00637324" w:rsidRDefault="001F234C" w:rsidP="009F08FC">
      <w:pPr>
        <w:spacing w:line="288" w:lineRule="auto"/>
        <w:jc w:val="both"/>
        <w:rPr>
          <w:lang w:val="pt-BR"/>
        </w:rPr>
      </w:pPr>
      <w:r w:rsidRPr="00637324">
        <w:rPr>
          <w:lang w:val="pt-BR"/>
        </w:rPr>
        <w:t>Incluir o(a) candidato(a) e todos os integrantes da família considerados na apuração. Anexar folha complementar identificada, se necessário.</w:t>
      </w: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3628"/>
        <w:gridCol w:w="1701"/>
        <w:gridCol w:w="850"/>
        <w:gridCol w:w="3458"/>
      </w:tblGrid>
      <w:tr w:rsidR="009B2E3E" w:rsidRPr="00637324" w14:paraId="5F901D08" w14:textId="77777777">
        <w:trPr>
          <w:cantSplit/>
          <w:tblHeader/>
        </w:trPr>
        <w:tc>
          <w:tcPr>
            <w:tcW w:w="3628" w:type="dxa"/>
            <w:shd w:val="clear" w:color="auto" w:fill="E7E6E6"/>
          </w:tcPr>
          <w:p w14:paraId="523F15D1" w14:textId="77777777" w:rsidR="009B2E3E" w:rsidRPr="00637324" w:rsidRDefault="001F234C" w:rsidP="0047013A">
            <w:pPr>
              <w:spacing w:before="60" w:after="60" w:line="360" w:lineRule="auto"/>
              <w:rPr>
                <w:lang w:val="pt-BR"/>
              </w:rPr>
            </w:pPr>
            <w:r w:rsidRPr="00637324">
              <w:rPr>
                <w:b/>
                <w:sz w:val="18"/>
                <w:lang w:val="pt-BR"/>
              </w:rPr>
              <w:t>Nome do integrante</w:t>
            </w:r>
          </w:p>
        </w:tc>
        <w:tc>
          <w:tcPr>
            <w:tcW w:w="1701" w:type="dxa"/>
            <w:shd w:val="clear" w:color="auto" w:fill="E7E6E6"/>
          </w:tcPr>
          <w:p w14:paraId="5934C772" w14:textId="77777777" w:rsidR="009B2E3E" w:rsidRPr="00637324" w:rsidRDefault="001F234C" w:rsidP="0047013A">
            <w:pPr>
              <w:spacing w:before="60" w:after="60" w:line="360" w:lineRule="auto"/>
              <w:rPr>
                <w:lang w:val="pt-BR"/>
              </w:rPr>
            </w:pPr>
            <w:r w:rsidRPr="00637324">
              <w:rPr>
                <w:b/>
                <w:sz w:val="18"/>
                <w:lang w:val="pt-BR"/>
              </w:rPr>
              <w:t>Parentesco</w:t>
            </w:r>
          </w:p>
        </w:tc>
        <w:tc>
          <w:tcPr>
            <w:tcW w:w="850" w:type="dxa"/>
            <w:shd w:val="clear" w:color="auto" w:fill="E7E6E6"/>
          </w:tcPr>
          <w:p w14:paraId="58D4360E" w14:textId="77777777" w:rsidR="009B2E3E" w:rsidRPr="00637324" w:rsidRDefault="001F234C" w:rsidP="0047013A">
            <w:pPr>
              <w:spacing w:before="60" w:after="60" w:line="360" w:lineRule="auto"/>
              <w:rPr>
                <w:lang w:val="pt-BR"/>
              </w:rPr>
            </w:pPr>
            <w:r w:rsidRPr="00637324">
              <w:rPr>
                <w:b/>
                <w:sz w:val="18"/>
                <w:lang w:val="pt-BR"/>
              </w:rPr>
              <w:t>Idade</w:t>
            </w:r>
          </w:p>
        </w:tc>
        <w:tc>
          <w:tcPr>
            <w:tcW w:w="3458" w:type="dxa"/>
            <w:shd w:val="clear" w:color="auto" w:fill="E7E6E6"/>
          </w:tcPr>
          <w:p w14:paraId="602AA887" w14:textId="77777777" w:rsidR="009B2E3E" w:rsidRPr="00637324" w:rsidRDefault="001F234C" w:rsidP="0047013A">
            <w:pPr>
              <w:spacing w:before="60" w:after="60" w:line="360" w:lineRule="auto"/>
              <w:rPr>
                <w:lang w:val="pt-BR"/>
              </w:rPr>
            </w:pPr>
            <w:r w:rsidRPr="00637324">
              <w:rPr>
                <w:b/>
                <w:sz w:val="18"/>
                <w:lang w:val="pt-BR"/>
              </w:rPr>
              <w:t>Atividade ou situação</w:t>
            </w:r>
          </w:p>
        </w:tc>
      </w:tr>
      <w:tr w:rsidR="009B2E3E" w:rsidRPr="00637324" w14:paraId="3F65300B" w14:textId="77777777">
        <w:trPr>
          <w:cantSplit/>
        </w:trPr>
        <w:tc>
          <w:tcPr>
            <w:tcW w:w="3628" w:type="dxa"/>
          </w:tcPr>
          <w:p w14:paraId="36B69B84" w14:textId="17DD23A1" w:rsidR="009B2E3E" w:rsidRPr="00637324" w:rsidRDefault="009B2E3E" w:rsidP="0047013A">
            <w:pPr>
              <w:spacing w:before="60" w:after="60" w:line="360" w:lineRule="auto"/>
              <w:rPr>
                <w:lang w:val="pt-BR"/>
              </w:rPr>
            </w:pPr>
          </w:p>
        </w:tc>
        <w:tc>
          <w:tcPr>
            <w:tcW w:w="1701" w:type="dxa"/>
          </w:tcPr>
          <w:p w14:paraId="1678E81A" w14:textId="622DF356" w:rsidR="009B2E3E" w:rsidRPr="00637324" w:rsidRDefault="009B2E3E" w:rsidP="0047013A">
            <w:pPr>
              <w:spacing w:before="60" w:after="60" w:line="360" w:lineRule="auto"/>
              <w:rPr>
                <w:lang w:val="pt-BR"/>
              </w:rPr>
            </w:pPr>
          </w:p>
        </w:tc>
        <w:tc>
          <w:tcPr>
            <w:tcW w:w="850" w:type="dxa"/>
          </w:tcPr>
          <w:p w14:paraId="376CFC6C" w14:textId="5CD7E9B7" w:rsidR="009B2E3E" w:rsidRPr="00637324" w:rsidRDefault="009B2E3E" w:rsidP="0047013A">
            <w:pPr>
              <w:spacing w:before="60" w:after="60" w:line="360" w:lineRule="auto"/>
              <w:rPr>
                <w:lang w:val="pt-BR"/>
              </w:rPr>
            </w:pPr>
          </w:p>
        </w:tc>
        <w:tc>
          <w:tcPr>
            <w:tcW w:w="3458" w:type="dxa"/>
          </w:tcPr>
          <w:p w14:paraId="6B1C7FF1" w14:textId="034DDB04" w:rsidR="009B2E3E" w:rsidRPr="00637324" w:rsidRDefault="009B2E3E" w:rsidP="0047013A">
            <w:pPr>
              <w:spacing w:before="60" w:after="60" w:line="360" w:lineRule="auto"/>
              <w:rPr>
                <w:lang w:val="pt-BR"/>
              </w:rPr>
            </w:pPr>
          </w:p>
        </w:tc>
      </w:tr>
      <w:tr w:rsidR="009B2E3E" w:rsidRPr="00637324" w14:paraId="5CC05B8B" w14:textId="77777777">
        <w:trPr>
          <w:cantSplit/>
        </w:trPr>
        <w:tc>
          <w:tcPr>
            <w:tcW w:w="3628" w:type="dxa"/>
          </w:tcPr>
          <w:p w14:paraId="27F0FAA0" w14:textId="740B4530" w:rsidR="009B2E3E" w:rsidRPr="00637324" w:rsidRDefault="009B2E3E" w:rsidP="0047013A">
            <w:pPr>
              <w:spacing w:before="60" w:after="60" w:line="360" w:lineRule="auto"/>
              <w:rPr>
                <w:lang w:val="pt-BR"/>
              </w:rPr>
            </w:pPr>
          </w:p>
        </w:tc>
        <w:tc>
          <w:tcPr>
            <w:tcW w:w="1701" w:type="dxa"/>
          </w:tcPr>
          <w:p w14:paraId="62CBA3CA" w14:textId="3E7D9D60" w:rsidR="009B2E3E" w:rsidRPr="00637324" w:rsidRDefault="009B2E3E" w:rsidP="0047013A">
            <w:pPr>
              <w:spacing w:before="60" w:after="60" w:line="360" w:lineRule="auto"/>
              <w:rPr>
                <w:lang w:val="pt-BR"/>
              </w:rPr>
            </w:pPr>
          </w:p>
        </w:tc>
        <w:tc>
          <w:tcPr>
            <w:tcW w:w="850" w:type="dxa"/>
          </w:tcPr>
          <w:p w14:paraId="39576A27" w14:textId="0CD76656" w:rsidR="009B2E3E" w:rsidRPr="00637324" w:rsidRDefault="009B2E3E" w:rsidP="0047013A">
            <w:pPr>
              <w:spacing w:before="60" w:after="60" w:line="360" w:lineRule="auto"/>
              <w:rPr>
                <w:lang w:val="pt-BR"/>
              </w:rPr>
            </w:pPr>
          </w:p>
        </w:tc>
        <w:tc>
          <w:tcPr>
            <w:tcW w:w="3458" w:type="dxa"/>
          </w:tcPr>
          <w:p w14:paraId="699037FA" w14:textId="19AC94DB" w:rsidR="009B2E3E" w:rsidRPr="00637324" w:rsidRDefault="009B2E3E" w:rsidP="0047013A">
            <w:pPr>
              <w:spacing w:before="60" w:after="60" w:line="360" w:lineRule="auto"/>
              <w:rPr>
                <w:lang w:val="pt-BR"/>
              </w:rPr>
            </w:pPr>
          </w:p>
        </w:tc>
      </w:tr>
      <w:tr w:rsidR="009B2E3E" w:rsidRPr="00637324" w14:paraId="3D7F84A1" w14:textId="77777777">
        <w:trPr>
          <w:cantSplit/>
        </w:trPr>
        <w:tc>
          <w:tcPr>
            <w:tcW w:w="3628" w:type="dxa"/>
          </w:tcPr>
          <w:p w14:paraId="5A84C8A6" w14:textId="60D84047" w:rsidR="009B2E3E" w:rsidRPr="00637324" w:rsidRDefault="009B2E3E" w:rsidP="0047013A">
            <w:pPr>
              <w:spacing w:before="60" w:after="60" w:line="360" w:lineRule="auto"/>
              <w:rPr>
                <w:lang w:val="pt-BR"/>
              </w:rPr>
            </w:pPr>
          </w:p>
        </w:tc>
        <w:tc>
          <w:tcPr>
            <w:tcW w:w="1701" w:type="dxa"/>
          </w:tcPr>
          <w:p w14:paraId="33126A63" w14:textId="5B9E3EB3" w:rsidR="009B2E3E" w:rsidRPr="00637324" w:rsidRDefault="009B2E3E" w:rsidP="0047013A">
            <w:pPr>
              <w:spacing w:before="60" w:after="60" w:line="360" w:lineRule="auto"/>
              <w:rPr>
                <w:lang w:val="pt-BR"/>
              </w:rPr>
            </w:pPr>
          </w:p>
        </w:tc>
        <w:tc>
          <w:tcPr>
            <w:tcW w:w="850" w:type="dxa"/>
          </w:tcPr>
          <w:p w14:paraId="648828E3" w14:textId="57C27F66" w:rsidR="009B2E3E" w:rsidRPr="00637324" w:rsidRDefault="009B2E3E" w:rsidP="0047013A">
            <w:pPr>
              <w:spacing w:before="60" w:after="60" w:line="360" w:lineRule="auto"/>
              <w:rPr>
                <w:lang w:val="pt-BR"/>
              </w:rPr>
            </w:pPr>
          </w:p>
        </w:tc>
        <w:tc>
          <w:tcPr>
            <w:tcW w:w="3458" w:type="dxa"/>
          </w:tcPr>
          <w:p w14:paraId="56956CE6" w14:textId="6F6A300E" w:rsidR="009B2E3E" w:rsidRPr="00637324" w:rsidRDefault="009B2E3E" w:rsidP="0047013A">
            <w:pPr>
              <w:spacing w:before="60" w:after="60" w:line="360" w:lineRule="auto"/>
              <w:rPr>
                <w:lang w:val="pt-BR"/>
              </w:rPr>
            </w:pPr>
          </w:p>
        </w:tc>
      </w:tr>
      <w:tr w:rsidR="009B2E3E" w:rsidRPr="00637324" w14:paraId="2131739B" w14:textId="77777777">
        <w:trPr>
          <w:cantSplit/>
        </w:trPr>
        <w:tc>
          <w:tcPr>
            <w:tcW w:w="3628" w:type="dxa"/>
          </w:tcPr>
          <w:p w14:paraId="600FDC7E" w14:textId="6A83BEFD" w:rsidR="009B2E3E" w:rsidRPr="00637324" w:rsidRDefault="009B2E3E" w:rsidP="0047013A">
            <w:pPr>
              <w:spacing w:before="60" w:after="60" w:line="360" w:lineRule="auto"/>
              <w:rPr>
                <w:lang w:val="pt-BR"/>
              </w:rPr>
            </w:pPr>
          </w:p>
        </w:tc>
        <w:tc>
          <w:tcPr>
            <w:tcW w:w="1701" w:type="dxa"/>
          </w:tcPr>
          <w:p w14:paraId="5B8ABCF7" w14:textId="4579BE3B" w:rsidR="009B2E3E" w:rsidRPr="00637324" w:rsidRDefault="009B2E3E" w:rsidP="0047013A">
            <w:pPr>
              <w:spacing w:before="60" w:after="60" w:line="360" w:lineRule="auto"/>
              <w:rPr>
                <w:lang w:val="pt-BR"/>
              </w:rPr>
            </w:pPr>
          </w:p>
        </w:tc>
        <w:tc>
          <w:tcPr>
            <w:tcW w:w="850" w:type="dxa"/>
          </w:tcPr>
          <w:p w14:paraId="74803ED9" w14:textId="62006D9B" w:rsidR="009B2E3E" w:rsidRPr="00637324" w:rsidRDefault="009B2E3E" w:rsidP="0047013A">
            <w:pPr>
              <w:spacing w:before="60" w:after="60" w:line="360" w:lineRule="auto"/>
              <w:rPr>
                <w:lang w:val="pt-BR"/>
              </w:rPr>
            </w:pPr>
          </w:p>
        </w:tc>
        <w:tc>
          <w:tcPr>
            <w:tcW w:w="3458" w:type="dxa"/>
          </w:tcPr>
          <w:p w14:paraId="76F7F2FB" w14:textId="6326C92B" w:rsidR="009B2E3E" w:rsidRPr="00637324" w:rsidRDefault="009B2E3E" w:rsidP="0047013A">
            <w:pPr>
              <w:spacing w:before="60" w:after="60" w:line="360" w:lineRule="auto"/>
              <w:rPr>
                <w:lang w:val="pt-BR"/>
              </w:rPr>
            </w:pPr>
          </w:p>
        </w:tc>
      </w:tr>
    </w:tbl>
    <w:p w14:paraId="41041D33" w14:textId="77777777" w:rsidR="009B2E3E" w:rsidRPr="00637324" w:rsidRDefault="001F234C" w:rsidP="0047013A">
      <w:pPr>
        <w:spacing w:line="360" w:lineRule="auto"/>
        <w:rPr>
          <w:lang w:val="pt-BR"/>
        </w:rPr>
      </w:pPr>
      <w:r w:rsidRPr="00637324">
        <w:rPr>
          <w:lang w:val="pt-BR"/>
        </w:rPr>
        <w:t>Meses de referência: __________/_____</w:t>
      </w:r>
      <w:proofErr w:type="gramStart"/>
      <w:r w:rsidRPr="00637324">
        <w:rPr>
          <w:lang w:val="pt-BR"/>
        </w:rPr>
        <w:t>_ ;</w:t>
      </w:r>
      <w:proofErr w:type="gramEnd"/>
      <w:r w:rsidRPr="00637324">
        <w:rPr>
          <w:lang w:val="pt-BR"/>
        </w:rPr>
        <w:t xml:space="preserve"> __________/_____</w:t>
      </w:r>
      <w:proofErr w:type="gramStart"/>
      <w:r w:rsidRPr="00637324">
        <w:rPr>
          <w:lang w:val="pt-BR"/>
        </w:rPr>
        <w:t>_ ;</w:t>
      </w:r>
      <w:proofErr w:type="gramEnd"/>
      <w:r w:rsidRPr="00637324">
        <w:rPr>
          <w:lang w:val="pt-BR"/>
        </w:rPr>
        <w:t xml:space="preserve"> __________/______.</w:t>
      </w: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3628"/>
        <w:gridCol w:w="2001"/>
        <w:gridCol w:w="2001"/>
        <w:gridCol w:w="2007"/>
      </w:tblGrid>
      <w:tr w:rsidR="009B2E3E" w:rsidRPr="00637324" w14:paraId="0C7DE7B2" w14:textId="77777777">
        <w:trPr>
          <w:cantSplit/>
          <w:tblHeader/>
        </w:trPr>
        <w:tc>
          <w:tcPr>
            <w:tcW w:w="3628" w:type="dxa"/>
            <w:shd w:val="clear" w:color="auto" w:fill="E7E6E6"/>
          </w:tcPr>
          <w:p w14:paraId="55E109D7" w14:textId="77777777" w:rsidR="009B2E3E" w:rsidRPr="00637324" w:rsidRDefault="001F234C" w:rsidP="0047013A">
            <w:pPr>
              <w:spacing w:before="60" w:after="60" w:line="360" w:lineRule="auto"/>
              <w:rPr>
                <w:lang w:val="pt-BR"/>
              </w:rPr>
            </w:pPr>
            <w:r w:rsidRPr="00637324">
              <w:rPr>
                <w:b/>
                <w:sz w:val="18"/>
                <w:lang w:val="pt-BR"/>
              </w:rPr>
              <w:t>Integrante</w:t>
            </w:r>
          </w:p>
        </w:tc>
        <w:tc>
          <w:tcPr>
            <w:tcW w:w="2001" w:type="dxa"/>
            <w:shd w:val="clear" w:color="auto" w:fill="E7E6E6"/>
          </w:tcPr>
          <w:p w14:paraId="35434E8E" w14:textId="77777777" w:rsidR="009B2E3E" w:rsidRPr="00637324" w:rsidRDefault="001F234C" w:rsidP="0047013A">
            <w:pPr>
              <w:spacing w:before="60" w:after="60" w:line="360" w:lineRule="auto"/>
              <w:rPr>
                <w:lang w:val="pt-BR"/>
              </w:rPr>
            </w:pPr>
            <w:r w:rsidRPr="00637324">
              <w:rPr>
                <w:b/>
                <w:sz w:val="18"/>
                <w:lang w:val="pt-BR"/>
              </w:rPr>
              <w:t>Mês 1 em R$</w:t>
            </w:r>
          </w:p>
        </w:tc>
        <w:tc>
          <w:tcPr>
            <w:tcW w:w="2001" w:type="dxa"/>
            <w:shd w:val="clear" w:color="auto" w:fill="E7E6E6"/>
          </w:tcPr>
          <w:p w14:paraId="72296211" w14:textId="77777777" w:rsidR="009B2E3E" w:rsidRPr="00637324" w:rsidRDefault="001F234C" w:rsidP="0047013A">
            <w:pPr>
              <w:spacing w:before="60" w:after="60" w:line="360" w:lineRule="auto"/>
              <w:rPr>
                <w:lang w:val="pt-BR"/>
              </w:rPr>
            </w:pPr>
            <w:r w:rsidRPr="00637324">
              <w:rPr>
                <w:b/>
                <w:sz w:val="18"/>
                <w:lang w:val="pt-BR"/>
              </w:rPr>
              <w:t>Mês 2 em R$</w:t>
            </w:r>
          </w:p>
        </w:tc>
        <w:tc>
          <w:tcPr>
            <w:tcW w:w="2007" w:type="dxa"/>
            <w:shd w:val="clear" w:color="auto" w:fill="E7E6E6"/>
          </w:tcPr>
          <w:p w14:paraId="38A42721" w14:textId="77777777" w:rsidR="009B2E3E" w:rsidRPr="00637324" w:rsidRDefault="001F234C" w:rsidP="0047013A">
            <w:pPr>
              <w:spacing w:before="60" w:after="60" w:line="360" w:lineRule="auto"/>
              <w:rPr>
                <w:lang w:val="pt-BR"/>
              </w:rPr>
            </w:pPr>
            <w:r w:rsidRPr="00637324">
              <w:rPr>
                <w:b/>
                <w:sz w:val="18"/>
                <w:lang w:val="pt-BR"/>
              </w:rPr>
              <w:t>Mês 3 em R$</w:t>
            </w:r>
          </w:p>
        </w:tc>
      </w:tr>
      <w:tr w:rsidR="009B2E3E" w:rsidRPr="00637324" w14:paraId="66AA1BE9" w14:textId="77777777">
        <w:trPr>
          <w:cantSplit/>
        </w:trPr>
        <w:tc>
          <w:tcPr>
            <w:tcW w:w="3628" w:type="dxa"/>
          </w:tcPr>
          <w:p w14:paraId="552E4ECF" w14:textId="16A1E2CE" w:rsidR="009B2E3E" w:rsidRPr="00637324" w:rsidRDefault="009B2E3E" w:rsidP="0047013A">
            <w:pPr>
              <w:spacing w:before="60" w:after="60" w:line="360" w:lineRule="auto"/>
              <w:rPr>
                <w:lang w:val="pt-BR"/>
              </w:rPr>
            </w:pPr>
          </w:p>
        </w:tc>
        <w:tc>
          <w:tcPr>
            <w:tcW w:w="2001" w:type="dxa"/>
          </w:tcPr>
          <w:p w14:paraId="6C924F69" w14:textId="19E09D31" w:rsidR="009B2E3E" w:rsidRPr="00637324" w:rsidRDefault="009B2E3E" w:rsidP="0047013A">
            <w:pPr>
              <w:spacing w:before="60" w:after="60" w:line="360" w:lineRule="auto"/>
              <w:rPr>
                <w:lang w:val="pt-BR"/>
              </w:rPr>
            </w:pPr>
          </w:p>
        </w:tc>
        <w:tc>
          <w:tcPr>
            <w:tcW w:w="2001" w:type="dxa"/>
          </w:tcPr>
          <w:p w14:paraId="43FD64C8" w14:textId="59A13E51" w:rsidR="009B2E3E" w:rsidRPr="00637324" w:rsidRDefault="009B2E3E" w:rsidP="0047013A">
            <w:pPr>
              <w:spacing w:before="60" w:after="60" w:line="360" w:lineRule="auto"/>
              <w:rPr>
                <w:lang w:val="pt-BR"/>
              </w:rPr>
            </w:pPr>
          </w:p>
        </w:tc>
        <w:tc>
          <w:tcPr>
            <w:tcW w:w="2007" w:type="dxa"/>
          </w:tcPr>
          <w:p w14:paraId="6B102D63" w14:textId="5B86B381" w:rsidR="009B2E3E" w:rsidRPr="00637324" w:rsidRDefault="009B2E3E" w:rsidP="0047013A">
            <w:pPr>
              <w:spacing w:before="60" w:after="60" w:line="360" w:lineRule="auto"/>
              <w:rPr>
                <w:lang w:val="pt-BR"/>
              </w:rPr>
            </w:pPr>
          </w:p>
        </w:tc>
      </w:tr>
      <w:tr w:rsidR="009B2E3E" w:rsidRPr="00637324" w14:paraId="3C5FB799" w14:textId="77777777">
        <w:trPr>
          <w:cantSplit/>
        </w:trPr>
        <w:tc>
          <w:tcPr>
            <w:tcW w:w="3628" w:type="dxa"/>
          </w:tcPr>
          <w:p w14:paraId="26FD97AE" w14:textId="7552EAE2" w:rsidR="009B2E3E" w:rsidRPr="00637324" w:rsidRDefault="009B2E3E" w:rsidP="0047013A">
            <w:pPr>
              <w:spacing w:before="60" w:after="60" w:line="360" w:lineRule="auto"/>
              <w:rPr>
                <w:lang w:val="pt-BR"/>
              </w:rPr>
            </w:pPr>
          </w:p>
        </w:tc>
        <w:tc>
          <w:tcPr>
            <w:tcW w:w="2001" w:type="dxa"/>
          </w:tcPr>
          <w:p w14:paraId="69B0C679" w14:textId="144D5217" w:rsidR="009B2E3E" w:rsidRPr="00637324" w:rsidRDefault="009B2E3E" w:rsidP="0047013A">
            <w:pPr>
              <w:spacing w:before="60" w:after="60" w:line="360" w:lineRule="auto"/>
              <w:rPr>
                <w:lang w:val="pt-BR"/>
              </w:rPr>
            </w:pPr>
          </w:p>
        </w:tc>
        <w:tc>
          <w:tcPr>
            <w:tcW w:w="2001" w:type="dxa"/>
          </w:tcPr>
          <w:p w14:paraId="3DBB0F1C" w14:textId="36EBEF6F" w:rsidR="009B2E3E" w:rsidRPr="00637324" w:rsidRDefault="009B2E3E" w:rsidP="0047013A">
            <w:pPr>
              <w:spacing w:before="60" w:after="60" w:line="360" w:lineRule="auto"/>
              <w:rPr>
                <w:lang w:val="pt-BR"/>
              </w:rPr>
            </w:pPr>
          </w:p>
        </w:tc>
        <w:tc>
          <w:tcPr>
            <w:tcW w:w="2007" w:type="dxa"/>
          </w:tcPr>
          <w:p w14:paraId="4C3F8860" w14:textId="58FB2CA1" w:rsidR="009B2E3E" w:rsidRPr="00637324" w:rsidRDefault="009B2E3E" w:rsidP="0047013A">
            <w:pPr>
              <w:spacing w:before="60" w:after="60" w:line="360" w:lineRule="auto"/>
              <w:rPr>
                <w:lang w:val="pt-BR"/>
              </w:rPr>
            </w:pPr>
          </w:p>
        </w:tc>
      </w:tr>
      <w:tr w:rsidR="009B2E3E" w:rsidRPr="00637324" w14:paraId="2EE9B2D9" w14:textId="77777777">
        <w:trPr>
          <w:cantSplit/>
        </w:trPr>
        <w:tc>
          <w:tcPr>
            <w:tcW w:w="3628" w:type="dxa"/>
          </w:tcPr>
          <w:p w14:paraId="3F133190" w14:textId="6F31483C" w:rsidR="009B2E3E" w:rsidRPr="00637324" w:rsidRDefault="009B2E3E" w:rsidP="0047013A">
            <w:pPr>
              <w:spacing w:before="60" w:after="60" w:line="360" w:lineRule="auto"/>
              <w:rPr>
                <w:lang w:val="pt-BR"/>
              </w:rPr>
            </w:pPr>
          </w:p>
        </w:tc>
        <w:tc>
          <w:tcPr>
            <w:tcW w:w="2001" w:type="dxa"/>
          </w:tcPr>
          <w:p w14:paraId="5E613801" w14:textId="3B0CA561" w:rsidR="009B2E3E" w:rsidRPr="00637324" w:rsidRDefault="009B2E3E" w:rsidP="0047013A">
            <w:pPr>
              <w:spacing w:before="60" w:after="60" w:line="360" w:lineRule="auto"/>
              <w:rPr>
                <w:lang w:val="pt-BR"/>
              </w:rPr>
            </w:pPr>
          </w:p>
        </w:tc>
        <w:tc>
          <w:tcPr>
            <w:tcW w:w="2001" w:type="dxa"/>
          </w:tcPr>
          <w:p w14:paraId="52AE5E45" w14:textId="59C6CF54" w:rsidR="009B2E3E" w:rsidRPr="00637324" w:rsidRDefault="009B2E3E" w:rsidP="0047013A">
            <w:pPr>
              <w:spacing w:before="60" w:after="60" w:line="360" w:lineRule="auto"/>
              <w:rPr>
                <w:lang w:val="pt-BR"/>
              </w:rPr>
            </w:pPr>
          </w:p>
        </w:tc>
        <w:tc>
          <w:tcPr>
            <w:tcW w:w="2007" w:type="dxa"/>
          </w:tcPr>
          <w:p w14:paraId="06636A17" w14:textId="0909D897" w:rsidR="009B2E3E" w:rsidRPr="00637324" w:rsidRDefault="009B2E3E" w:rsidP="0047013A">
            <w:pPr>
              <w:spacing w:before="60" w:after="60" w:line="360" w:lineRule="auto"/>
              <w:rPr>
                <w:lang w:val="pt-BR"/>
              </w:rPr>
            </w:pPr>
          </w:p>
        </w:tc>
      </w:tr>
      <w:tr w:rsidR="009B2E3E" w:rsidRPr="00637324" w14:paraId="1D6B2C72" w14:textId="77777777">
        <w:trPr>
          <w:cantSplit/>
        </w:trPr>
        <w:tc>
          <w:tcPr>
            <w:tcW w:w="3628" w:type="dxa"/>
          </w:tcPr>
          <w:p w14:paraId="567EF50A" w14:textId="15A912BA" w:rsidR="009B2E3E" w:rsidRPr="00637324" w:rsidRDefault="009B2E3E" w:rsidP="0047013A">
            <w:pPr>
              <w:spacing w:before="60" w:after="60" w:line="360" w:lineRule="auto"/>
              <w:rPr>
                <w:lang w:val="pt-BR"/>
              </w:rPr>
            </w:pPr>
          </w:p>
        </w:tc>
        <w:tc>
          <w:tcPr>
            <w:tcW w:w="2001" w:type="dxa"/>
          </w:tcPr>
          <w:p w14:paraId="5F8B620A" w14:textId="3F35FFF4" w:rsidR="009B2E3E" w:rsidRPr="00637324" w:rsidRDefault="009B2E3E" w:rsidP="0047013A">
            <w:pPr>
              <w:spacing w:before="60" w:after="60" w:line="360" w:lineRule="auto"/>
              <w:rPr>
                <w:lang w:val="pt-BR"/>
              </w:rPr>
            </w:pPr>
          </w:p>
        </w:tc>
        <w:tc>
          <w:tcPr>
            <w:tcW w:w="2001" w:type="dxa"/>
          </w:tcPr>
          <w:p w14:paraId="013CF892" w14:textId="1E18F9DB" w:rsidR="009B2E3E" w:rsidRPr="00637324" w:rsidRDefault="009B2E3E" w:rsidP="0047013A">
            <w:pPr>
              <w:spacing w:before="60" w:after="60" w:line="360" w:lineRule="auto"/>
              <w:rPr>
                <w:lang w:val="pt-BR"/>
              </w:rPr>
            </w:pPr>
          </w:p>
        </w:tc>
        <w:tc>
          <w:tcPr>
            <w:tcW w:w="2007" w:type="dxa"/>
          </w:tcPr>
          <w:p w14:paraId="1B18B1D6" w14:textId="50AD295F" w:rsidR="009B2E3E" w:rsidRPr="00637324" w:rsidRDefault="009B2E3E" w:rsidP="0047013A">
            <w:pPr>
              <w:spacing w:before="60" w:after="60" w:line="360" w:lineRule="auto"/>
              <w:rPr>
                <w:lang w:val="pt-BR"/>
              </w:rPr>
            </w:pPr>
          </w:p>
        </w:tc>
      </w:tr>
    </w:tbl>
    <w:p w14:paraId="59D97F64" w14:textId="77777777" w:rsidR="009B2E3E" w:rsidRPr="00637324" w:rsidRDefault="001F234C" w:rsidP="0047013A">
      <w:pPr>
        <w:spacing w:line="360" w:lineRule="auto"/>
        <w:rPr>
          <w:lang w:val="pt-BR"/>
        </w:rPr>
      </w:pPr>
      <w:r w:rsidRPr="00637324">
        <w:rPr>
          <w:lang w:val="pt-BR"/>
        </w:rPr>
        <w:t>Total de integrantes: ______. Renda familiar bruta média mensal: R$ ______________.</w:t>
      </w:r>
      <w:r w:rsidRPr="00637324">
        <w:rPr>
          <w:lang w:val="pt-BR"/>
        </w:rPr>
        <w:br/>
        <w:t>Renda bruta mensal per capita: R$ ____________________.</w:t>
      </w:r>
    </w:p>
    <w:p w14:paraId="07F90D40" w14:textId="77777777" w:rsidR="009B2E3E" w:rsidRPr="00637324" w:rsidRDefault="001F234C" w:rsidP="009F08FC">
      <w:pPr>
        <w:spacing w:line="288" w:lineRule="auto"/>
        <w:jc w:val="both"/>
        <w:rPr>
          <w:lang w:val="pt-BR"/>
        </w:rPr>
      </w:pPr>
      <w:r w:rsidRPr="00637324">
        <w:rPr>
          <w:lang w:val="pt-BR"/>
        </w:rPr>
        <w:t>Cálculo: somar a renda bruta familiar dos três meses, dividir por três e dividir pelo número de integrantes, observadas as inclusões e exclusões previstas na regulamentação.</w:t>
      </w:r>
    </w:p>
    <w:p w14:paraId="787E15A1" w14:textId="77777777" w:rsidR="009B2E3E" w:rsidRPr="00637324" w:rsidRDefault="001F234C" w:rsidP="009F08FC">
      <w:pPr>
        <w:spacing w:line="288" w:lineRule="auto"/>
        <w:jc w:val="both"/>
        <w:rPr>
          <w:lang w:val="pt-BR"/>
        </w:rPr>
      </w:pPr>
      <w:r w:rsidRPr="00637324">
        <w:rPr>
          <w:lang w:val="pt-BR"/>
        </w:rPr>
        <w:t>Declaro que a composição familiar e os rendimentos informados são verdadeiros e correspondem aos documentos anexados.</w:t>
      </w:r>
    </w:p>
    <w:p w14:paraId="1810C956" w14:textId="77777777" w:rsidR="009B2E3E" w:rsidRPr="00637324" w:rsidRDefault="001F234C" w:rsidP="0047013A">
      <w:pPr>
        <w:spacing w:line="360" w:lineRule="auto"/>
        <w:rPr>
          <w:lang w:val="pt-BR"/>
        </w:rPr>
      </w:pPr>
      <w:r w:rsidRPr="00637324">
        <w:rPr>
          <w:lang w:val="pt-BR"/>
        </w:rPr>
        <w:t>Local: ______________________________    Data: _____/_____/________</w:t>
      </w:r>
    </w:p>
    <w:p w14:paraId="5708A7DB" w14:textId="77777777" w:rsidR="009B2E3E" w:rsidRPr="00637324" w:rsidRDefault="001F234C" w:rsidP="0047013A">
      <w:pPr>
        <w:spacing w:line="360" w:lineRule="auto"/>
        <w:jc w:val="center"/>
        <w:rPr>
          <w:lang w:val="pt-BR"/>
        </w:rPr>
      </w:pPr>
      <w:r w:rsidRPr="00637324">
        <w:rPr>
          <w:lang w:val="pt-BR"/>
        </w:rPr>
        <w:t>________________________________________________________</w:t>
      </w:r>
      <w:r w:rsidRPr="00637324">
        <w:rPr>
          <w:lang w:val="pt-BR"/>
        </w:rPr>
        <w:br/>
        <w:t>Assinatura do(a) declarante</w:t>
      </w:r>
    </w:p>
    <w:p w14:paraId="021C5E92" w14:textId="77777777" w:rsidR="009B2E3E" w:rsidRPr="00637324" w:rsidRDefault="001F234C" w:rsidP="0047013A">
      <w:pPr>
        <w:spacing w:line="360" w:lineRule="auto"/>
        <w:jc w:val="center"/>
        <w:rPr>
          <w:lang w:val="pt-BR"/>
        </w:rPr>
      </w:pPr>
      <w:r w:rsidRPr="00637324">
        <w:rPr>
          <w:lang w:val="pt-BR"/>
        </w:rPr>
        <w:t>________________________________________________________</w:t>
      </w:r>
      <w:r w:rsidRPr="00637324">
        <w:rPr>
          <w:lang w:val="pt-BR"/>
        </w:rPr>
        <w:br/>
        <w:t>Assinatura do responsável legal, quando o(a) candidato(a) for menor de 18 anos</w:t>
      </w:r>
    </w:p>
    <w:p w14:paraId="1564AAA2" w14:textId="77777777" w:rsidR="009B2E3E" w:rsidRPr="00637324" w:rsidRDefault="001F234C">
      <w:pPr>
        <w:rPr>
          <w:lang w:val="pt-BR"/>
        </w:rPr>
      </w:pPr>
      <w:r w:rsidRPr="00637324">
        <w:rPr>
          <w:lang w:val="pt-BR"/>
        </w:rPr>
        <w:br w:type="page"/>
      </w:r>
    </w:p>
    <w:p w14:paraId="51F2C70B" w14:textId="77777777" w:rsidR="009B2E3E" w:rsidRPr="00637324" w:rsidRDefault="001F234C">
      <w:pPr>
        <w:pStyle w:val="Ttulo"/>
        <w:rPr>
          <w:lang w:val="pt-BR"/>
        </w:rPr>
      </w:pPr>
      <w:r w:rsidRPr="00637324">
        <w:rPr>
          <w:lang w:val="pt-BR"/>
        </w:rPr>
        <w:lastRenderedPageBreak/>
        <w:t>ANEXO VIII</w:t>
      </w:r>
    </w:p>
    <w:p w14:paraId="69CAD8B2" w14:textId="77777777" w:rsidR="009B2E3E" w:rsidRPr="00637324" w:rsidRDefault="001F234C" w:rsidP="009F08FC">
      <w:pPr>
        <w:pStyle w:val="Ttulo1"/>
        <w:jc w:val="center"/>
        <w:rPr>
          <w:lang w:val="pt-BR"/>
        </w:rPr>
      </w:pPr>
      <w:r w:rsidRPr="00637324">
        <w:rPr>
          <w:lang w:val="pt-BR"/>
        </w:rPr>
        <w:t>DOCUMENTOS PARA COMPROVAÇÃO DAS RESERVAS DE VAGAS</w:t>
      </w:r>
    </w:p>
    <w:p w14:paraId="670C16B8" w14:textId="77777777" w:rsidR="00D80334" w:rsidRDefault="00D80334">
      <w:pPr>
        <w:jc w:val="both"/>
        <w:rPr>
          <w:lang w:val="pt-BR"/>
        </w:rPr>
      </w:pPr>
    </w:p>
    <w:p w14:paraId="525A52AB" w14:textId="0A332481" w:rsidR="009B2E3E" w:rsidRPr="00637324" w:rsidRDefault="001F234C">
      <w:pPr>
        <w:jc w:val="both"/>
        <w:rPr>
          <w:lang w:val="pt-BR"/>
        </w:rPr>
      </w:pPr>
      <w:r w:rsidRPr="00637324">
        <w:rPr>
          <w:lang w:val="pt-BR"/>
        </w:rPr>
        <w:t>1. Todos os convocados apresentarão os documentos gerais de matrícula do item 14. Para as cotas, o requisito de escolaridade pública corresponde ao ensino fundamental integralmente cursado em escola pública. A comprovação ocorrerá na matrícula.</w:t>
      </w: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1304"/>
        <w:gridCol w:w="8334"/>
      </w:tblGrid>
      <w:tr w:rsidR="009B2E3E" w:rsidRPr="00637324" w14:paraId="40693ED0" w14:textId="77777777">
        <w:trPr>
          <w:cantSplit/>
          <w:tblHeader/>
        </w:trPr>
        <w:tc>
          <w:tcPr>
            <w:tcW w:w="1304" w:type="dxa"/>
            <w:shd w:val="clear" w:color="auto" w:fill="E7E6E6"/>
          </w:tcPr>
          <w:p w14:paraId="6E22574A" w14:textId="77777777" w:rsidR="009B2E3E" w:rsidRPr="00637324" w:rsidRDefault="001F234C">
            <w:pPr>
              <w:spacing w:before="60" w:after="60" w:line="240" w:lineRule="auto"/>
              <w:rPr>
                <w:lang w:val="pt-BR"/>
              </w:rPr>
            </w:pPr>
            <w:r w:rsidRPr="00637324">
              <w:rPr>
                <w:b/>
                <w:sz w:val="19"/>
                <w:lang w:val="pt-BR"/>
              </w:rPr>
              <w:t>Perfil</w:t>
            </w:r>
          </w:p>
        </w:tc>
        <w:tc>
          <w:tcPr>
            <w:tcW w:w="8334" w:type="dxa"/>
            <w:shd w:val="clear" w:color="auto" w:fill="E7E6E6"/>
          </w:tcPr>
          <w:p w14:paraId="367BA4AD" w14:textId="77777777" w:rsidR="009B2E3E" w:rsidRPr="00637324" w:rsidRDefault="001F234C">
            <w:pPr>
              <w:spacing w:before="60" w:after="60" w:line="240" w:lineRule="auto"/>
              <w:rPr>
                <w:lang w:val="pt-BR"/>
              </w:rPr>
            </w:pPr>
            <w:r w:rsidRPr="00637324">
              <w:rPr>
                <w:b/>
                <w:sz w:val="19"/>
                <w:lang w:val="pt-BR"/>
              </w:rPr>
              <w:t>Documentação específica</w:t>
            </w:r>
          </w:p>
        </w:tc>
      </w:tr>
      <w:tr w:rsidR="009B2E3E" w:rsidRPr="00637324" w14:paraId="1B40F59C" w14:textId="77777777">
        <w:trPr>
          <w:cantSplit/>
        </w:trPr>
        <w:tc>
          <w:tcPr>
            <w:tcW w:w="1304" w:type="dxa"/>
          </w:tcPr>
          <w:p w14:paraId="209B93B9" w14:textId="77777777" w:rsidR="009B2E3E" w:rsidRPr="00637324" w:rsidRDefault="001F234C">
            <w:pPr>
              <w:spacing w:before="60" w:after="60" w:line="240" w:lineRule="auto"/>
              <w:rPr>
                <w:lang w:val="pt-BR"/>
              </w:rPr>
            </w:pPr>
            <w:r w:rsidRPr="00637324">
              <w:rPr>
                <w:sz w:val="19"/>
                <w:lang w:val="pt-BR"/>
              </w:rPr>
              <w:t>AC</w:t>
            </w:r>
          </w:p>
        </w:tc>
        <w:tc>
          <w:tcPr>
            <w:tcW w:w="8334" w:type="dxa"/>
          </w:tcPr>
          <w:p w14:paraId="0B7ED1BD" w14:textId="77777777" w:rsidR="009B2E3E" w:rsidRPr="00637324" w:rsidRDefault="001F234C">
            <w:pPr>
              <w:spacing w:before="60" w:after="60" w:line="240" w:lineRule="auto"/>
              <w:rPr>
                <w:lang w:val="pt-BR"/>
              </w:rPr>
            </w:pPr>
            <w:r w:rsidRPr="00637324">
              <w:rPr>
                <w:sz w:val="19"/>
                <w:lang w:val="pt-BR"/>
              </w:rPr>
              <w:t>Documentos gerais e escolaridade da forma subsequente ou concomitante. Não exige comprovação de cota.</w:t>
            </w:r>
          </w:p>
        </w:tc>
      </w:tr>
      <w:tr w:rsidR="009B2E3E" w:rsidRPr="00637324" w14:paraId="1314A9FA" w14:textId="77777777">
        <w:trPr>
          <w:cantSplit/>
        </w:trPr>
        <w:tc>
          <w:tcPr>
            <w:tcW w:w="1304" w:type="dxa"/>
          </w:tcPr>
          <w:p w14:paraId="261B331F" w14:textId="77777777" w:rsidR="009B2E3E" w:rsidRPr="00637324" w:rsidRDefault="001F234C">
            <w:pPr>
              <w:spacing w:before="60" w:after="60" w:line="240" w:lineRule="auto"/>
              <w:rPr>
                <w:lang w:val="pt-BR"/>
              </w:rPr>
            </w:pPr>
            <w:r w:rsidRPr="00637324">
              <w:rPr>
                <w:sz w:val="19"/>
                <w:lang w:val="pt-BR"/>
              </w:rPr>
              <w:t>LI-EP</w:t>
            </w:r>
          </w:p>
        </w:tc>
        <w:tc>
          <w:tcPr>
            <w:tcW w:w="8334" w:type="dxa"/>
          </w:tcPr>
          <w:p w14:paraId="7C84F0BE" w14:textId="77777777" w:rsidR="009B2E3E" w:rsidRPr="00637324" w:rsidRDefault="001F234C">
            <w:pPr>
              <w:spacing w:before="60" w:after="60" w:line="240" w:lineRule="auto"/>
              <w:rPr>
                <w:lang w:val="pt-BR"/>
              </w:rPr>
            </w:pPr>
            <w:r w:rsidRPr="00637324">
              <w:rPr>
                <w:sz w:val="19"/>
                <w:lang w:val="pt-BR"/>
              </w:rPr>
              <w:t>Histórico(s) que comprove(m) o ensino fundamental integralmente em escola pública.</w:t>
            </w:r>
          </w:p>
        </w:tc>
      </w:tr>
      <w:tr w:rsidR="009B2E3E" w:rsidRPr="00637324" w14:paraId="1BD965A7" w14:textId="77777777">
        <w:trPr>
          <w:cantSplit/>
        </w:trPr>
        <w:tc>
          <w:tcPr>
            <w:tcW w:w="1304" w:type="dxa"/>
          </w:tcPr>
          <w:p w14:paraId="1AC9A687" w14:textId="77777777" w:rsidR="009B2E3E" w:rsidRPr="00637324" w:rsidRDefault="001F234C">
            <w:pPr>
              <w:spacing w:before="60" w:after="60" w:line="240" w:lineRule="auto"/>
              <w:rPr>
                <w:lang w:val="pt-BR"/>
              </w:rPr>
            </w:pPr>
            <w:r w:rsidRPr="00637324">
              <w:rPr>
                <w:sz w:val="19"/>
                <w:lang w:val="pt-BR"/>
              </w:rPr>
              <w:t>LI-PPI</w:t>
            </w:r>
          </w:p>
        </w:tc>
        <w:tc>
          <w:tcPr>
            <w:tcW w:w="8334" w:type="dxa"/>
          </w:tcPr>
          <w:p w14:paraId="45064031" w14:textId="77777777" w:rsidR="009B2E3E" w:rsidRPr="00637324" w:rsidRDefault="001F234C">
            <w:pPr>
              <w:spacing w:before="60" w:after="60" w:line="240" w:lineRule="auto"/>
              <w:rPr>
                <w:lang w:val="pt-BR"/>
              </w:rPr>
            </w:pPr>
            <w:r w:rsidRPr="00637324">
              <w:rPr>
                <w:sz w:val="19"/>
                <w:lang w:val="pt-BR"/>
              </w:rPr>
              <w:t>Histórico(s) de escola pública; para pessoa preta ou parda, Anexo I e heteroidentificação; para pessoa indígena, Anexo IX ou RANI ou declaração oficial da Funai que comprove o pertencimento.</w:t>
            </w:r>
          </w:p>
        </w:tc>
      </w:tr>
      <w:tr w:rsidR="009B2E3E" w:rsidRPr="00637324" w14:paraId="0CAE7370" w14:textId="77777777">
        <w:trPr>
          <w:cantSplit/>
        </w:trPr>
        <w:tc>
          <w:tcPr>
            <w:tcW w:w="1304" w:type="dxa"/>
          </w:tcPr>
          <w:p w14:paraId="7E1D86F0" w14:textId="77777777" w:rsidR="009B2E3E" w:rsidRPr="00637324" w:rsidRDefault="001F234C">
            <w:pPr>
              <w:spacing w:before="60" w:after="60" w:line="240" w:lineRule="auto"/>
              <w:rPr>
                <w:lang w:val="pt-BR"/>
              </w:rPr>
            </w:pPr>
            <w:r w:rsidRPr="00637324">
              <w:rPr>
                <w:sz w:val="19"/>
                <w:lang w:val="pt-BR"/>
              </w:rPr>
              <w:t>LI-</w:t>
            </w:r>
            <w:proofErr w:type="spellStart"/>
            <w:r w:rsidRPr="00637324">
              <w:rPr>
                <w:sz w:val="19"/>
                <w:lang w:val="pt-BR"/>
              </w:rPr>
              <w:t>PcD</w:t>
            </w:r>
            <w:proofErr w:type="spellEnd"/>
          </w:p>
        </w:tc>
        <w:tc>
          <w:tcPr>
            <w:tcW w:w="8334" w:type="dxa"/>
          </w:tcPr>
          <w:p w14:paraId="4DCEAC22" w14:textId="77777777" w:rsidR="009B2E3E" w:rsidRPr="00637324" w:rsidRDefault="001F234C">
            <w:pPr>
              <w:spacing w:before="60" w:after="60" w:line="240" w:lineRule="auto"/>
              <w:rPr>
                <w:lang w:val="pt-BR"/>
              </w:rPr>
            </w:pPr>
            <w:r w:rsidRPr="00637324">
              <w:rPr>
                <w:sz w:val="19"/>
                <w:lang w:val="pt-BR"/>
              </w:rPr>
              <w:t>Histórico(s) de escola pública e laudo médico do Anexo II, com exames complementares pertinentes.</w:t>
            </w:r>
          </w:p>
        </w:tc>
      </w:tr>
      <w:tr w:rsidR="009B2E3E" w:rsidRPr="00637324" w14:paraId="60EC98C0" w14:textId="77777777">
        <w:trPr>
          <w:cantSplit/>
        </w:trPr>
        <w:tc>
          <w:tcPr>
            <w:tcW w:w="1304" w:type="dxa"/>
          </w:tcPr>
          <w:p w14:paraId="1B8F566C" w14:textId="77777777" w:rsidR="009B2E3E" w:rsidRPr="00637324" w:rsidRDefault="001F234C">
            <w:pPr>
              <w:spacing w:before="60" w:after="60" w:line="240" w:lineRule="auto"/>
              <w:rPr>
                <w:lang w:val="pt-BR"/>
              </w:rPr>
            </w:pPr>
            <w:r w:rsidRPr="00637324">
              <w:rPr>
                <w:sz w:val="19"/>
                <w:lang w:val="pt-BR"/>
              </w:rPr>
              <w:t>LI-Q</w:t>
            </w:r>
          </w:p>
        </w:tc>
        <w:tc>
          <w:tcPr>
            <w:tcW w:w="8334" w:type="dxa"/>
          </w:tcPr>
          <w:p w14:paraId="64F332B1" w14:textId="77777777" w:rsidR="009B2E3E" w:rsidRPr="00637324" w:rsidRDefault="001F234C">
            <w:pPr>
              <w:spacing w:before="60" w:after="60" w:line="240" w:lineRule="auto"/>
              <w:rPr>
                <w:lang w:val="pt-BR"/>
              </w:rPr>
            </w:pPr>
            <w:r w:rsidRPr="00637324">
              <w:rPr>
                <w:sz w:val="19"/>
                <w:lang w:val="pt-BR"/>
              </w:rPr>
              <w:t>Histórico(s) de escola pública e declaração de pertencimento quilombola do Anexo III.</w:t>
            </w:r>
          </w:p>
        </w:tc>
      </w:tr>
      <w:tr w:rsidR="009B2E3E" w:rsidRPr="00637324" w14:paraId="158525D8" w14:textId="77777777">
        <w:trPr>
          <w:cantSplit/>
        </w:trPr>
        <w:tc>
          <w:tcPr>
            <w:tcW w:w="1304" w:type="dxa"/>
          </w:tcPr>
          <w:p w14:paraId="6FACDF87" w14:textId="77777777" w:rsidR="009B2E3E" w:rsidRPr="00637324" w:rsidRDefault="001F234C">
            <w:pPr>
              <w:spacing w:before="60" w:after="60" w:line="240" w:lineRule="auto"/>
              <w:rPr>
                <w:lang w:val="pt-BR"/>
              </w:rPr>
            </w:pPr>
            <w:r w:rsidRPr="00637324">
              <w:rPr>
                <w:sz w:val="19"/>
                <w:lang w:val="pt-BR"/>
              </w:rPr>
              <w:t>LB-EP</w:t>
            </w:r>
          </w:p>
        </w:tc>
        <w:tc>
          <w:tcPr>
            <w:tcW w:w="8334" w:type="dxa"/>
          </w:tcPr>
          <w:p w14:paraId="56083FD1" w14:textId="77777777" w:rsidR="009B2E3E" w:rsidRPr="00637324" w:rsidRDefault="001F234C">
            <w:pPr>
              <w:spacing w:before="60" w:after="60" w:line="240" w:lineRule="auto"/>
              <w:rPr>
                <w:lang w:val="pt-BR"/>
              </w:rPr>
            </w:pPr>
            <w:r w:rsidRPr="00637324">
              <w:rPr>
                <w:sz w:val="19"/>
                <w:lang w:val="pt-BR"/>
              </w:rPr>
              <w:t>Documentação de LI-EP e comprovação de baixa renda descrita no item 2 deste anexo.</w:t>
            </w:r>
          </w:p>
        </w:tc>
      </w:tr>
      <w:tr w:rsidR="009B2E3E" w:rsidRPr="00637324" w14:paraId="08AC23E2" w14:textId="77777777">
        <w:trPr>
          <w:cantSplit/>
        </w:trPr>
        <w:tc>
          <w:tcPr>
            <w:tcW w:w="1304" w:type="dxa"/>
          </w:tcPr>
          <w:p w14:paraId="30099F0B" w14:textId="77777777" w:rsidR="009B2E3E" w:rsidRPr="00637324" w:rsidRDefault="001F234C">
            <w:pPr>
              <w:spacing w:before="60" w:after="60" w:line="240" w:lineRule="auto"/>
              <w:rPr>
                <w:lang w:val="pt-BR"/>
              </w:rPr>
            </w:pPr>
            <w:r w:rsidRPr="00637324">
              <w:rPr>
                <w:sz w:val="19"/>
                <w:lang w:val="pt-BR"/>
              </w:rPr>
              <w:t>LB-PPI</w:t>
            </w:r>
          </w:p>
        </w:tc>
        <w:tc>
          <w:tcPr>
            <w:tcW w:w="8334" w:type="dxa"/>
          </w:tcPr>
          <w:p w14:paraId="7C273F16" w14:textId="77777777" w:rsidR="009B2E3E" w:rsidRPr="00637324" w:rsidRDefault="001F234C">
            <w:pPr>
              <w:spacing w:before="60" w:after="60" w:line="240" w:lineRule="auto"/>
              <w:rPr>
                <w:lang w:val="pt-BR"/>
              </w:rPr>
            </w:pPr>
            <w:r w:rsidRPr="00637324">
              <w:rPr>
                <w:sz w:val="19"/>
                <w:lang w:val="pt-BR"/>
              </w:rPr>
              <w:t>Documentação de LI-PPI e comprovação de baixa renda descrita no item 2 deste anexo.</w:t>
            </w:r>
          </w:p>
        </w:tc>
      </w:tr>
      <w:tr w:rsidR="009B2E3E" w:rsidRPr="00637324" w14:paraId="529BE8F5" w14:textId="77777777">
        <w:trPr>
          <w:cantSplit/>
        </w:trPr>
        <w:tc>
          <w:tcPr>
            <w:tcW w:w="1304" w:type="dxa"/>
          </w:tcPr>
          <w:p w14:paraId="4EE9565D" w14:textId="77777777" w:rsidR="009B2E3E" w:rsidRPr="00637324" w:rsidRDefault="001F234C">
            <w:pPr>
              <w:spacing w:before="60" w:after="60" w:line="240" w:lineRule="auto"/>
              <w:rPr>
                <w:lang w:val="pt-BR"/>
              </w:rPr>
            </w:pPr>
            <w:r w:rsidRPr="00637324">
              <w:rPr>
                <w:sz w:val="19"/>
                <w:lang w:val="pt-BR"/>
              </w:rPr>
              <w:t>LB-</w:t>
            </w:r>
            <w:proofErr w:type="spellStart"/>
            <w:r w:rsidRPr="00637324">
              <w:rPr>
                <w:sz w:val="19"/>
                <w:lang w:val="pt-BR"/>
              </w:rPr>
              <w:t>PcD</w:t>
            </w:r>
            <w:proofErr w:type="spellEnd"/>
          </w:p>
        </w:tc>
        <w:tc>
          <w:tcPr>
            <w:tcW w:w="8334" w:type="dxa"/>
          </w:tcPr>
          <w:p w14:paraId="68A30FA4" w14:textId="77777777" w:rsidR="009B2E3E" w:rsidRPr="00637324" w:rsidRDefault="001F234C">
            <w:pPr>
              <w:spacing w:before="60" w:after="60" w:line="240" w:lineRule="auto"/>
              <w:rPr>
                <w:lang w:val="pt-BR"/>
              </w:rPr>
            </w:pPr>
            <w:r w:rsidRPr="00637324">
              <w:rPr>
                <w:sz w:val="19"/>
                <w:lang w:val="pt-BR"/>
              </w:rPr>
              <w:t>Documentação de LI-</w:t>
            </w:r>
            <w:proofErr w:type="spellStart"/>
            <w:r w:rsidRPr="00637324">
              <w:rPr>
                <w:sz w:val="19"/>
                <w:lang w:val="pt-BR"/>
              </w:rPr>
              <w:t>PcD</w:t>
            </w:r>
            <w:proofErr w:type="spellEnd"/>
            <w:r w:rsidRPr="00637324">
              <w:rPr>
                <w:sz w:val="19"/>
                <w:lang w:val="pt-BR"/>
              </w:rPr>
              <w:t xml:space="preserve"> e comprovação de baixa renda descrita no item 2 deste anexo.</w:t>
            </w:r>
          </w:p>
        </w:tc>
      </w:tr>
      <w:tr w:rsidR="009B2E3E" w:rsidRPr="00637324" w14:paraId="2EB8ECCF" w14:textId="77777777">
        <w:trPr>
          <w:cantSplit/>
        </w:trPr>
        <w:tc>
          <w:tcPr>
            <w:tcW w:w="1304" w:type="dxa"/>
          </w:tcPr>
          <w:p w14:paraId="4244EBCD" w14:textId="77777777" w:rsidR="009B2E3E" w:rsidRPr="00637324" w:rsidRDefault="001F234C">
            <w:pPr>
              <w:spacing w:before="60" w:after="60" w:line="240" w:lineRule="auto"/>
              <w:rPr>
                <w:lang w:val="pt-BR"/>
              </w:rPr>
            </w:pPr>
            <w:r w:rsidRPr="00637324">
              <w:rPr>
                <w:sz w:val="19"/>
                <w:lang w:val="pt-BR"/>
              </w:rPr>
              <w:t>LB-Q</w:t>
            </w:r>
          </w:p>
        </w:tc>
        <w:tc>
          <w:tcPr>
            <w:tcW w:w="8334" w:type="dxa"/>
          </w:tcPr>
          <w:p w14:paraId="6916E76B" w14:textId="77777777" w:rsidR="009B2E3E" w:rsidRPr="00637324" w:rsidRDefault="001F234C">
            <w:pPr>
              <w:spacing w:before="60" w:after="60" w:line="240" w:lineRule="auto"/>
              <w:rPr>
                <w:lang w:val="pt-BR"/>
              </w:rPr>
            </w:pPr>
            <w:r w:rsidRPr="00637324">
              <w:rPr>
                <w:sz w:val="19"/>
                <w:lang w:val="pt-BR"/>
              </w:rPr>
              <w:t>Documentação de LI-Q e comprovação de baixa renda descrita no item 2 deste anexo.</w:t>
            </w:r>
          </w:p>
        </w:tc>
      </w:tr>
    </w:tbl>
    <w:p w14:paraId="07617B1F" w14:textId="77777777" w:rsidR="009B2E3E" w:rsidRPr="00637324" w:rsidRDefault="001F234C">
      <w:pPr>
        <w:jc w:val="both"/>
        <w:rPr>
          <w:lang w:val="pt-BR"/>
        </w:rPr>
      </w:pPr>
      <w:r w:rsidRPr="00637324">
        <w:rPr>
          <w:lang w:val="pt-BR"/>
        </w:rPr>
        <w:t>2. Comprovação de baixa renda: documento atualizado do CadÚnico aceito pela instituição; na ausência desse documento ou quando necessária a complementação, apresentar o Anexo VII, identificação dos integrantes e comprovantes dos rendimentos brutos dos três meses de referência anteriores à inscrição, conforme a regulamentação de renda.</w:t>
      </w:r>
    </w:p>
    <w:p w14:paraId="41BD1766" w14:textId="77777777" w:rsidR="009B2E3E" w:rsidRPr="00637324" w:rsidRDefault="001F234C">
      <w:pPr>
        <w:jc w:val="both"/>
        <w:rPr>
          <w:lang w:val="pt-BR"/>
        </w:rPr>
      </w:pPr>
      <w:r w:rsidRPr="00637324">
        <w:rPr>
          <w:lang w:val="pt-BR"/>
        </w:rPr>
        <w:t>3. Conforme a situação de cada integrante, apresentar: a) contracheques ou declaração de rendimentos; b) CTPS física ou digital, com registros pertinentes; c) comprovantes de aposentadoria, pensão, benefício ou seguro-desemprego; d) declaração de trabalho autônomo, informal, liberal ou rural do Anexo V; e) declaração e comprovantes de aluguéis e arrendamentos; f) declaração de ausência de vínculo empregatício do Anexo IV ou de desemprego do Anexo VI, quando aplicável.</w:t>
      </w:r>
    </w:p>
    <w:p w14:paraId="0E37744E" w14:textId="77777777" w:rsidR="009B2E3E" w:rsidRPr="00637324" w:rsidRDefault="001F234C">
      <w:pPr>
        <w:jc w:val="both"/>
        <w:rPr>
          <w:lang w:val="pt-BR"/>
        </w:rPr>
      </w:pPr>
      <w:r w:rsidRPr="00637324">
        <w:rPr>
          <w:lang w:val="pt-BR"/>
        </w:rPr>
        <w:t>4. Rendimentos existentes devem ser informados mesmo quando não há emprego formal. A análise considerará as receitas e exclusões legalmente previstas e poderá solicitar esclarecimentos, com prazo para atendimento.</w:t>
      </w:r>
    </w:p>
    <w:p w14:paraId="00759C6C" w14:textId="77777777" w:rsidR="009B2E3E" w:rsidRPr="00637324" w:rsidRDefault="001F234C">
      <w:pPr>
        <w:jc w:val="both"/>
        <w:rPr>
          <w:lang w:val="pt-BR"/>
        </w:rPr>
      </w:pPr>
      <w:r w:rsidRPr="00637324">
        <w:rPr>
          <w:lang w:val="pt-BR"/>
        </w:rPr>
        <w:t>5. A documentação de cotas não será exigida de quem ocupar vaga exclusivamente na ampla concorrência. A documentação escolar geral exigida para ingresso permanece obrigatória.</w:t>
      </w:r>
    </w:p>
    <w:p w14:paraId="3AFE84AC" w14:textId="77777777" w:rsidR="009B2E3E" w:rsidRPr="00637324" w:rsidRDefault="001F234C">
      <w:pPr>
        <w:rPr>
          <w:lang w:val="pt-BR"/>
        </w:rPr>
      </w:pPr>
      <w:r w:rsidRPr="00637324">
        <w:rPr>
          <w:lang w:val="pt-BR"/>
        </w:rPr>
        <w:br w:type="page"/>
      </w:r>
    </w:p>
    <w:p w14:paraId="51347F1E" w14:textId="77777777" w:rsidR="009B2E3E" w:rsidRPr="00637324" w:rsidRDefault="001F234C">
      <w:pPr>
        <w:pStyle w:val="Ttulo"/>
        <w:rPr>
          <w:lang w:val="pt-BR"/>
        </w:rPr>
      </w:pPr>
      <w:r w:rsidRPr="00637324">
        <w:rPr>
          <w:lang w:val="pt-BR"/>
        </w:rPr>
        <w:lastRenderedPageBreak/>
        <w:t>ANEXO IX</w:t>
      </w:r>
    </w:p>
    <w:p w14:paraId="65FD95E3" w14:textId="77777777" w:rsidR="009B2E3E" w:rsidRPr="00637324" w:rsidRDefault="001F234C" w:rsidP="00F66A4F">
      <w:pPr>
        <w:pStyle w:val="Ttulo1"/>
        <w:jc w:val="center"/>
        <w:rPr>
          <w:lang w:val="pt-BR"/>
        </w:rPr>
      </w:pPr>
      <w:r w:rsidRPr="00637324">
        <w:rPr>
          <w:lang w:val="pt-BR"/>
        </w:rPr>
        <w:t>DECLARAÇÃO DE PERTENCIMENTO INDÍGENA</w:t>
      </w:r>
    </w:p>
    <w:p w14:paraId="089F9692" w14:textId="77777777" w:rsidR="00D80334" w:rsidRDefault="00D80334" w:rsidP="00F66A4F">
      <w:pPr>
        <w:spacing w:line="360" w:lineRule="auto"/>
        <w:jc w:val="both"/>
        <w:rPr>
          <w:lang w:val="pt-BR"/>
        </w:rPr>
      </w:pPr>
    </w:p>
    <w:p w14:paraId="6736991C" w14:textId="788E5D56" w:rsidR="009B2E3E" w:rsidRPr="00637324" w:rsidRDefault="001F234C" w:rsidP="00F66A4F">
      <w:pPr>
        <w:spacing w:line="360" w:lineRule="auto"/>
        <w:jc w:val="both"/>
        <w:rPr>
          <w:lang w:val="pt-BR"/>
        </w:rPr>
      </w:pPr>
      <w:r w:rsidRPr="00637324">
        <w:rPr>
          <w:lang w:val="pt-BR"/>
        </w:rPr>
        <w:t xml:space="preserve">As lideranças indígenas abaixo identificadas declaram, para fins do processo seletivo 2027/1 do Curso Técnico em Alimentos </w:t>
      </w:r>
      <w:proofErr w:type="spellStart"/>
      <w:r w:rsidRPr="00637324">
        <w:rPr>
          <w:lang w:val="pt-BR"/>
        </w:rPr>
        <w:t>EaD</w:t>
      </w:r>
      <w:proofErr w:type="spellEnd"/>
      <w:r w:rsidRPr="00637324">
        <w:rPr>
          <w:lang w:val="pt-BR"/>
        </w:rPr>
        <w:t xml:space="preserve"> do IF Goiano - Campus Morrinhos, que:</w:t>
      </w:r>
    </w:p>
    <w:p w14:paraId="349CA50F" w14:textId="77777777" w:rsidR="009B2E3E" w:rsidRPr="00637324" w:rsidRDefault="001F234C" w:rsidP="00F66A4F">
      <w:pPr>
        <w:spacing w:line="360" w:lineRule="auto"/>
        <w:rPr>
          <w:lang w:val="pt-BR"/>
        </w:rPr>
      </w:pPr>
      <w:r w:rsidRPr="00637324">
        <w:rPr>
          <w:lang w:val="pt-BR"/>
        </w:rPr>
        <w:t>Candidato(a): _____________________________________________________________</w:t>
      </w:r>
      <w:r w:rsidRPr="00637324">
        <w:rPr>
          <w:lang w:val="pt-BR"/>
        </w:rPr>
        <w:br/>
        <w:t>CPF: ________________________</w:t>
      </w:r>
      <w:proofErr w:type="gramStart"/>
      <w:r w:rsidRPr="00637324">
        <w:rPr>
          <w:lang w:val="pt-BR"/>
        </w:rPr>
        <w:t>_  Documento</w:t>
      </w:r>
      <w:proofErr w:type="gramEnd"/>
      <w:r w:rsidRPr="00637324">
        <w:rPr>
          <w:lang w:val="pt-BR"/>
        </w:rPr>
        <w:t xml:space="preserve"> de identificação: __________________</w:t>
      </w:r>
      <w:r w:rsidRPr="00637324">
        <w:rPr>
          <w:lang w:val="pt-BR"/>
        </w:rPr>
        <w:br/>
        <w:t>Inscrição: ____________________</w:t>
      </w:r>
      <w:proofErr w:type="gramStart"/>
      <w:r w:rsidRPr="00637324">
        <w:rPr>
          <w:lang w:val="pt-BR"/>
        </w:rPr>
        <w:t>_  Telefone</w:t>
      </w:r>
      <w:proofErr w:type="gramEnd"/>
      <w:r w:rsidRPr="00637324">
        <w:rPr>
          <w:lang w:val="pt-BR"/>
        </w:rPr>
        <w:t>: __________________________________</w:t>
      </w:r>
    </w:p>
    <w:p w14:paraId="7874FAC6" w14:textId="77777777" w:rsidR="009B2E3E" w:rsidRPr="00637324" w:rsidRDefault="001F234C" w:rsidP="00F66A4F">
      <w:pPr>
        <w:spacing w:line="360" w:lineRule="auto"/>
        <w:rPr>
          <w:lang w:val="pt-BR"/>
        </w:rPr>
      </w:pPr>
      <w:r w:rsidRPr="00637324">
        <w:rPr>
          <w:lang w:val="pt-BR"/>
        </w:rPr>
        <w:t>É pessoa indígena pertencente ao povo ou à etnia _______________________________, e à comunidade ou aldeia __________________________________________________, localizada no município de ______________________________________, UF ______.</w:t>
      </w:r>
    </w:p>
    <w:p w14:paraId="3AC58553" w14:textId="77777777" w:rsidR="009B2E3E" w:rsidRPr="00637324" w:rsidRDefault="001F234C" w:rsidP="00F66A4F">
      <w:pPr>
        <w:spacing w:line="360" w:lineRule="auto"/>
        <w:jc w:val="both"/>
        <w:rPr>
          <w:lang w:val="pt-BR"/>
        </w:rPr>
      </w:pPr>
      <w:r w:rsidRPr="00637324">
        <w:rPr>
          <w:lang w:val="pt-BR"/>
        </w:rPr>
        <w:t>Declaramos nosso vínculo com a comunidade indicada e confirmamos a veracidade das informações de pertencimento étnico e social.</w:t>
      </w:r>
    </w:p>
    <w:p w14:paraId="4698A3AF" w14:textId="77777777" w:rsidR="009B2E3E" w:rsidRPr="00637324" w:rsidRDefault="001F234C" w:rsidP="00F66A4F">
      <w:pPr>
        <w:spacing w:line="360" w:lineRule="auto"/>
        <w:rPr>
          <w:lang w:val="pt-BR"/>
        </w:rPr>
      </w:pPr>
      <w:r w:rsidRPr="00637324">
        <w:rPr>
          <w:lang w:val="pt-BR"/>
        </w:rPr>
        <w:t>LIDERANÇA 1</w:t>
      </w:r>
      <w:r w:rsidRPr="00637324">
        <w:rPr>
          <w:lang w:val="pt-BR"/>
        </w:rPr>
        <w:br/>
        <w:t>Nome completo: _________________________________________________________</w:t>
      </w:r>
      <w:r w:rsidRPr="00637324">
        <w:rPr>
          <w:lang w:val="pt-BR"/>
        </w:rPr>
        <w:br/>
        <w:t>CPF: ______________________</w:t>
      </w:r>
      <w:proofErr w:type="gramStart"/>
      <w:r w:rsidRPr="00637324">
        <w:rPr>
          <w:lang w:val="pt-BR"/>
        </w:rPr>
        <w:t>_  Documento</w:t>
      </w:r>
      <w:proofErr w:type="gramEnd"/>
      <w:r w:rsidRPr="00637324">
        <w:rPr>
          <w:lang w:val="pt-BR"/>
        </w:rPr>
        <w:t xml:space="preserve"> de identificação: ___________________</w:t>
      </w:r>
      <w:r w:rsidRPr="00637324">
        <w:rPr>
          <w:lang w:val="pt-BR"/>
        </w:rPr>
        <w:br/>
        <w:t>Função na comunidade: ___________________________________________________</w:t>
      </w:r>
      <w:r w:rsidRPr="00637324">
        <w:rPr>
          <w:lang w:val="pt-BR"/>
        </w:rPr>
        <w:br/>
        <w:t>Assinatura: _____________________________________________________________</w:t>
      </w:r>
    </w:p>
    <w:p w14:paraId="68CC44F1" w14:textId="77777777" w:rsidR="009B2E3E" w:rsidRPr="00637324" w:rsidRDefault="001F234C" w:rsidP="00F66A4F">
      <w:pPr>
        <w:spacing w:line="360" w:lineRule="auto"/>
        <w:rPr>
          <w:lang w:val="pt-BR"/>
        </w:rPr>
      </w:pPr>
      <w:r w:rsidRPr="00637324">
        <w:rPr>
          <w:lang w:val="pt-BR"/>
        </w:rPr>
        <w:t>LIDERANÇA 2</w:t>
      </w:r>
      <w:r w:rsidRPr="00637324">
        <w:rPr>
          <w:lang w:val="pt-BR"/>
        </w:rPr>
        <w:br/>
        <w:t>Nome completo: _________________________________________________________</w:t>
      </w:r>
      <w:r w:rsidRPr="00637324">
        <w:rPr>
          <w:lang w:val="pt-BR"/>
        </w:rPr>
        <w:br/>
        <w:t>CPF: ______________________</w:t>
      </w:r>
      <w:proofErr w:type="gramStart"/>
      <w:r w:rsidRPr="00637324">
        <w:rPr>
          <w:lang w:val="pt-BR"/>
        </w:rPr>
        <w:t>_  Documento</w:t>
      </w:r>
      <w:proofErr w:type="gramEnd"/>
      <w:r w:rsidRPr="00637324">
        <w:rPr>
          <w:lang w:val="pt-BR"/>
        </w:rPr>
        <w:t xml:space="preserve"> de identificação: ___________________</w:t>
      </w:r>
      <w:r w:rsidRPr="00637324">
        <w:rPr>
          <w:lang w:val="pt-BR"/>
        </w:rPr>
        <w:br/>
        <w:t>Função na comunidade: ___________________________________________________</w:t>
      </w:r>
      <w:r w:rsidRPr="00637324">
        <w:rPr>
          <w:lang w:val="pt-BR"/>
        </w:rPr>
        <w:br/>
        <w:t>Assinatura: _____________________________________________________________</w:t>
      </w:r>
    </w:p>
    <w:p w14:paraId="7F7DBF9E" w14:textId="77777777" w:rsidR="009B2E3E" w:rsidRPr="00637324" w:rsidRDefault="001F234C" w:rsidP="00F66A4F">
      <w:pPr>
        <w:spacing w:line="360" w:lineRule="auto"/>
        <w:rPr>
          <w:lang w:val="pt-BR"/>
        </w:rPr>
      </w:pPr>
      <w:r w:rsidRPr="00637324">
        <w:rPr>
          <w:lang w:val="pt-BR"/>
        </w:rPr>
        <w:t>LIDERANÇA 3</w:t>
      </w:r>
      <w:r w:rsidRPr="00637324">
        <w:rPr>
          <w:lang w:val="pt-BR"/>
        </w:rPr>
        <w:br/>
        <w:t>Nome completo: _________________________________________________________</w:t>
      </w:r>
      <w:r w:rsidRPr="00637324">
        <w:rPr>
          <w:lang w:val="pt-BR"/>
        </w:rPr>
        <w:br/>
        <w:t>CPF: ______________________</w:t>
      </w:r>
      <w:proofErr w:type="gramStart"/>
      <w:r w:rsidRPr="00637324">
        <w:rPr>
          <w:lang w:val="pt-BR"/>
        </w:rPr>
        <w:t>_  Documento</w:t>
      </w:r>
      <w:proofErr w:type="gramEnd"/>
      <w:r w:rsidRPr="00637324">
        <w:rPr>
          <w:lang w:val="pt-BR"/>
        </w:rPr>
        <w:t xml:space="preserve"> de identificação: ___________________</w:t>
      </w:r>
      <w:r w:rsidRPr="00637324">
        <w:rPr>
          <w:lang w:val="pt-BR"/>
        </w:rPr>
        <w:br/>
        <w:t>Função na comunidade: ___________________________________________________</w:t>
      </w:r>
      <w:r w:rsidRPr="00637324">
        <w:rPr>
          <w:lang w:val="pt-BR"/>
        </w:rPr>
        <w:br/>
        <w:t>Assinatura: _____________________________________________________________</w:t>
      </w:r>
    </w:p>
    <w:p w14:paraId="162D0A16" w14:textId="77777777" w:rsidR="009B2E3E" w:rsidRPr="00637324" w:rsidRDefault="001F234C" w:rsidP="00F66A4F">
      <w:pPr>
        <w:spacing w:line="360" w:lineRule="auto"/>
        <w:rPr>
          <w:lang w:val="pt-BR"/>
        </w:rPr>
      </w:pPr>
      <w:r w:rsidRPr="00637324">
        <w:rPr>
          <w:lang w:val="pt-BR"/>
        </w:rPr>
        <w:t>Local: ______________________________    Data: _____/_____/________</w:t>
      </w:r>
    </w:p>
    <w:p w14:paraId="58E8A0DE" w14:textId="77777777" w:rsidR="009B2E3E" w:rsidRPr="00637324" w:rsidRDefault="001F234C" w:rsidP="00F66A4F">
      <w:pPr>
        <w:spacing w:line="360" w:lineRule="auto"/>
        <w:rPr>
          <w:lang w:val="pt-BR"/>
        </w:rPr>
      </w:pPr>
      <w:r w:rsidRPr="00637324">
        <w:rPr>
          <w:lang w:val="pt-BR"/>
        </w:rPr>
        <w:br w:type="page"/>
      </w:r>
    </w:p>
    <w:p w14:paraId="6F704B4C" w14:textId="77777777" w:rsidR="009B2E3E" w:rsidRPr="00637324" w:rsidRDefault="001F234C">
      <w:pPr>
        <w:pStyle w:val="Ttulo"/>
        <w:rPr>
          <w:lang w:val="pt-BR"/>
        </w:rPr>
      </w:pPr>
      <w:r w:rsidRPr="00637324">
        <w:rPr>
          <w:lang w:val="pt-BR"/>
        </w:rPr>
        <w:lastRenderedPageBreak/>
        <w:t>ANEXO X</w:t>
      </w:r>
    </w:p>
    <w:p w14:paraId="42059CF8" w14:textId="77777777" w:rsidR="009B2E3E" w:rsidRPr="00637324" w:rsidRDefault="001F234C" w:rsidP="00F66A4F">
      <w:pPr>
        <w:pStyle w:val="Ttulo1"/>
        <w:jc w:val="center"/>
        <w:rPr>
          <w:lang w:val="pt-BR"/>
        </w:rPr>
      </w:pPr>
      <w:r w:rsidRPr="00637324">
        <w:rPr>
          <w:lang w:val="pt-BR"/>
        </w:rPr>
        <w:t>REQUERIMENTO DE USO DE NOME SOCIAL</w:t>
      </w:r>
    </w:p>
    <w:p w14:paraId="542E5DF7" w14:textId="77777777" w:rsidR="00D80334" w:rsidRDefault="00D80334" w:rsidP="006C7D77">
      <w:pPr>
        <w:spacing w:line="360" w:lineRule="auto"/>
        <w:rPr>
          <w:lang w:val="pt-BR"/>
        </w:rPr>
      </w:pPr>
    </w:p>
    <w:p w14:paraId="45338E96" w14:textId="653598A8" w:rsidR="009B2E3E" w:rsidRPr="00637324" w:rsidRDefault="001F234C" w:rsidP="006C7D77">
      <w:pPr>
        <w:spacing w:line="360" w:lineRule="auto"/>
        <w:rPr>
          <w:lang w:val="pt-BR"/>
        </w:rPr>
      </w:pPr>
      <w:r w:rsidRPr="00637324">
        <w:rPr>
          <w:lang w:val="pt-BR"/>
        </w:rPr>
        <w:t>Nome civil: ______________________________________________________________</w:t>
      </w:r>
      <w:r w:rsidRPr="00637324">
        <w:rPr>
          <w:lang w:val="pt-BR"/>
        </w:rPr>
        <w:br/>
        <w:t>CPF: _________________________</w:t>
      </w:r>
      <w:proofErr w:type="gramStart"/>
      <w:r w:rsidRPr="00637324">
        <w:rPr>
          <w:lang w:val="pt-BR"/>
        </w:rPr>
        <w:t>_  Inscrição</w:t>
      </w:r>
      <w:proofErr w:type="gramEnd"/>
      <w:r w:rsidRPr="00637324">
        <w:rPr>
          <w:lang w:val="pt-BR"/>
        </w:rPr>
        <w:t>: _________________________________</w:t>
      </w:r>
      <w:r w:rsidRPr="00637324">
        <w:rPr>
          <w:lang w:val="pt-BR"/>
        </w:rPr>
        <w:br/>
        <w:t>Nome social completo: _____________________________________________________</w:t>
      </w:r>
      <w:r w:rsidRPr="00637324">
        <w:rPr>
          <w:lang w:val="pt-BR"/>
        </w:rPr>
        <w:br/>
        <w:t>E-mail: _____________________________</w:t>
      </w:r>
      <w:proofErr w:type="gramStart"/>
      <w:r w:rsidRPr="00637324">
        <w:rPr>
          <w:lang w:val="pt-BR"/>
        </w:rPr>
        <w:t>_  Telefone</w:t>
      </w:r>
      <w:proofErr w:type="gramEnd"/>
      <w:r w:rsidRPr="00637324">
        <w:rPr>
          <w:lang w:val="pt-BR"/>
        </w:rPr>
        <w:t>: ___________________________</w:t>
      </w:r>
    </w:p>
    <w:p w14:paraId="65F1E3BC" w14:textId="77777777" w:rsidR="009B2E3E" w:rsidRPr="00637324" w:rsidRDefault="001F234C" w:rsidP="006C7D77">
      <w:pPr>
        <w:spacing w:line="360" w:lineRule="auto"/>
        <w:jc w:val="both"/>
        <w:rPr>
          <w:lang w:val="pt-BR"/>
        </w:rPr>
      </w:pPr>
      <w:r w:rsidRPr="00637324">
        <w:rPr>
          <w:lang w:val="pt-BR"/>
        </w:rPr>
        <w:t>Requeiro a utilização do nome social acima informado nos atos de identificação e divulgação deste processo seletivo, conforme a regulamentação aplicável. Estou ciente de que o nome civil poderá ser utilizado nos registros em que houver exigência legal, com resguardo dos dados pessoais.</w:t>
      </w:r>
    </w:p>
    <w:p w14:paraId="0BBA9BEF" w14:textId="77777777" w:rsidR="009B2E3E" w:rsidRPr="00637324" w:rsidRDefault="001F234C" w:rsidP="006C7D77">
      <w:pPr>
        <w:spacing w:line="360" w:lineRule="auto"/>
        <w:rPr>
          <w:lang w:val="pt-BR"/>
        </w:rPr>
      </w:pPr>
      <w:r w:rsidRPr="00637324">
        <w:rPr>
          <w:lang w:val="pt-BR"/>
        </w:rPr>
        <w:t>Documento de identificação anexado: ________________________________________</w:t>
      </w:r>
    </w:p>
    <w:p w14:paraId="10FCE43D" w14:textId="77777777" w:rsidR="009B2E3E" w:rsidRPr="00637324" w:rsidRDefault="001F234C" w:rsidP="006C7D77">
      <w:pPr>
        <w:spacing w:line="360" w:lineRule="auto"/>
        <w:rPr>
          <w:lang w:val="pt-BR"/>
        </w:rPr>
      </w:pPr>
      <w:r w:rsidRPr="00637324">
        <w:rPr>
          <w:lang w:val="pt-BR"/>
        </w:rPr>
        <w:t>Local: ______________________________    Data: _____/_____/________</w:t>
      </w:r>
    </w:p>
    <w:p w14:paraId="3FF32779" w14:textId="77777777" w:rsidR="006C7D77" w:rsidRDefault="006C7D77" w:rsidP="006C7D77">
      <w:pPr>
        <w:spacing w:line="360" w:lineRule="auto"/>
        <w:rPr>
          <w:lang w:val="pt-BR"/>
        </w:rPr>
      </w:pPr>
    </w:p>
    <w:p w14:paraId="50CCA56B" w14:textId="0E6125C8" w:rsidR="009B2E3E" w:rsidRPr="00637324" w:rsidRDefault="001F234C" w:rsidP="006C7D77">
      <w:pPr>
        <w:spacing w:line="360" w:lineRule="auto"/>
        <w:jc w:val="center"/>
        <w:rPr>
          <w:lang w:val="pt-BR"/>
        </w:rPr>
      </w:pPr>
      <w:r w:rsidRPr="00637324">
        <w:rPr>
          <w:lang w:val="pt-BR"/>
        </w:rPr>
        <w:t>________________________________________________________</w:t>
      </w:r>
      <w:r w:rsidRPr="00637324">
        <w:rPr>
          <w:lang w:val="pt-BR"/>
        </w:rPr>
        <w:br/>
        <w:t>Assinatura do(a) declarante</w:t>
      </w:r>
    </w:p>
    <w:p w14:paraId="608B9B7B" w14:textId="77777777" w:rsidR="006C7D77" w:rsidRDefault="006C7D77" w:rsidP="006C7D77">
      <w:pPr>
        <w:spacing w:line="360" w:lineRule="auto"/>
        <w:jc w:val="center"/>
        <w:rPr>
          <w:lang w:val="pt-BR"/>
        </w:rPr>
      </w:pPr>
    </w:p>
    <w:p w14:paraId="55F2C89F" w14:textId="6E3E212D" w:rsidR="009B2E3E" w:rsidRPr="00637324" w:rsidRDefault="001F234C" w:rsidP="006C7D77">
      <w:pPr>
        <w:spacing w:line="360" w:lineRule="auto"/>
        <w:jc w:val="center"/>
        <w:rPr>
          <w:lang w:val="pt-BR"/>
        </w:rPr>
      </w:pPr>
      <w:r w:rsidRPr="00637324">
        <w:rPr>
          <w:lang w:val="pt-BR"/>
        </w:rPr>
        <w:t>________________________________________________________</w:t>
      </w:r>
      <w:r w:rsidRPr="00637324">
        <w:rPr>
          <w:lang w:val="pt-BR"/>
        </w:rPr>
        <w:br/>
        <w:t>Assinatura do responsável legal, quando o(a) candidato(a) for menor de 18 anos</w:t>
      </w:r>
    </w:p>
    <w:sectPr w:rsidR="009B2E3E" w:rsidRPr="00637324" w:rsidSect="00D14177">
      <w:headerReference w:type="default" r:id="rId8"/>
      <w:footerReference w:type="default" r:id="rId9"/>
      <w:pgSz w:w="11906" w:h="16838"/>
      <w:pgMar w:top="1134" w:right="1134" w:bottom="1134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2FB2E" w14:textId="77777777" w:rsidR="00B70CF0" w:rsidRDefault="00B70CF0">
      <w:pPr>
        <w:spacing w:after="0" w:line="240" w:lineRule="auto"/>
      </w:pPr>
      <w:r>
        <w:separator/>
      </w:r>
    </w:p>
  </w:endnote>
  <w:endnote w:type="continuationSeparator" w:id="0">
    <w:p w14:paraId="55B8525C" w14:textId="77777777" w:rsidR="00B70CF0" w:rsidRDefault="00B70C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0ABF1" w14:textId="32B1512F" w:rsidR="009B2E3E" w:rsidRPr="00230878" w:rsidRDefault="007F49CD">
    <w:pPr>
      <w:pStyle w:val="Rodap"/>
      <w:jc w:val="right"/>
      <w:rPr>
        <w:lang w:val="pt-BR"/>
      </w:rPr>
    </w:pPr>
    <w:r>
      <w:rPr>
        <w:sz w:val="16"/>
        <w:lang w:val="pt-BR"/>
      </w:rPr>
      <w:t xml:space="preserve">Instituto Federal Goiano – Campus </w:t>
    </w:r>
    <w:proofErr w:type="gramStart"/>
    <w:r>
      <w:rPr>
        <w:sz w:val="16"/>
        <w:lang w:val="pt-BR"/>
      </w:rPr>
      <w:t>Morrinhos</w:t>
    </w:r>
    <w:r w:rsidR="001F234C" w:rsidRPr="00230878">
      <w:rPr>
        <w:sz w:val="16"/>
        <w:lang w:val="pt-BR"/>
      </w:rPr>
      <w:t xml:space="preserve">  |</w:t>
    </w:r>
    <w:proofErr w:type="gramEnd"/>
    <w:r w:rsidR="001F234C" w:rsidRPr="00230878">
      <w:rPr>
        <w:sz w:val="16"/>
        <w:lang w:val="pt-BR"/>
      </w:rPr>
      <w:t xml:space="preserve">  Página </w:t>
    </w:r>
    <w:r w:rsidR="001F234C" w:rsidRPr="00230878">
      <w:rPr>
        <w:lang w:val="pt-BR"/>
      </w:rPr>
      <w:fldChar w:fldCharType="begin"/>
    </w:r>
    <w:r w:rsidR="001F234C" w:rsidRPr="00230878">
      <w:rPr>
        <w:lang w:val="pt-BR"/>
      </w:rPr>
      <w:instrText>PAGE</w:instrText>
    </w:r>
    <w:r w:rsidR="001F234C" w:rsidRPr="00230878">
      <w:rPr>
        <w:lang w:val="pt-BR"/>
      </w:rPr>
      <w:fldChar w:fldCharType="separate"/>
    </w:r>
    <w:r w:rsidR="00D03879" w:rsidRPr="00230878">
      <w:rPr>
        <w:noProof/>
        <w:lang w:val="pt-BR"/>
      </w:rPr>
      <w:t>1</w:t>
    </w:r>
    <w:r w:rsidR="001F234C" w:rsidRPr="00230878">
      <w:rPr>
        <w:lang w:val="pt-B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2EAEC" w14:textId="77777777" w:rsidR="00B70CF0" w:rsidRDefault="00B70CF0">
      <w:pPr>
        <w:spacing w:after="0" w:line="240" w:lineRule="auto"/>
      </w:pPr>
      <w:r>
        <w:separator/>
      </w:r>
    </w:p>
  </w:footnote>
  <w:footnote w:type="continuationSeparator" w:id="0">
    <w:p w14:paraId="5E1F82E6" w14:textId="77777777" w:rsidR="00B70CF0" w:rsidRDefault="00B70C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2A971" w14:textId="14C1D6C7" w:rsidR="001C396E" w:rsidRPr="0052327A" w:rsidRDefault="001C396E" w:rsidP="001C396E">
    <w:pPr>
      <w:jc w:val="center"/>
      <w:rPr>
        <w:lang w:val="pt-BR"/>
      </w:rPr>
    </w:pPr>
    <w:r w:rsidRPr="0052327A">
      <w:rPr>
        <w:lang w:val="pt-BR"/>
      </w:rPr>
      <w:t xml:space="preserve">Edital nº 12/2026 </w:t>
    </w:r>
    <w:r w:rsidR="00CE4491" w:rsidRPr="0052327A">
      <w:rPr>
        <w:lang w:val="pt-BR"/>
      </w:rPr>
      <w:t>|</w:t>
    </w:r>
    <w:r w:rsidRPr="0052327A">
      <w:rPr>
        <w:lang w:val="pt-BR"/>
      </w:rPr>
      <w:t xml:space="preserve"> </w:t>
    </w:r>
    <w:r w:rsidR="00C8574F" w:rsidRPr="0052327A">
      <w:rPr>
        <w:lang w:val="pt-BR"/>
      </w:rPr>
      <w:t xml:space="preserve">Processo Seletivo </w:t>
    </w:r>
    <w:r w:rsidR="00CE4491" w:rsidRPr="0052327A">
      <w:rPr>
        <w:lang w:val="pt-BR"/>
      </w:rPr>
      <w:t xml:space="preserve">- </w:t>
    </w:r>
    <w:r w:rsidRPr="0052327A">
      <w:rPr>
        <w:lang w:val="pt-BR"/>
      </w:rPr>
      <w:t xml:space="preserve">Técnico em Alimentos </w:t>
    </w:r>
    <w:proofErr w:type="spellStart"/>
    <w:r w:rsidRPr="0052327A">
      <w:rPr>
        <w:lang w:val="pt-BR"/>
      </w:rPr>
      <w:t>EaD</w:t>
    </w:r>
    <w:proofErr w:type="spellEnd"/>
    <w:r w:rsidRPr="0052327A">
      <w:rPr>
        <w:lang w:val="pt-BR"/>
      </w:rPr>
      <w:t xml:space="preserve"> </w:t>
    </w:r>
    <w:r w:rsidR="00CE4491" w:rsidRPr="0052327A">
      <w:rPr>
        <w:lang w:val="pt-BR"/>
      </w:rPr>
      <w:t>|</w:t>
    </w:r>
    <w:r w:rsidRPr="0052327A">
      <w:rPr>
        <w:lang w:val="pt-BR"/>
      </w:rPr>
      <w:t xml:space="preserve"> Ingresso 2027/1</w:t>
    </w:r>
  </w:p>
  <w:p w14:paraId="3D8D750F" w14:textId="468B8D25" w:rsidR="009B2E3E" w:rsidRPr="001C396E" w:rsidRDefault="009B2E3E" w:rsidP="001C396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83A6C06"/>
    <w:multiLevelType w:val="multilevel"/>
    <w:tmpl w:val="0948499E"/>
    <w:lvl w:ilvl="0">
      <w:start w:val="1"/>
      <w:numFmt w:val="upperRoman"/>
      <w:lvlText w:val="%1."/>
      <w:lvlJc w:val="right"/>
      <w:pPr>
        <w:ind w:left="628" w:hanging="109"/>
      </w:pPr>
      <w:rPr>
        <w:b/>
      </w:rPr>
    </w:lvl>
    <w:lvl w:ilvl="1">
      <w:start w:val="1"/>
      <w:numFmt w:val="lowerLetter"/>
      <w:lvlText w:val="(%2)"/>
      <w:lvlJc w:val="left"/>
      <w:pPr>
        <w:ind w:left="700" w:hanging="318"/>
      </w:pPr>
      <w:rPr>
        <w:rFonts w:ascii="Calibri" w:eastAsia="Calibri" w:hAnsi="Calibri" w:cs="Calibri"/>
        <w:b/>
        <w:i/>
        <w:sz w:val="22"/>
        <w:szCs w:val="22"/>
      </w:rPr>
    </w:lvl>
    <w:lvl w:ilvl="2">
      <w:numFmt w:val="bullet"/>
      <w:lvlText w:val="•"/>
      <w:lvlJc w:val="left"/>
      <w:pPr>
        <w:ind w:left="1855" w:hanging="318"/>
      </w:pPr>
    </w:lvl>
    <w:lvl w:ilvl="3">
      <w:numFmt w:val="bullet"/>
      <w:lvlText w:val="•"/>
      <w:lvlJc w:val="left"/>
      <w:pPr>
        <w:ind w:left="3011" w:hanging="318"/>
      </w:pPr>
    </w:lvl>
    <w:lvl w:ilvl="4">
      <w:numFmt w:val="bullet"/>
      <w:lvlText w:val="•"/>
      <w:lvlJc w:val="left"/>
      <w:pPr>
        <w:ind w:left="4166" w:hanging="318"/>
      </w:pPr>
    </w:lvl>
    <w:lvl w:ilvl="5">
      <w:numFmt w:val="bullet"/>
      <w:lvlText w:val="•"/>
      <w:lvlJc w:val="left"/>
      <w:pPr>
        <w:ind w:left="5322" w:hanging="318"/>
      </w:pPr>
    </w:lvl>
    <w:lvl w:ilvl="6">
      <w:numFmt w:val="bullet"/>
      <w:lvlText w:val="•"/>
      <w:lvlJc w:val="left"/>
      <w:pPr>
        <w:ind w:left="6477" w:hanging="317"/>
      </w:pPr>
    </w:lvl>
    <w:lvl w:ilvl="7">
      <w:numFmt w:val="bullet"/>
      <w:lvlText w:val="•"/>
      <w:lvlJc w:val="left"/>
      <w:pPr>
        <w:ind w:left="7633" w:hanging="318"/>
      </w:pPr>
    </w:lvl>
    <w:lvl w:ilvl="8">
      <w:numFmt w:val="bullet"/>
      <w:lvlText w:val="•"/>
      <w:lvlJc w:val="left"/>
      <w:pPr>
        <w:ind w:left="8788" w:hanging="318"/>
      </w:pPr>
    </w:lvl>
  </w:abstractNum>
  <w:num w:numId="1" w16cid:durableId="1857964821">
    <w:abstractNumId w:val="8"/>
  </w:num>
  <w:num w:numId="2" w16cid:durableId="1117605191">
    <w:abstractNumId w:val="6"/>
  </w:num>
  <w:num w:numId="3" w16cid:durableId="1969314878">
    <w:abstractNumId w:val="5"/>
  </w:num>
  <w:num w:numId="4" w16cid:durableId="1254362310">
    <w:abstractNumId w:val="4"/>
  </w:num>
  <w:num w:numId="5" w16cid:durableId="500894970">
    <w:abstractNumId w:val="7"/>
  </w:num>
  <w:num w:numId="6" w16cid:durableId="270625468">
    <w:abstractNumId w:val="3"/>
  </w:num>
  <w:num w:numId="7" w16cid:durableId="966814946">
    <w:abstractNumId w:val="2"/>
  </w:num>
  <w:num w:numId="8" w16cid:durableId="1005010392">
    <w:abstractNumId w:val="1"/>
  </w:num>
  <w:num w:numId="9" w16cid:durableId="1531411511">
    <w:abstractNumId w:val="0"/>
  </w:num>
  <w:num w:numId="10" w16cid:durableId="161705857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59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73D2"/>
    <w:rsid w:val="0001014D"/>
    <w:rsid w:val="00034616"/>
    <w:rsid w:val="00055586"/>
    <w:rsid w:val="0006063C"/>
    <w:rsid w:val="000737C2"/>
    <w:rsid w:val="000B1D1B"/>
    <w:rsid w:val="000B6192"/>
    <w:rsid w:val="000C26AB"/>
    <w:rsid w:val="000C4755"/>
    <w:rsid w:val="000D2BB8"/>
    <w:rsid w:val="000D373F"/>
    <w:rsid w:val="00113B4C"/>
    <w:rsid w:val="00117CD4"/>
    <w:rsid w:val="0015074B"/>
    <w:rsid w:val="00152AC9"/>
    <w:rsid w:val="00176BC5"/>
    <w:rsid w:val="001914F1"/>
    <w:rsid w:val="001C396E"/>
    <w:rsid w:val="001D12EE"/>
    <w:rsid w:val="001E73BE"/>
    <w:rsid w:val="001F234C"/>
    <w:rsid w:val="00214744"/>
    <w:rsid w:val="0022132C"/>
    <w:rsid w:val="002245BE"/>
    <w:rsid w:val="00230878"/>
    <w:rsid w:val="00231540"/>
    <w:rsid w:val="002410B6"/>
    <w:rsid w:val="00243771"/>
    <w:rsid w:val="0027796A"/>
    <w:rsid w:val="0029639D"/>
    <w:rsid w:val="002968EF"/>
    <w:rsid w:val="002A72D5"/>
    <w:rsid w:val="002F40E6"/>
    <w:rsid w:val="002F61A5"/>
    <w:rsid w:val="002F61F6"/>
    <w:rsid w:val="002F7022"/>
    <w:rsid w:val="00323CF2"/>
    <w:rsid w:val="00326F90"/>
    <w:rsid w:val="003331C3"/>
    <w:rsid w:val="00335BDC"/>
    <w:rsid w:val="00353549"/>
    <w:rsid w:val="00377542"/>
    <w:rsid w:val="003973B3"/>
    <w:rsid w:val="003B2050"/>
    <w:rsid w:val="004012C8"/>
    <w:rsid w:val="00402D4F"/>
    <w:rsid w:val="004053AE"/>
    <w:rsid w:val="0043434E"/>
    <w:rsid w:val="0047013A"/>
    <w:rsid w:val="004752AD"/>
    <w:rsid w:val="00483463"/>
    <w:rsid w:val="004A1D9B"/>
    <w:rsid w:val="004C221D"/>
    <w:rsid w:val="004E18B3"/>
    <w:rsid w:val="0052327A"/>
    <w:rsid w:val="00565137"/>
    <w:rsid w:val="00565D8F"/>
    <w:rsid w:val="005710A6"/>
    <w:rsid w:val="00591DD7"/>
    <w:rsid w:val="005B4DD6"/>
    <w:rsid w:val="005B5CA6"/>
    <w:rsid w:val="005C63B0"/>
    <w:rsid w:val="00611726"/>
    <w:rsid w:val="006317B3"/>
    <w:rsid w:val="00637324"/>
    <w:rsid w:val="0064582A"/>
    <w:rsid w:val="006768B2"/>
    <w:rsid w:val="006842FF"/>
    <w:rsid w:val="0069269C"/>
    <w:rsid w:val="006A728A"/>
    <w:rsid w:val="006B2274"/>
    <w:rsid w:val="006C770E"/>
    <w:rsid w:val="006C7D77"/>
    <w:rsid w:val="006D59EC"/>
    <w:rsid w:val="006E63D8"/>
    <w:rsid w:val="00737286"/>
    <w:rsid w:val="00744AF6"/>
    <w:rsid w:val="00750610"/>
    <w:rsid w:val="00760505"/>
    <w:rsid w:val="00770F10"/>
    <w:rsid w:val="007B2BA6"/>
    <w:rsid w:val="007B4D55"/>
    <w:rsid w:val="007C7AE8"/>
    <w:rsid w:val="007D0CCB"/>
    <w:rsid w:val="007D26B2"/>
    <w:rsid w:val="007F49CD"/>
    <w:rsid w:val="008000D9"/>
    <w:rsid w:val="00810DFF"/>
    <w:rsid w:val="0083213A"/>
    <w:rsid w:val="00847427"/>
    <w:rsid w:val="0085288D"/>
    <w:rsid w:val="008D1E10"/>
    <w:rsid w:val="008D7380"/>
    <w:rsid w:val="008F29D3"/>
    <w:rsid w:val="00904646"/>
    <w:rsid w:val="00960D4A"/>
    <w:rsid w:val="00976B37"/>
    <w:rsid w:val="009B2E3E"/>
    <w:rsid w:val="009D4EA1"/>
    <w:rsid w:val="009D67CA"/>
    <w:rsid w:val="009E178F"/>
    <w:rsid w:val="009F08FC"/>
    <w:rsid w:val="00A060EE"/>
    <w:rsid w:val="00A336B3"/>
    <w:rsid w:val="00A5764A"/>
    <w:rsid w:val="00AA0BAF"/>
    <w:rsid w:val="00AA1D8D"/>
    <w:rsid w:val="00AD0BC9"/>
    <w:rsid w:val="00B142E9"/>
    <w:rsid w:val="00B33644"/>
    <w:rsid w:val="00B42335"/>
    <w:rsid w:val="00B47730"/>
    <w:rsid w:val="00B61332"/>
    <w:rsid w:val="00B70CF0"/>
    <w:rsid w:val="00B96521"/>
    <w:rsid w:val="00BA3D6C"/>
    <w:rsid w:val="00BD722A"/>
    <w:rsid w:val="00C17B2F"/>
    <w:rsid w:val="00C315B2"/>
    <w:rsid w:val="00C61FAD"/>
    <w:rsid w:val="00C8574F"/>
    <w:rsid w:val="00C93171"/>
    <w:rsid w:val="00CB0664"/>
    <w:rsid w:val="00CC0BA6"/>
    <w:rsid w:val="00CE2F91"/>
    <w:rsid w:val="00CE4491"/>
    <w:rsid w:val="00D03879"/>
    <w:rsid w:val="00D1403C"/>
    <w:rsid w:val="00D14177"/>
    <w:rsid w:val="00D46EA0"/>
    <w:rsid w:val="00D560E4"/>
    <w:rsid w:val="00D72382"/>
    <w:rsid w:val="00D73542"/>
    <w:rsid w:val="00D80334"/>
    <w:rsid w:val="00DA4C32"/>
    <w:rsid w:val="00DB26F5"/>
    <w:rsid w:val="00DE12C6"/>
    <w:rsid w:val="00E1697F"/>
    <w:rsid w:val="00E24CF4"/>
    <w:rsid w:val="00E26F4D"/>
    <w:rsid w:val="00E30F90"/>
    <w:rsid w:val="00E51629"/>
    <w:rsid w:val="00E9382B"/>
    <w:rsid w:val="00EB00F8"/>
    <w:rsid w:val="00EF7FA7"/>
    <w:rsid w:val="00F62C21"/>
    <w:rsid w:val="00F66A4F"/>
    <w:rsid w:val="00F73774"/>
    <w:rsid w:val="00F77207"/>
    <w:rsid w:val="00F809FC"/>
    <w:rsid w:val="00F948FD"/>
    <w:rsid w:val="00FC3B0E"/>
    <w:rsid w:val="00FC693F"/>
    <w:rsid w:val="00FD084A"/>
    <w:rsid w:val="00FD54FC"/>
    <w:rsid w:val="00FE1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062061"/>
  <w14:defaultImageDpi w14:val="300"/>
  <w15:docId w15:val="{8DBF94FB-7EF2-4C53-BEF9-007D9BDA0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color w:val="000000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220" w:after="14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20" w:after="14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keepNext/>
      <w:spacing w:before="220" w:after="14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26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11</Pages>
  <Words>2970</Words>
  <Characters>16038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18971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seleção 2026/2027</dc:title>
  <dc:subject/>
  <dc:creator>IF Goiano - Campus Morrinhos</dc:creator>
  <cp:keywords/>
  <dc:description>generated by python-docx</dc:description>
  <cp:lastModifiedBy>Antonio NECO de Oliveira</cp:lastModifiedBy>
  <cp:revision>136</cp:revision>
  <dcterms:created xsi:type="dcterms:W3CDTF">2013-12-23T23:15:00Z</dcterms:created>
  <dcterms:modified xsi:type="dcterms:W3CDTF">2026-10-29T19:22:00Z</dcterms:modified>
  <cp:category/>
</cp:coreProperties>
</file>