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F3AD82" w14:textId="77777777" w:rsidR="00337A5E" w:rsidRPr="000E4E3C" w:rsidRDefault="00CD734F">
      <w:pPr>
        <w:pStyle w:val="Ttulo"/>
        <w:rPr>
          <w:sz w:val="24"/>
          <w:szCs w:val="48"/>
          <w:lang w:val="pt-BR"/>
        </w:rPr>
      </w:pPr>
      <w:r w:rsidRPr="000E4E3C">
        <w:rPr>
          <w:sz w:val="24"/>
          <w:szCs w:val="48"/>
          <w:lang w:val="pt-BR"/>
        </w:rPr>
        <w:t>ANEXO I</w:t>
      </w:r>
    </w:p>
    <w:p w14:paraId="565415CA" w14:textId="77777777" w:rsidR="00337A5E" w:rsidRPr="00BB76A8" w:rsidRDefault="00CD734F" w:rsidP="001E3B7A">
      <w:pPr>
        <w:pStyle w:val="Ttulo1"/>
        <w:jc w:val="center"/>
        <w:rPr>
          <w:lang w:val="pt-BR"/>
        </w:rPr>
      </w:pPr>
      <w:r w:rsidRPr="00BB76A8">
        <w:rPr>
          <w:lang w:val="pt-BR"/>
        </w:rPr>
        <w:t>FLUXO DE REMANEJAMENTO DE VAGAS RESERVADAS</w:t>
      </w:r>
    </w:p>
    <w:p w14:paraId="668040A5" w14:textId="0164DC20" w:rsidR="00337A5E" w:rsidRPr="00BB76A8" w:rsidRDefault="00CD734F" w:rsidP="001E3B7A">
      <w:pPr>
        <w:jc w:val="both"/>
        <w:rPr>
          <w:lang w:val="pt-BR"/>
        </w:rPr>
      </w:pPr>
      <w:r w:rsidRPr="00BB76A8">
        <w:rPr>
          <w:lang w:val="pt-BR"/>
        </w:rPr>
        <w:t xml:space="preserve">O preenchimento observará primeiro a classificação geral e a ocupação das vagas de ampla concorrência. Nas reservas, será exigida a escolaridade </w:t>
      </w:r>
      <w:r w:rsidR="00E115B5">
        <w:rPr>
          <w:lang w:val="pt-BR"/>
        </w:rPr>
        <w:t>p</w:t>
      </w:r>
      <w:r w:rsidR="005719C3">
        <w:rPr>
          <w:lang w:val="pt-BR"/>
        </w:rPr>
        <w:t>ública</w:t>
      </w:r>
      <w:r w:rsidRPr="00BB76A8">
        <w:rPr>
          <w:lang w:val="pt-BR"/>
        </w:rPr>
        <w:t xml:space="preserve"> do item 3.4 e a comprovação dos requisitos de cada perfil. Após esgotar os candidatos do próprio perfil da vaga, aplicar-se-á a sequência de remanejamento abaixo, respeitada a regulamentação vigente.</w:t>
      </w:r>
    </w:p>
    <w:tbl>
      <w:tblPr>
        <w:tblStyle w:val="Tabelacomgrade"/>
        <w:tblW w:w="0" w:type="auto"/>
        <w:tblLayout w:type="fixed"/>
        <w:tblLook w:val="04A0" w:firstRow="1" w:lastRow="0" w:firstColumn="1" w:lastColumn="0" w:noHBand="0" w:noVBand="1"/>
      </w:tblPr>
      <w:tblGrid>
        <w:gridCol w:w="1928"/>
        <w:gridCol w:w="7710"/>
      </w:tblGrid>
      <w:tr w:rsidR="00337A5E" w:rsidRPr="00BB76A8" w14:paraId="0886D2F3" w14:textId="77777777">
        <w:trPr>
          <w:cantSplit/>
          <w:tblHeader/>
        </w:trPr>
        <w:tc>
          <w:tcPr>
            <w:tcW w:w="1928" w:type="dxa"/>
            <w:shd w:val="clear" w:color="auto" w:fill="E7E6E6"/>
          </w:tcPr>
          <w:p w14:paraId="613CE84F" w14:textId="77777777" w:rsidR="00337A5E" w:rsidRPr="00BB76A8" w:rsidRDefault="00CD734F">
            <w:pPr>
              <w:spacing w:before="80" w:after="80" w:line="252" w:lineRule="auto"/>
              <w:rPr>
                <w:lang w:val="pt-BR"/>
              </w:rPr>
            </w:pPr>
            <w:r w:rsidRPr="00BB76A8">
              <w:rPr>
                <w:b/>
                <w:sz w:val="21"/>
                <w:lang w:val="pt-BR"/>
              </w:rPr>
              <w:t>Vaga remanescente</w:t>
            </w:r>
          </w:p>
        </w:tc>
        <w:tc>
          <w:tcPr>
            <w:tcW w:w="7710" w:type="dxa"/>
            <w:shd w:val="clear" w:color="auto" w:fill="E7E6E6"/>
          </w:tcPr>
          <w:p w14:paraId="78A90DE4" w14:textId="77777777" w:rsidR="00337A5E" w:rsidRPr="00BB76A8" w:rsidRDefault="00CD734F">
            <w:pPr>
              <w:spacing w:before="80" w:after="80" w:line="252" w:lineRule="auto"/>
              <w:rPr>
                <w:lang w:val="pt-BR"/>
              </w:rPr>
            </w:pPr>
            <w:r w:rsidRPr="00BB76A8">
              <w:rPr>
                <w:b/>
                <w:sz w:val="21"/>
                <w:lang w:val="pt-BR"/>
              </w:rPr>
              <w:t>Ordem de remanejamento após esgotamento do perfil</w:t>
            </w:r>
          </w:p>
        </w:tc>
      </w:tr>
      <w:tr w:rsidR="00337A5E" w:rsidRPr="00BB76A8" w14:paraId="33DCEB6B" w14:textId="77777777">
        <w:trPr>
          <w:cantSplit/>
        </w:trPr>
        <w:tc>
          <w:tcPr>
            <w:tcW w:w="1928" w:type="dxa"/>
          </w:tcPr>
          <w:p w14:paraId="37577624" w14:textId="77777777" w:rsidR="00337A5E" w:rsidRPr="00BB76A8" w:rsidRDefault="00CD734F">
            <w:pPr>
              <w:spacing w:before="80" w:after="80" w:line="252" w:lineRule="auto"/>
              <w:rPr>
                <w:lang w:val="pt-BR"/>
              </w:rPr>
            </w:pPr>
            <w:r w:rsidRPr="00BB76A8">
              <w:rPr>
                <w:sz w:val="21"/>
                <w:lang w:val="pt-BR"/>
              </w:rPr>
              <w:t>AC</w:t>
            </w:r>
          </w:p>
        </w:tc>
        <w:tc>
          <w:tcPr>
            <w:tcW w:w="7710" w:type="dxa"/>
          </w:tcPr>
          <w:p w14:paraId="315C0FF5" w14:textId="77777777" w:rsidR="00337A5E" w:rsidRPr="00BB76A8" w:rsidRDefault="00CD734F">
            <w:pPr>
              <w:spacing w:before="80" w:after="80" w:line="252" w:lineRule="auto"/>
              <w:rPr>
                <w:lang w:val="pt-BR"/>
              </w:rPr>
            </w:pPr>
            <w:r w:rsidRPr="00BB76A8">
              <w:rPr>
                <w:sz w:val="21"/>
                <w:lang w:val="pt-BR"/>
              </w:rPr>
              <w:t>Classificação geral, independentemente do perfil de inscrição</w:t>
            </w:r>
          </w:p>
        </w:tc>
      </w:tr>
      <w:tr w:rsidR="00337A5E" w:rsidRPr="00BB76A8" w14:paraId="1C58ECB8" w14:textId="77777777">
        <w:trPr>
          <w:cantSplit/>
        </w:trPr>
        <w:tc>
          <w:tcPr>
            <w:tcW w:w="1928" w:type="dxa"/>
          </w:tcPr>
          <w:p w14:paraId="3D40314D" w14:textId="77777777" w:rsidR="00337A5E" w:rsidRPr="00BB76A8" w:rsidRDefault="00CD734F">
            <w:pPr>
              <w:spacing w:before="80" w:after="80" w:line="252" w:lineRule="auto"/>
              <w:rPr>
                <w:lang w:val="pt-BR"/>
              </w:rPr>
            </w:pPr>
            <w:r w:rsidRPr="00BB76A8">
              <w:rPr>
                <w:sz w:val="21"/>
                <w:lang w:val="pt-BR"/>
              </w:rPr>
              <w:t>LB-EP</w:t>
            </w:r>
          </w:p>
        </w:tc>
        <w:tc>
          <w:tcPr>
            <w:tcW w:w="7710" w:type="dxa"/>
          </w:tcPr>
          <w:p w14:paraId="62B0311C" w14:textId="77777777" w:rsidR="00337A5E" w:rsidRPr="00BB76A8" w:rsidRDefault="00CD734F">
            <w:pPr>
              <w:spacing w:before="80" w:after="80" w:line="252" w:lineRule="auto"/>
              <w:rPr>
                <w:lang w:val="pt-BR"/>
              </w:rPr>
            </w:pPr>
            <w:r w:rsidRPr="00BB76A8">
              <w:rPr>
                <w:sz w:val="21"/>
                <w:lang w:val="pt-BR"/>
              </w:rPr>
              <w:t>LB-PPI → LB-</w:t>
            </w:r>
            <w:proofErr w:type="spellStart"/>
            <w:r w:rsidRPr="00BB76A8">
              <w:rPr>
                <w:sz w:val="21"/>
                <w:lang w:val="pt-BR"/>
              </w:rPr>
              <w:t>PcD</w:t>
            </w:r>
            <w:proofErr w:type="spellEnd"/>
            <w:r w:rsidRPr="00BB76A8">
              <w:rPr>
                <w:sz w:val="21"/>
                <w:lang w:val="pt-BR"/>
              </w:rPr>
              <w:t xml:space="preserve"> → LB-Q → LI-PPI → LI-</w:t>
            </w:r>
            <w:proofErr w:type="spellStart"/>
            <w:r w:rsidRPr="00BB76A8">
              <w:rPr>
                <w:sz w:val="21"/>
                <w:lang w:val="pt-BR"/>
              </w:rPr>
              <w:t>PcD</w:t>
            </w:r>
            <w:proofErr w:type="spellEnd"/>
            <w:r w:rsidRPr="00BB76A8">
              <w:rPr>
                <w:sz w:val="21"/>
                <w:lang w:val="pt-BR"/>
              </w:rPr>
              <w:t xml:space="preserve"> → LI-Q → LI-EP → AC</w:t>
            </w:r>
          </w:p>
        </w:tc>
      </w:tr>
      <w:tr w:rsidR="00337A5E" w:rsidRPr="00BB76A8" w14:paraId="325335FD" w14:textId="77777777">
        <w:trPr>
          <w:cantSplit/>
        </w:trPr>
        <w:tc>
          <w:tcPr>
            <w:tcW w:w="1928" w:type="dxa"/>
          </w:tcPr>
          <w:p w14:paraId="1A7E17C0" w14:textId="77777777" w:rsidR="00337A5E" w:rsidRPr="00BB76A8" w:rsidRDefault="00CD734F">
            <w:pPr>
              <w:spacing w:before="80" w:after="80" w:line="252" w:lineRule="auto"/>
              <w:rPr>
                <w:lang w:val="pt-BR"/>
              </w:rPr>
            </w:pPr>
            <w:r w:rsidRPr="00BB76A8">
              <w:rPr>
                <w:sz w:val="21"/>
                <w:lang w:val="pt-BR"/>
              </w:rPr>
              <w:t>LB-PPI</w:t>
            </w:r>
          </w:p>
        </w:tc>
        <w:tc>
          <w:tcPr>
            <w:tcW w:w="7710" w:type="dxa"/>
          </w:tcPr>
          <w:p w14:paraId="7261F079" w14:textId="77777777" w:rsidR="00337A5E" w:rsidRPr="00BB76A8" w:rsidRDefault="00CD734F">
            <w:pPr>
              <w:spacing w:before="80" w:after="80" w:line="252" w:lineRule="auto"/>
              <w:rPr>
                <w:lang w:val="pt-BR"/>
              </w:rPr>
            </w:pPr>
            <w:r w:rsidRPr="00BB76A8">
              <w:rPr>
                <w:sz w:val="21"/>
                <w:lang w:val="pt-BR"/>
              </w:rPr>
              <w:t>LB-</w:t>
            </w:r>
            <w:proofErr w:type="spellStart"/>
            <w:r w:rsidRPr="00BB76A8">
              <w:rPr>
                <w:sz w:val="21"/>
                <w:lang w:val="pt-BR"/>
              </w:rPr>
              <w:t>PcD</w:t>
            </w:r>
            <w:proofErr w:type="spellEnd"/>
            <w:r w:rsidRPr="00BB76A8">
              <w:rPr>
                <w:sz w:val="21"/>
                <w:lang w:val="pt-BR"/>
              </w:rPr>
              <w:t xml:space="preserve"> → LB-Q → LB-EP → LI-PPI → LI-</w:t>
            </w:r>
            <w:proofErr w:type="spellStart"/>
            <w:r w:rsidRPr="00BB76A8">
              <w:rPr>
                <w:sz w:val="21"/>
                <w:lang w:val="pt-BR"/>
              </w:rPr>
              <w:t>PcD</w:t>
            </w:r>
            <w:proofErr w:type="spellEnd"/>
            <w:r w:rsidRPr="00BB76A8">
              <w:rPr>
                <w:sz w:val="21"/>
                <w:lang w:val="pt-BR"/>
              </w:rPr>
              <w:t xml:space="preserve"> → LI-Q → LI-EP → AC</w:t>
            </w:r>
          </w:p>
        </w:tc>
      </w:tr>
      <w:tr w:rsidR="00337A5E" w:rsidRPr="00BB76A8" w14:paraId="23F97C0E" w14:textId="77777777">
        <w:trPr>
          <w:cantSplit/>
        </w:trPr>
        <w:tc>
          <w:tcPr>
            <w:tcW w:w="1928" w:type="dxa"/>
          </w:tcPr>
          <w:p w14:paraId="3D4AF145" w14:textId="77777777" w:rsidR="00337A5E" w:rsidRPr="00BB76A8" w:rsidRDefault="00CD734F">
            <w:pPr>
              <w:spacing w:before="80" w:after="80" w:line="252" w:lineRule="auto"/>
              <w:rPr>
                <w:lang w:val="pt-BR"/>
              </w:rPr>
            </w:pPr>
            <w:r w:rsidRPr="00BB76A8">
              <w:rPr>
                <w:sz w:val="21"/>
                <w:lang w:val="pt-BR"/>
              </w:rPr>
              <w:t>LB-</w:t>
            </w:r>
            <w:proofErr w:type="spellStart"/>
            <w:r w:rsidRPr="00BB76A8">
              <w:rPr>
                <w:sz w:val="21"/>
                <w:lang w:val="pt-BR"/>
              </w:rPr>
              <w:t>PcD</w:t>
            </w:r>
            <w:proofErr w:type="spellEnd"/>
          </w:p>
        </w:tc>
        <w:tc>
          <w:tcPr>
            <w:tcW w:w="7710" w:type="dxa"/>
          </w:tcPr>
          <w:p w14:paraId="7F16AD0B" w14:textId="77777777" w:rsidR="00337A5E" w:rsidRPr="00BB76A8" w:rsidRDefault="00CD734F">
            <w:pPr>
              <w:spacing w:before="80" w:after="80" w:line="252" w:lineRule="auto"/>
              <w:rPr>
                <w:lang w:val="pt-BR"/>
              </w:rPr>
            </w:pPr>
            <w:r w:rsidRPr="00BB76A8">
              <w:rPr>
                <w:sz w:val="21"/>
                <w:lang w:val="pt-BR"/>
              </w:rPr>
              <w:t>LB-PPI → LB-Q → LB-EP → LI-PPI → LI-</w:t>
            </w:r>
            <w:proofErr w:type="spellStart"/>
            <w:r w:rsidRPr="00BB76A8">
              <w:rPr>
                <w:sz w:val="21"/>
                <w:lang w:val="pt-BR"/>
              </w:rPr>
              <w:t>PcD</w:t>
            </w:r>
            <w:proofErr w:type="spellEnd"/>
            <w:r w:rsidRPr="00BB76A8">
              <w:rPr>
                <w:sz w:val="21"/>
                <w:lang w:val="pt-BR"/>
              </w:rPr>
              <w:t xml:space="preserve"> → LI-Q → LI-EP → AC</w:t>
            </w:r>
          </w:p>
        </w:tc>
      </w:tr>
      <w:tr w:rsidR="00337A5E" w:rsidRPr="00BB76A8" w14:paraId="1436D0F9" w14:textId="77777777">
        <w:trPr>
          <w:cantSplit/>
        </w:trPr>
        <w:tc>
          <w:tcPr>
            <w:tcW w:w="1928" w:type="dxa"/>
          </w:tcPr>
          <w:p w14:paraId="3518DEB5" w14:textId="77777777" w:rsidR="00337A5E" w:rsidRPr="00BB76A8" w:rsidRDefault="00CD734F">
            <w:pPr>
              <w:spacing w:before="80" w:after="80" w:line="252" w:lineRule="auto"/>
              <w:rPr>
                <w:lang w:val="pt-BR"/>
              </w:rPr>
            </w:pPr>
            <w:r w:rsidRPr="00BB76A8">
              <w:rPr>
                <w:sz w:val="21"/>
                <w:lang w:val="pt-BR"/>
              </w:rPr>
              <w:t>LB-Q</w:t>
            </w:r>
          </w:p>
        </w:tc>
        <w:tc>
          <w:tcPr>
            <w:tcW w:w="7710" w:type="dxa"/>
          </w:tcPr>
          <w:p w14:paraId="16249362" w14:textId="77777777" w:rsidR="00337A5E" w:rsidRPr="00BB76A8" w:rsidRDefault="00CD734F">
            <w:pPr>
              <w:spacing w:before="80" w:after="80" w:line="252" w:lineRule="auto"/>
              <w:rPr>
                <w:lang w:val="pt-BR"/>
              </w:rPr>
            </w:pPr>
            <w:r w:rsidRPr="00BB76A8">
              <w:rPr>
                <w:sz w:val="21"/>
                <w:lang w:val="pt-BR"/>
              </w:rPr>
              <w:t>LB-PPI → LB-</w:t>
            </w:r>
            <w:proofErr w:type="spellStart"/>
            <w:r w:rsidRPr="00BB76A8">
              <w:rPr>
                <w:sz w:val="21"/>
                <w:lang w:val="pt-BR"/>
              </w:rPr>
              <w:t>PcD</w:t>
            </w:r>
            <w:proofErr w:type="spellEnd"/>
            <w:r w:rsidRPr="00BB76A8">
              <w:rPr>
                <w:sz w:val="21"/>
                <w:lang w:val="pt-BR"/>
              </w:rPr>
              <w:t xml:space="preserve"> → LB-EP → LI-PPI → LI-</w:t>
            </w:r>
            <w:proofErr w:type="spellStart"/>
            <w:r w:rsidRPr="00BB76A8">
              <w:rPr>
                <w:sz w:val="21"/>
                <w:lang w:val="pt-BR"/>
              </w:rPr>
              <w:t>PcD</w:t>
            </w:r>
            <w:proofErr w:type="spellEnd"/>
            <w:r w:rsidRPr="00BB76A8">
              <w:rPr>
                <w:sz w:val="21"/>
                <w:lang w:val="pt-BR"/>
              </w:rPr>
              <w:t xml:space="preserve"> → LI-Q → LI-EP → AC</w:t>
            </w:r>
          </w:p>
        </w:tc>
      </w:tr>
      <w:tr w:rsidR="00337A5E" w:rsidRPr="00BB76A8" w14:paraId="3707A0A5" w14:textId="77777777">
        <w:trPr>
          <w:cantSplit/>
        </w:trPr>
        <w:tc>
          <w:tcPr>
            <w:tcW w:w="1928" w:type="dxa"/>
          </w:tcPr>
          <w:p w14:paraId="15FBA70B" w14:textId="77777777" w:rsidR="00337A5E" w:rsidRPr="00BB76A8" w:rsidRDefault="00CD734F">
            <w:pPr>
              <w:spacing w:before="80" w:after="80" w:line="252" w:lineRule="auto"/>
              <w:rPr>
                <w:lang w:val="pt-BR"/>
              </w:rPr>
            </w:pPr>
            <w:r w:rsidRPr="00BB76A8">
              <w:rPr>
                <w:sz w:val="21"/>
                <w:lang w:val="pt-BR"/>
              </w:rPr>
              <w:t>LI-EP</w:t>
            </w:r>
          </w:p>
        </w:tc>
        <w:tc>
          <w:tcPr>
            <w:tcW w:w="7710" w:type="dxa"/>
          </w:tcPr>
          <w:p w14:paraId="72440884" w14:textId="77777777" w:rsidR="00337A5E" w:rsidRPr="00BB76A8" w:rsidRDefault="00CD734F">
            <w:pPr>
              <w:spacing w:before="80" w:after="80" w:line="252" w:lineRule="auto"/>
              <w:rPr>
                <w:lang w:val="pt-BR"/>
              </w:rPr>
            </w:pPr>
            <w:r w:rsidRPr="00BB76A8">
              <w:rPr>
                <w:sz w:val="21"/>
                <w:lang w:val="pt-BR"/>
              </w:rPr>
              <w:t>LI-PPI → LI-</w:t>
            </w:r>
            <w:proofErr w:type="spellStart"/>
            <w:r w:rsidRPr="00BB76A8">
              <w:rPr>
                <w:sz w:val="21"/>
                <w:lang w:val="pt-BR"/>
              </w:rPr>
              <w:t>PcD</w:t>
            </w:r>
            <w:proofErr w:type="spellEnd"/>
            <w:r w:rsidRPr="00BB76A8">
              <w:rPr>
                <w:sz w:val="21"/>
                <w:lang w:val="pt-BR"/>
              </w:rPr>
              <w:t xml:space="preserve"> → LI-Q → LB-PPI → LB-</w:t>
            </w:r>
            <w:proofErr w:type="spellStart"/>
            <w:r w:rsidRPr="00BB76A8">
              <w:rPr>
                <w:sz w:val="21"/>
                <w:lang w:val="pt-BR"/>
              </w:rPr>
              <w:t>PcD</w:t>
            </w:r>
            <w:proofErr w:type="spellEnd"/>
            <w:r w:rsidRPr="00BB76A8">
              <w:rPr>
                <w:sz w:val="21"/>
                <w:lang w:val="pt-BR"/>
              </w:rPr>
              <w:t xml:space="preserve"> → LB-Q → LB-EP → AC</w:t>
            </w:r>
          </w:p>
        </w:tc>
      </w:tr>
      <w:tr w:rsidR="00337A5E" w:rsidRPr="00BB76A8" w14:paraId="51361268" w14:textId="77777777">
        <w:trPr>
          <w:cantSplit/>
        </w:trPr>
        <w:tc>
          <w:tcPr>
            <w:tcW w:w="1928" w:type="dxa"/>
          </w:tcPr>
          <w:p w14:paraId="3AAABAF9" w14:textId="77777777" w:rsidR="00337A5E" w:rsidRPr="00BB76A8" w:rsidRDefault="00CD734F">
            <w:pPr>
              <w:spacing w:before="80" w:after="80" w:line="252" w:lineRule="auto"/>
              <w:rPr>
                <w:lang w:val="pt-BR"/>
              </w:rPr>
            </w:pPr>
            <w:r w:rsidRPr="00BB76A8">
              <w:rPr>
                <w:sz w:val="21"/>
                <w:lang w:val="pt-BR"/>
              </w:rPr>
              <w:t>LI-PPI</w:t>
            </w:r>
          </w:p>
        </w:tc>
        <w:tc>
          <w:tcPr>
            <w:tcW w:w="7710" w:type="dxa"/>
          </w:tcPr>
          <w:p w14:paraId="42D3C4EA" w14:textId="77777777" w:rsidR="00337A5E" w:rsidRPr="00BB76A8" w:rsidRDefault="00CD734F">
            <w:pPr>
              <w:spacing w:before="80" w:after="80" w:line="252" w:lineRule="auto"/>
              <w:rPr>
                <w:lang w:val="pt-BR"/>
              </w:rPr>
            </w:pPr>
            <w:r w:rsidRPr="00BB76A8">
              <w:rPr>
                <w:sz w:val="21"/>
                <w:lang w:val="pt-BR"/>
              </w:rPr>
              <w:t>LI-</w:t>
            </w:r>
            <w:proofErr w:type="spellStart"/>
            <w:r w:rsidRPr="00BB76A8">
              <w:rPr>
                <w:sz w:val="21"/>
                <w:lang w:val="pt-BR"/>
              </w:rPr>
              <w:t>PcD</w:t>
            </w:r>
            <w:proofErr w:type="spellEnd"/>
            <w:r w:rsidRPr="00BB76A8">
              <w:rPr>
                <w:sz w:val="21"/>
                <w:lang w:val="pt-BR"/>
              </w:rPr>
              <w:t xml:space="preserve"> → LI-Q → LI-EP → LB-PPI → LB-</w:t>
            </w:r>
            <w:proofErr w:type="spellStart"/>
            <w:r w:rsidRPr="00BB76A8">
              <w:rPr>
                <w:sz w:val="21"/>
                <w:lang w:val="pt-BR"/>
              </w:rPr>
              <w:t>PcD</w:t>
            </w:r>
            <w:proofErr w:type="spellEnd"/>
            <w:r w:rsidRPr="00BB76A8">
              <w:rPr>
                <w:sz w:val="21"/>
                <w:lang w:val="pt-BR"/>
              </w:rPr>
              <w:t xml:space="preserve"> → LB-Q → LB-EP → AC</w:t>
            </w:r>
          </w:p>
        </w:tc>
      </w:tr>
      <w:tr w:rsidR="00337A5E" w:rsidRPr="00BB76A8" w14:paraId="29B45C2E" w14:textId="77777777">
        <w:trPr>
          <w:cantSplit/>
        </w:trPr>
        <w:tc>
          <w:tcPr>
            <w:tcW w:w="1928" w:type="dxa"/>
          </w:tcPr>
          <w:p w14:paraId="226D11F9" w14:textId="77777777" w:rsidR="00337A5E" w:rsidRPr="00BB76A8" w:rsidRDefault="00CD734F">
            <w:pPr>
              <w:spacing w:before="80" w:after="80" w:line="252" w:lineRule="auto"/>
              <w:rPr>
                <w:lang w:val="pt-BR"/>
              </w:rPr>
            </w:pPr>
            <w:r w:rsidRPr="00BB76A8">
              <w:rPr>
                <w:sz w:val="21"/>
                <w:lang w:val="pt-BR"/>
              </w:rPr>
              <w:t>LI-</w:t>
            </w:r>
            <w:proofErr w:type="spellStart"/>
            <w:r w:rsidRPr="00BB76A8">
              <w:rPr>
                <w:sz w:val="21"/>
                <w:lang w:val="pt-BR"/>
              </w:rPr>
              <w:t>PcD</w:t>
            </w:r>
            <w:proofErr w:type="spellEnd"/>
          </w:p>
        </w:tc>
        <w:tc>
          <w:tcPr>
            <w:tcW w:w="7710" w:type="dxa"/>
          </w:tcPr>
          <w:p w14:paraId="4D575067" w14:textId="77777777" w:rsidR="00337A5E" w:rsidRPr="00BB76A8" w:rsidRDefault="00CD734F">
            <w:pPr>
              <w:spacing w:before="80" w:after="80" w:line="252" w:lineRule="auto"/>
              <w:rPr>
                <w:lang w:val="pt-BR"/>
              </w:rPr>
            </w:pPr>
            <w:r w:rsidRPr="00BB76A8">
              <w:rPr>
                <w:sz w:val="21"/>
                <w:lang w:val="pt-BR"/>
              </w:rPr>
              <w:t>LI-PPI → LI-Q → LI-EP → LB-PPI → LB-</w:t>
            </w:r>
            <w:proofErr w:type="spellStart"/>
            <w:r w:rsidRPr="00BB76A8">
              <w:rPr>
                <w:sz w:val="21"/>
                <w:lang w:val="pt-BR"/>
              </w:rPr>
              <w:t>PcD</w:t>
            </w:r>
            <w:proofErr w:type="spellEnd"/>
            <w:r w:rsidRPr="00BB76A8">
              <w:rPr>
                <w:sz w:val="21"/>
                <w:lang w:val="pt-BR"/>
              </w:rPr>
              <w:t xml:space="preserve"> → LB-Q → LB-EP → AC</w:t>
            </w:r>
          </w:p>
        </w:tc>
      </w:tr>
      <w:tr w:rsidR="00337A5E" w:rsidRPr="00BB76A8" w14:paraId="3674C1CC" w14:textId="77777777">
        <w:trPr>
          <w:cantSplit/>
        </w:trPr>
        <w:tc>
          <w:tcPr>
            <w:tcW w:w="1928" w:type="dxa"/>
          </w:tcPr>
          <w:p w14:paraId="0741259C" w14:textId="77777777" w:rsidR="00337A5E" w:rsidRPr="00BB76A8" w:rsidRDefault="00CD734F">
            <w:pPr>
              <w:spacing w:before="80" w:after="80" w:line="252" w:lineRule="auto"/>
              <w:rPr>
                <w:lang w:val="pt-BR"/>
              </w:rPr>
            </w:pPr>
            <w:r w:rsidRPr="00BB76A8">
              <w:rPr>
                <w:sz w:val="21"/>
                <w:lang w:val="pt-BR"/>
              </w:rPr>
              <w:t>LI-Q</w:t>
            </w:r>
          </w:p>
        </w:tc>
        <w:tc>
          <w:tcPr>
            <w:tcW w:w="7710" w:type="dxa"/>
          </w:tcPr>
          <w:p w14:paraId="694C7D6E" w14:textId="77777777" w:rsidR="00337A5E" w:rsidRPr="00BB76A8" w:rsidRDefault="00CD734F">
            <w:pPr>
              <w:spacing w:before="80" w:after="80" w:line="252" w:lineRule="auto"/>
              <w:rPr>
                <w:lang w:val="pt-BR"/>
              </w:rPr>
            </w:pPr>
            <w:r w:rsidRPr="00BB76A8">
              <w:rPr>
                <w:sz w:val="21"/>
                <w:lang w:val="pt-BR"/>
              </w:rPr>
              <w:t>LI-PPI → LI-</w:t>
            </w:r>
            <w:proofErr w:type="spellStart"/>
            <w:r w:rsidRPr="00BB76A8">
              <w:rPr>
                <w:sz w:val="21"/>
                <w:lang w:val="pt-BR"/>
              </w:rPr>
              <w:t>PcD</w:t>
            </w:r>
            <w:proofErr w:type="spellEnd"/>
            <w:r w:rsidRPr="00BB76A8">
              <w:rPr>
                <w:sz w:val="21"/>
                <w:lang w:val="pt-BR"/>
              </w:rPr>
              <w:t xml:space="preserve"> → LI-EP → LB-PPI → LB-</w:t>
            </w:r>
            <w:proofErr w:type="spellStart"/>
            <w:r w:rsidRPr="00BB76A8">
              <w:rPr>
                <w:sz w:val="21"/>
                <w:lang w:val="pt-BR"/>
              </w:rPr>
              <w:t>PcD</w:t>
            </w:r>
            <w:proofErr w:type="spellEnd"/>
            <w:r w:rsidRPr="00BB76A8">
              <w:rPr>
                <w:sz w:val="21"/>
                <w:lang w:val="pt-BR"/>
              </w:rPr>
              <w:t xml:space="preserve"> → LB-Q → LB-EP → AC</w:t>
            </w:r>
          </w:p>
        </w:tc>
      </w:tr>
    </w:tbl>
    <w:p w14:paraId="5D55F924" w14:textId="77777777" w:rsidR="005D2D46" w:rsidRDefault="005D2D46" w:rsidP="001E3B7A">
      <w:pPr>
        <w:jc w:val="both"/>
        <w:rPr>
          <w:lang w:val="pt-BR"/>
        </w:rPr>
      </w:pPr>
    </w:p>
    <w:p w14:paraId="383B8AF9" w14:textId="583AA843" w:rsidR="00337A5E" w:rsidRDefault="00CD734F" w:rsidP="001E3B7A">
      <w:pPr>
        <w:jc w:val="both"/>
        <w:rPr>
          <w:lang w:val="pt-BR"/>
        </w:rPr>
      </w:pPr>
      <w:r w:rsidRPr="00BB76A8">
        <w:rPr>
          <w:lang w:val="pt-BR"/>
        </w:rPr>
        <w:t>Cada convocação deverá indicar a origem da vaga e a modalidade de ocupação. A pessoa convocada deverá atender às condições do perfil em que efetivamente ocupar a vaga, sem duplicidade de matrícula.</w:t>
      </w:r>
    </w:p>
    <w:p w14:paraId="694E687C" w14:textId="000B4593" w:rsidR="000E4E3C" w:rsidRDefault="000E4E3C">
      <w:pPr>
        <w:spacing w:after="200"/>
        <w:rPr>
          <w:lang w:val="pt-BR"/>
        </w:rPr>
      </w:pPr>
      <w:r>
        <w:rPr>
          <w:lang w:val="pt-BR"/>
        </w:rPr>
        <w:br w:type="page"/>
      </w:r>
    </w:p>
    <w:p w14:paraId="7E68A5B6" w14:textId="77777777" w:rsidR="00337A5E" w:rsidRPr="000E4E3C" w:rsidRDefault="00CD734F">
      <w:pPr>
        <w:pStyle w:val="Ttulo"/>
        <w:rPr>
          <w:sz w:val="24"/>
          <w:szCs w:val="48"/>
          <w:lang w:val="pt-BR"/>
        </w:rPr>
      </w:pPr>
      <w:r w:rsidRPr="000E4E3C">
        <w:rPr>
          <w:sz w:val="24"/>
          <w:szCs w:val="48"/>
          <w:lang w:val="pt-BR"/>
        </w:rPr>
        <w:lastRenderedPageBreak/>
        <w:t>ANEXO II</w:t>
      </w:r>
    </w:p>
    <w:p w14:paraId="0FAA35D3" w14:textId="77777777" w:rsidR="00337A5E" w:rsidRDefault="00CD734F" w:rsidP="001E3B7A">
      <w:pPr>
        <w:pStyle w:val="Ttulo1"/>
        <w:jc w:val="center"/>
        <w:rPr>
          <w:rFonts w:ascii="Arial" w:hAnsi="Arial" w:cs="Arial"/>
          <w:sz w:val="22"/>
          <w:szCs w:val="22"/>
          <w:lang w:val="pt-BR"/>
        </w:rPr>
      </w:pPr>
      <w:r w:rsidRPr="000E4E3C">
        <w:rPr>
          <w:rFonts w:ascii="Arial" w:hAnsi="Arial" w:cs="Arial"/>
          <w:sz w:val="22"/>
          <w:szCs w:val="22"/>
          <w:lang w:val="pt-BR"/>
        </w:rPr>
        <w:t>DOCUMENTOS PARA COMPROVAÇÃO DAS COTAS</w:t>
      </w:r>
    </w:p>
    <w:p w14:paraId="54DE7EB8" w14:textId="77777777" w:rsidR="000E4E3C" w:rsidRPr="000E4E3C" w:rsidRDefault="000E4E3C" w:rsidP="000E4E3C">
      <w:pPr>
        <w:rPr>
          <w:lang w:val="pt-BR"/>
        </w:rPr>
      </w:pPr>
    </w:p>
    <w:p w14:paraId="10022051" w14:textId="76975F98" w:rsidR="00337A5E" w:rsidRPr="000E4E3C" w:rsidRDefault="00CD734F" w:rsidP="001E3B7A">
      <w:pPr>
        <w:jc w:val="both"/>
        <w:rPr>
          <w:rFonts w:cs="Arial"/>
          <w:sz w:val="22"/>
          <w:lang w:val="pt-BR"/>
        </w:rPr>
      </w:pPr>
      <w:r w:rsidRPr="000E4E3C">
        <w:rPr>
          <w:rFonts w:cs="Arial"/>
          <w:sz w:val="22"/>
          <w:lang w:val="pt-BR"/>
        </w:rPr>
        <w:t xml:space="preserve">A comprovação ocorrerá na matrícula, após o </w:t>
      </w:r>
      <w:proofErr w:type="gramStart"/>
      <w:r w:rsidRPr="000E4E3C">
        <w:rPr>
          <w:rFonts w:cs="Arial"/>
          <w:sz w:val="22"/>
          <w:lang w:val="pt-BR"/>
        </w:rPr>
        <w:t>resultado final</w:t>
      </w:r>
      <w:proofErr w:type="gramEnd"/>
      <w:r w:rsidRPr="000E4E3C">
        <w:rPr>
          <w:rFonts w:cs="Arial"/>
          <w:sz w:val="22"/>
          <w:lang w:val="pt-BR"/>
        </w:rPr>
        <w:t xml:space="preserve">. Todos apresentarão a documentação geral do item 8.2. Nos perfis reservados, a escolaridade </w:t>
      </w:r>
      <w:r w:rsidR="005719C3" w:rsidRPr="000E4E3C">
        <w:rPr>
          <w:rFonts w:cs="Arial"/>
          <w:sz w:val="22"/>
          <w:lang w:val="pt-BR"/>
        </w:rPr>
        <w:t>pública</w:t>
      </w:r>
      <w:r w:rsidRPr="000E4E3C">
        <w:rPr>
          <w:rFonts w:cs="Arial"/>
          <w:sz w:val="22"/>
          <w:lang w:val="pt-BR"/>
        </w:rPr>
        <w:t xml:space="preserve"> corresponde à conclusão integral do ensino médio nas instituições admitidas no item 3.4.</w:t>
      </w:r>
    </w:p>
    <w:tbl>
      <w:tblPr>
        <w:tblStyle w:val="Tabelacomgrade"/>
        <w:tblW w:w="0" w:type="auto"/>
        <w:tblLayout w:type="fixed"/>
        <w:tblLook w:val="04A0" w:firstRow="1" w:lastRow="0" w:firstColumn="1" w:lastColumn="0" w:noHBand="0" w:noVBand="1"/>
      </w:tblPr>
      <w:tblGrid>
        <w:gridCol w:w="1304"/>
        <w:gridCol w:w="8334"/>
      </w:tblGrid>
      <w:tr w:rsidR="00337A5E" w:rsidRPr="000E4E3C" w14:paraId="28F10129" w14:textId="77777777">
        <w:trPr>
          <w:cantSplit/>
          <w:tblHeader/>
        </w:trPr>
        <w:tc>
          <w:tcPr>
            <w:tcW w:w="1304" w:type="dxa"/>
            <w:shd w:val="clear" w:color="auto" w:fill="E7E6E6"/>
          </w:tcPr>
          <w:p w14:paraId="3C9E860A" w14:textId="77777777" w:rsidR="00337A5E" w:rsidRPr="000E4E3C" w:rsidRDefault="00CD734F">
            <w:pPr>
              <w:spacing w:before="80" w:after="80" w:line="252" w:lineRule="auto"/>
              <w:rPr>
                <w:rFonts w:cs="Arial"/>
                <w:sz w:val="22"/>
                <w:lang w:val="pt-BR"/>
              </w:rPr>
            </w:pPr>
            <w:r w:rsidRPr="000E4E3C">
              <w:rPr>
                <w:rFonts w:cs="Arial"/>
                <w:b/>
                <w:sz w:val="22"/>
                <w:lang w:val="pt-BR"/>
              </w:rPr>
              <w:t>Perfil</w:t>
            </w:r>
          </w:p>
        </w:tc>
        <w:tc>
          <w:tcPr>
            <w:tcW w:w="8334" w:type="dxa"/>
            <w:shd w:val="clear" w:color="auto" w:fill="E7E6E6"/>
          </w:tcPr>
          <w:p w14:paraId="2888F378" w14:textId="77777777" w:rsidR="00337A5E" w:rsidRPr="000E4E3C" w:rsidRDefault="00CD734F">
            <w:pPr>
              <w:spacing w:before="80" w:after="80" w:line="252" w:lineRule="auto"/>
              <w:rPr>
                <w:rFonts w:cs="Arial"/>
                <w:sz w:val="22"/>
                <w:lang w:val="pt-BR"/>
              </w:rPr>
            </w:pPr>
            <w:r w:rsidRPr="000E4E3C">
              <w:rPr>
                <w:rFonts w:cs="Arial"/>
                <w:b/>
                <w:sz w:val="22"/>
                <w:lang w:val="pt-BR"/>
              </w:rPr>
              <w:t>Documentos específicos</w:t>
            </w:r>
          </w:p>
        </w:tc>
      </w:tr>
      <w:tr w:rsidR="00337A5E" w:rsidRPr="000E4E3C" w14:paraId="741477F5" w14:textId="77777777">
        <w:trPr>
          <w:cantSplit/>
        </w:trPr>
        <w:tc>
          <w:tcPr>
            <w:tcW w:w="1304" w:type="dxa"/>
          </w:tcPr>
          <w:p w14:paraId="40C64F12" w14:textId="77777777" w:rsidR="00337A5E" w:rsidRPr="000E4E3C" w:rsidRDefault="00CD734F">
            <w:pPr>
              <w:spacing w:before="80" w:after="80" w:line="252" w:lineRule="auto"/>
              <w:rPr>
                <w:rFonts w:cs="Arial"/>
                <w:sz w:val="22"/>
                <w:lang w:val="pt-BR"/>
              </w:rPr>
            </w:pPr>
            <w:r w:rsidRPr="000E4E3C">
              <w:rPr>
                <w:rFonts w:cs="Arial"/>
                <w:sz w:val="22"/>
                <w:lang w:val="pt-BR"/>
              </w:rPr>
              <w:t>LI-EP</w:t>
            </w:r>
          </w:p>
        </w:tc>
        <w:tc>
          <w:tcPr>
            <w:tcW w:w="8334" w:type="dxa"/>
          </w:tcPr>
          <w:p w14:paraId="12D442D4" w14:textId="42B5ED96" w:rsidR="00337A5E" w:rsidRPr="000E4E3C" w:rsidRDefault="00CD734F">
            <w:pPr>
              <w:spacing w:before="80" w:after="80" w:line="252" w:lineRule="auto"/>
              <w:rPr>
                <w:rFonts w:cs="Arial"/>
                <w:sz w:val="22"/>
                <w:lang w:val="pt-BR"/>
              </w:rPr>
            </w:pPr>
            <w:r w:rsidRPr="000E4E3C">
              <w:rPr>
                <w:rFonts w:cs="Arial"/>
                <w:sz w:val="22"/>
                <w:lang w:val="pt-BR"/>
              </w:rPr>
              <w:t xml:space="preserve">Histórico ou documento equivalente que comprove o percurso integral </w:t>
            </w:r>
            <w:r w:rsidR="005719C3" w:rsidRPr="000E4E3C">
              <w:rPr>
                <w:rFonts w:cs="Arial"/>
                <w:sz w:val="22"/>
                <w:lang w:val="pt-BR"/>
              </w:rPr>
              <w:t>pública</w:t>
            </w:r>
            <w:r w:rsidRPr="000E4E3C">
              <w:rPr>
                <w:rFonts w:cs="Arial"/>
                <w:sz w:val="22"/>
                <w:lang w:val="pt-BR"/>
              </w:rPr>
              <w:t xml:space="preserve"> do ensino médio.</w:t>
            </w:r>
          </w:p>
        </w:tc>
      </w:tr>
      <w:tr w:rsidR="00337A5E" w:rsidRPr="000E4E3C" w14:paraId="4AA5A6BC" w14:textId="77777777">
        <w:trPr>
          <w:cantSplit/>
        </w:trPr>
        <w:tc>
          <w:tcPr>
            <w:tcW w:w="1304" w:type="dxa"/>
          </w:tcPr>
          <w:p w14:paraId="504AF401" w14:textId="77777777" w:rsidR="00337A5E" w:rsidRPr="000E4E3C" w:rsidRDefault="00CD734F">
            <w:pPr>
              <w:spacing w:before="80" w:after="80" w:line="252" w:lineRule="auto"/>
              <w:rPr>
                <w:rFonts w:cs="Arial"/>
                <w:sz w:val="22"/>
                <w:lang w:val="pt-BR"/>
              </w:rPr>
            </w:pPr>
            <w:r w:rsidRPr="000E4E3C">
              <w:rPr>
                <w:rFonts w:cs="Arial"/>
                <w:sz w:val="22"/>
                <w:lang w:val="pt-BR"/>
              </w:rPr>
              <w:t>LI-PPI</w:t>
            </w:r>
          </w:p>
        </w:tc>
        <w:tc>
          <w:tcPr>
            <w:tcW w:w="8334" w:type="dxa"/>
          </w:tcPr>
          <w:p w14:paraId="667FA9E5" w14:textId="77777777" w:rsidR="00337A5E" w:rsidRPr="000E4E3C" w:rsidRDefault="00CD734F">
            <w:pPr>
              <w:spacing w:before="80" w:after="80" w:line="252" w:lineRule="auto"/>
              <w:rPr>
                <w:rFonts w:cs="Arial"/>
                <w:sz w:val="22"/>
                <w:lang w:val="pt-BR"/>
              </w:rPr>
            </w:pPr>
            <w:r w:rsidRPr="000E4E3C">
              <w:rPr>
                <w:rFonts w:cs="Arial"/>
                <w:sz w:val="22"/>
                <w:lang w:val="pt-BR"/>
              </w:rPr>
              <w:t>Comprovação de escolaridade; para preto ou pardo, Anexo V e heteroidentificação; para indígena, Anexo VII ou RANI ou documento oficial da Funai.</w:t>
            </w:r>
          </w:p>
        </w:tc>
      </w:tr>
      <w:tr w:rsidR="00337A5E" w:rsidRPr="000E4E3C" w14:paraId="21DA3932" w14:textId="77777777">
        <w:trPr>
          <w:cantSplit/>
        </w:trPr>
        <w:tc>
          <w:tcPr>
            <w:tcW w:w="1304" w:type="dxa"/>
          </w:tcPr>
          <w:p w14:paraId="4FFA4D64" w14:textId="77777777" w:rsidR="00337A5E" w:rsidRPr="000E4E3C" w:rsidRDefault="00CD734F">
            <w:pPr>
              <w:spacing w:before="80" w:after="80" w:line="252" w:lineRule="auto"/>
              <w:rPr>
                <w:rFonts w:cs="Arial"/>
                <w:sz w:val="22"/>
                <w:lang w:val="pt-BR"/>
              </w:rPr>
            </w:pPr>
            <w:r w:rsidRPr="000E4E3C">
              <w:rPr>
                <w:rFonts w:cs="Arial"/>
                <w:sz w:val="22"/>
                <w:lang w:val="pt-BR"/>
              </w:rPr>
              <w:t>LI-</w:t>
            </w:r>
            <w:proofErr w:type="spellStart"/>
            <w:r w:rsidRPr="000E4E3C">
              <w:rPr>
                <w:rFonts w:cs="Arial"/>
                <w:sz w:val="22"/>
                <w:lang w:val="pt-BR"/>
              </w:rPr>
              <w:t>PcD</w:t>
            </w:r>
            <w:proofErr w:type="spellEnd"/>
          </w:p>
        </w:tc>
        <w:tc>
          <w:tcPr>
            <w:tcW w:w="8334" w:type="dxa"/>
          </w:tcPr>
          <w:p w14:paraId="5077E006" w14:textId="77777777" w:rsidR="00337A5E" w:rsidRPr="000E4E3C" w:rsidRDefault="00CD734F">
            <w:pPr>
              <w:spacing w:before="80" w:after="80" w:line="252" w:lineRule="auto"/>
              <w:rPr>
                <w:rFonts w:cs="Arial"/>
                <w:sz w:val="22"/>
                <w:lang w:val="pt-BR"/>
              </w:rPr>
            </w:pPr>
            <w:r w:rsidRPr="000E4E3C">
              <w:rPr>
                <w:rFonts w:cs="Arial"/>
                <w:sz w:val="22"/>
                <w:lang w:val="pt-BR"/>
              </w:rPr>
              <w:t>Comprovação de escolaridade e laudo ou relatório do Anexo IV ou equivalente, com exames pertinentes.</w:t>
            </w:r>
          </w:p>
        </w:tc>
      </w:tr>
      <w:tr w:rsidR="00337A5E" w:rsidRPr="000E4E3C" w14:paraId="5CBC07D3" w14:textId="77777777">
        <w:trPr>
          <w:cantSplit/>
        </w:trPr>
        <w:tc>
          <w:tcPr>
            <w:tcW w:w="1304" w:type="dxa"/>
          </w:tcPr>
          <w:p w14:paraId="4BD10609" w14:textId="77777777" w:rsidR="00337A5E" w:rsidRPr="000E4E3C" w:rsidRDefault="00CD734F">
            <w:pPr>
              <w:spacing w:before="80" w:after="80" w:line="252" w:lineRule="auto"/>
              <w:rPr>
                <w:rFonts w:cs="Arial"/>
                <w:sz w:val="22"/>
                <w:lang w:val="pt-BR"/>
              </w:rPr>
            </w:pPr>
            <w:r w:rsidRPr="000E4E3C">
              <w:rPr>
                <w:rFonts w:cs="Arial"/>
                <w:sz w:val="22"/>
                <w:lang w:val="pt-BR"/>
              </w:rPr>
              <w:t>LI-Q</w:t>
            </w:r>
          </w:p>
        </w:tc>
        <w:tc>
          <w:tcPr>
            <w:tcW w:w="8334" w:type="dxa"/>
          </w:tcPr>
          <w:p w14:paraId="2CE15D10" w14:textId="77777777" w:rsidR="00337A5E" w:rsidRPr="000E4E3C" w:rsidRDefault="00CD734F">
            <w:pPr>
              <w:spacing w:before="80" w:after="80" w:line="252" w:lineRule="auto"/>
              <w:rPr>
                <w:rFonts w:cs="Arial"/>
                <w:sz w:val="22"/>
                <w:lang w:val="pt-BR"/>
              </w:rPr>
            </w:pPr>
            <w:r w:rsidRPr="000E4E3C">
              <w:rPr>
                <w:rFonts w:cs="Arial"/>
                <w:sz w:val="22"/>
                <w:lang w:val="pt-BR"/>
              </w:rPr>
              <w:t>Comprovação de escolaridade e declaração de pertencimento quilombola do Anexo VI.</w:t>
            </w:r>
          </w:p>
        </w:tc>
      </w:tr>
      <w:tr w:rsidR="00337A5E" w:rsidRPr="000E4E3C" w14:paraId="5DF96CA1" w14:textId="77777777">
        <w:trPr>
          <w:cantSplit/>
        </w:trPr>
        <w:tc>
          <w:tcPr>
            <w:tcW w:w="1304" w:type="dxa"/>
          </w:tcPr>
          <w:p w14:paraId="348521C3" w14:textId="77777777" w:rsidR="00337A5E" w:rsidRPr="000E4E3C" w:rsidRDefault="00CD734F">
            <w:pPr>
              <w:spacing w:before="80" w:after="80" w:line="252" w:lineRule="auto"/>
              <w:rPr>
                <w:rFonts w:cs="Arial"/>
                <w:sz w:val="22"/>
                <w:lang w:val="pt-BR"/>
              </w:rPr>
            </w:pPr>
            <w:r w:rsidRPr="000E4E3C">
              <w:rPr>
                <w:rFonts w:cs="Arial"/>
                <w:sz w:val="22"/>
                <w:lang w:val="pt-BR"/>
              </w:rPr>
              <w:t>LB-EP</w:t>
            </w:r>
          </w:p>
        </w:tc>
        <w:tc>
          <w:tcPr>
            <w:tcW w:w="8334" w:type="dxa"/>
          </w:tcPr>
          <w:p w14:paraId="726D1632" w14:textId="77777777" w:rsidR="00337A5E" w:rsidRPr="000E4E3C" w:rsidRDefault="00CD734F">
            <w:pPr>
              <w:spacing w:before="80" w:after="80" w:line="252" w:lineRule="auto"/>
              <w:rPr>
                <w:rFonts w:cs="Arial"/>
                <w:sz w:val="22"/>
                <w:lang w:val="pt-BR"/>
              </w:rPr>
            </w:pPr>
            <w:r w:rsidRPr="000E4E3C">
              <w:rPr>
                <w:rFonts w:cs="Arial"/>
                <w:sz w:val="22"/>
                <w:lang w:val="pt-BR"/>
              </w:rPr>
              <w:t>Documentos de LI-EP e comprovação de baixa renda.</w:t>
            </w:r>
          </w:p>
        </w:tc>
      </w:tr>
      <w:tr w:rsidR="00337A5E" w:rsidRPr="000E4E3C" w14:paraId="385CB8BF" w14:textId="77777777">
        <w:trPr>
          <w:cantSplit/>
        </w:trPr>
        <w:tc>
          <w:tcPr>
            <w:tcW w:w="1304" w:type="dxa"/>
          </w:tcPr>
          <w:p w14:paraId="44C94F0E" w14:textId="77777777" w:rsidR="00337A5E" w:rsidRPr="000E4E3C" w:rsidRDefault="00CD734F">
            <w:pPr>
              <w:spacing w:before="80" w:after="80" w:line="252" w:lineRule="auto"/>
              <w:rPr>
                <w:rFonts w:cs="Arial"/>
                <w:sz w:val="22"/>
                <w:lang w:val="pt-BR"/>
              </w:rPr>
            </w:pPr>
            <w:r w:rsidRPr="000E4E3C">
              <w:rPr>
                <w:rFonts w:cs="Arial"/>
                <w:sz w:val="22"/>
                <w:lang w:val="pt-BR"/>
              </w:rPr>
              <w:t>LB-PPI</w:t>
            </w:r>
          </w:p>
        </w:tc>
        <w:tc>
          <w:tcPr>
            <w:tcW w:w="8334" w:type="dxa"/>
          </w:tcPr>
          <w:p w14:paraId="79EA9B82" w14:textId="77777777" w:rsidR="00337A5E" w:rsidRPr="000E4E3C" w:rsidRDefault="00CD734F">
            <w:pPr>
              <w:spacing w:before="80" w:after="80" w:line="252" w:lineRule="auto"/>
              <w:rPr>
                <w:rFonts w:cs="Arial"/>
                <w:sz w:val="22"/>
                <w:lang w:val="pt-BR"/>
              </w:rPr>
            </w:pPr>
            <w:r w:rsidRPr="000E4E3C">
              <w:rPr>
                <w:rFonts w:cs="Arial"/>
                <w:sz w:val="22"/>
                <w:lang w:val="pt-BR"/>
              </w:rPr>
              <w:t>Documentos de LI-PPI e comprovação de baixa renda.</w:t>
            </w:r>
          </w:p>
        </w:tc>
      </w:tr>
      <w:tr w:rsidR="00337A5E" w:rsidRPr="000E4E3C" w14:paraId="52B999C9" w14:textId="77777777">
        <w:trPr>
          <w:cantSplit/>
        </w:trPr>
        <w:tc>
          <w:tcPr>
            <w:tcW w:w="1304" w:type="dxa"/>
          </w:tcPr>
          <w:p w14:paraId="58284E3A" w14:textId="77777777" w:rsidR="00337A5E" w:rsidRPr="000E4E3C" w:rsidRDefault="00CD734F">
            <w:pPr>
              <w:spacing w:before="80" w:after="80" w:line="252" w:lineRule="auto"/>
              <w:rPr>
                <w:rFonts w:cs="Arial"/>
                <w:sz w:val="22"/>
                <w:lang w:val="pt-BR"/>
              </w:rPr>
            </w:pPr>
            <w:r w:rsidRPr="000E4E3C">
              <w:rPr>
                <w:rFonts w:cs="Arial"/>
                <w:sz w:val="22"/>
                <w:lang w:val="pt-BR"/>
              </w:rPr>
              <w:t>LB-</w:t>
            </w:r>
            <w:proofErr w:type="spellStart"/>
            <w:r w:rsidRPr="000E4E3C">
              <w:rPr>
                <w:rFonts w:cs="Arial"/>
                <w:sz w:val="22"/>
                <w:lang w:val="pt-BR"/>
              </w:rPr>
              <w:t>PcD</w:t>
            </w:r>
            <w:proofErr w:type="spellEnd"/>
          </w:p>
        </w:tc>
        <w:tc>
          <w:tcPr>
            <w:tcW w:w="8334" w:type="dxa"/>
          </w:tcPr>
          <w:p w14:paraId="1D4DF4EB" w14:textId="77777777" w:rsidR="00337A5E" w:rsidRPr="000E4E3C" w:rsidRDefault="00CD734F">
            <w:pPr>
              <w:spacing w:before="80" w:after="80" w:line="252" w:lineRule="auto"/>
              <w:rPr>
                <w:rFonts w:cs="Arial"/>
                <w:sz w:val="22"/>
                <w:lang w:val="pt-BR"/>
              </w:rPr>
            </w:pPr>
            <w:r w:rsidRPr="000E4E3C">
              <w:rPr>
                <w:rFonts w:cs="Arial"/>
                <w:sz w:val="22"/>
                <w:lang w:val="pt-BR"/>
              </w:rPr>
              <w:t>Documentos de LI-</w:t>
            </w:r>
            <w:proofErr w:type="spellStart"/>
            <w:r w:rsidRPr="000E4E3C">
              <w:rPr>
                <w:rFonts w:cs="Arial"/>
                <w:sz w:val="22"/>
                <w:lang w:val="pt-BR"/>
              </w:rPr>
              <w:t>PcD</w:t>
            </w:r>
            <w:proofErr w:type="spellEnd"/>
            <w:r w:rsidRPr="000E4E3C">
              <w:rPr>
                <w:rFonts w:cs="Arial"/>
                <w:sz w:val="22"/>
                <w:lang w:val="pt-BR"/>
              </w:rPr>
              <w:t xml:space="preserve"> e comprovação de baixa renda.</w:t>
            </w:r>
          </w:p>
        </w:tc>
      </w:tr>
      <w:tr w:rsidR="00337A5E" w:rsidRPr="000E4E3C" w14:paraId="35C74B71" w14:textId="77777777">
        <w:trPr>
          <w:cantSplit/>
        </w:trPr>
        <w:tc>
          <w:tcPr>
            <w:tcW w:w="1304" w:type="dxa"/>
          </w:tcPr>
          <w:p w14:paraId="354D99A0" w14:textId="77777777" w:rsidR="00337A5E" w:rsidRPr="000E4E3C" w:rsidRDefault="00CD734F">
            <w:pPr>
              <w:spacing w:before="80" w:after="80" w:line="252" w:lineRule="auto"/>
              <w:rPr>
                <w:rFonts w:cs="Arial"/>
                <w:sz w:val="22"/>
                <w:lang w:val="pt-BR"/>
              </w:rPr>
            </w:pPr>
            <w:r w:rsidRPr="000E4E3C">
              <w:rPr>
                <w:rFonts w:cs="Arial"/>
                <w:sz w:val="22"/>
                <w:lang w:val="pt-BR"/>
              </w:rPr>
              <w:t>LB-Q</w:t>
            </w:r>
          </w:p>
        </w:tc>
        <w:tc>
          <w:tcPr>
            <w:tcW w:w="8334" w:type="dxa"/>
          </w:tcPr>
          <w:p w14:paraId="7D0B4E49" w14:textId="77777777" w:rsidR="00337A5E" w:rsidRPr="000E4E3C" w:rsidRDefault="00CD734F">
            <w:pPr>
              <w:spacing w:before="80" w:after="80" w:line="252" w:lineRule="auto"/>
              <w:rPr>
                <w:rFonts w:cs="Arial"/>
                <w:sz w:val="22"/>
                <w:lang w:val="pt-BR"/>
              </w:rPr>
            </w:pPr>
            <w:r w:rsidRPr="000E4E3C">
              <w:rPr>
                <w:rFonts w:cs="Arial"/>
                <w:sz w:val="22"/>
                <w:lang w:val="pt-BR"/>
              </w:rPr>
              <w:t>Documentos de LI-Q e comprovação de baixa renda.</w:t>
            </w:r>
          </w:p>
        </w:tc>
      </w:tr>
    </w:tbl>
    <w:p w14:paraId="39A610E2" w14:textId="77777777" w:rsidR="00337A5E" w:rsidRPr="000E4E3C" w:rsidRDefault="00CD734F" w:rsidP="001E3B7A">
      <w:pPr>
        <w:jc w:val="both"/>
        <w:rPr>
          <w:rFonts w:cs="Arial"/>
          <w:sz w:val="22"/>
          <w:lang w:val="pt-BR"/>
        </w:rPr>
      </w:pPr>
      <w:r w:rsidRPr="000E4E3C">
        <w:rPr>
          <w:rFonts w:cs="Arial"/>
          <w:sz w:val="22"/>
          <w:lang w:val="pt-BR"/>
        </w:rPr>
        <w:t>Comprovação de baixa renda: documento atualizado do CadÚnico aceito pela instituição; na ausência ou quando necessária complementação, apresentar o Anexo III, identificação dos integrantes da família e comprovantes dos rendimentos brutos dos três meses de referência anteriores à inscrição.</w:t>
      </w:r>
    </w:p>
    <w:p w14:paraId="32E277FB" w14:textId="77777777" w:rsidR="00337A5E" w:rsidRPr="000E4E3C" w:rsidRDefault="00CD734F" w:rsidP="001E3B7A">
      <w:pPr>
        <w:jc w:val="both"/>
        <w:rPr>
          <w:rFonts w:cs="Arial"/>
          <w:sz w:val="22"/>
          <w:lang w:val="pt-BR"/>
        </w:rPr>
      </w:pPr>
      <w:r w:rsidRPr="000E4E3C">
        <w:rPr>
          <w:rFonts w:cs="Arial"/>
          <w:sz w:val="22"/>
          <w:lang w:val="pt-BR"/>
        </w:rPr>
        <w:t>Conforme a situação dos integrantes, apresentar contracheques; CTPS física ou digital; extratos de aposentadoria, pensão, benefício ou seguro-desemprego; declarações dos Anexos VIII, IX e X; e comprovantes de aluguel, arrendamento ou outras fontes. Informar os rendimentos existentes mesmo sem emprego formal.</w:t>
      </w:r>
    </w:p>
    <w:p w14:paraId="3521B5C5" w14:textId="77777777" w:rsidR="00337A5E" w:rsidRDefault="00CD734F" w:rsidP="001E3B7A">
      <w:pPr>
        <w:jc w:val="both"/>
        <w:rPr>
          <w:rFonts w:cs="Arial"/>
          <w:sz w:val="22"/>
          <w:lang w:val="pt-BR"/>
        </w:rPr>
      </w:pPr>
      <w:r w:rsidRPr="000E4E3C">
        <w:rPr>
          <w:rFonts w:cs="Arial"/>
          <w:sz w:val="22"/>
          <w:lang w:val="pt-BR"/>
        </w:rPr>
        <w:t>Documentos de tutela, guarda, adoção, casamento ou divórcio serão apresentados quando necessários à identificação do grupo familiar ou à representação legal. Os arquivos deverão ser completos e legíveis. A comissão poderá realizar diligências motivadas.</w:t>
      </w:r>
    </w:p>
    <w:p w14:paraId="63AB39FA" w14:textId="3ADC091B" w:rsidR="000E4E3C" w:rsidRDefault="000E4E3C">
      <w:pPr>
        <w:spacing w:after="200"/>
        <w:rPr>
          <w:rFonts w:cs="Arial"/>
          <w:sz w:val="22"/>
          <w:lang w:val="pt-BR"/>
        </w:rPr>
      </w:pPr>
      <w:r>
        <w:rPr>
          <w:rFonts w:cs="Arial"/>
          <w:sz w:val="22"/>
          <w:lang w:val="pt-BR"/>
        </w:rPr>
        <w:br w:type="page"/>
      </w:r>
    </w:p>
    <w:p w14:paraId="67F2701E" w14:textId="77777777" w:rsidR="00337A5E" w:rsidRPr="000E4E3C" w:rsidRDefault="00CD734F">
      <w:pPr>
        <w:pStyle w:val="Ttulo"/>
        <w:rPr>
          <w:rFonts w:ascii="Arial" w:hAnsi="Arial" w:cs="Arial"/>
          <w:sz w:val="24"/>
          <w:szCs w:val="48"/>
          <w:lang w:val="pt-BR"/>
        </w:rPr>
      </w:pPr>
      <w:r w:rsidRPr="000E4E3C">
        <w:rPr>
          <w:rFonts w:ascii="Arial" w:hAnsi="Arial" w:cs="Arial"/>
          <w:sz w:val="24"/>
          <w:szCs w:val="48"/>
          <w:lang w:val="pt-BR"/>
        </w:rPr>
        <w:lastRenderedPageBreak/>
        <w:t>ANEXO III</w:t>
      </w:r>
    </w:p>
    <w:p w14:paraId="32A40C06" w14:textId="77777777" w:rsidR="007E1A5D" w:rsidRPr="007E1A5D" w:rsidRDefault="007E1A5D" w:rsidP="007E1A5D">
      <w:pPr>
        <w:keepNext/>
        <w:keepLines/>
        <w:spacing w:before="220" w:after="140" w:line="269" w:lineRule="auto"/>
        <w:jc w:val="center"/>
        <w:outlineLvl w:val="0"/>
        <w:rPr>
          <w:rFonts w:asciiTheme="majorHAnsi" w:eastAsiaTheme="majorEastAsia" w:hAnsiTheme="majorHAnsi" w:cstheme="majorBidi"/>
          <w:b/>
          <w:bCs/>
          <w:sz w:val="22"/>
          <w:szCs w:val="28"/>
          <w:lang w:val="pt-BR"/>
        </w:rPr>
      </w:pPr>
      <w:r w:rsidRPr="007E1A5D">
        <w:rPr>
          <w:rFonts w:asciiTheme="majorHAnsi" w:eastAsiaTheme="majorEastAsia" w:hAnsiTheme="majorHAnsi" w:cstheme="majorBidi"/>
          <w:b/>
          <w:bCs/>
          <w:sz w:val="22"/>
          <w:szCs w:val="28"/>
          <w:lang w:val="pt-BR"/>
        </w:rPr>
        <w:t>FORMULÁRIO DE COMPOSIÇÃO FAMILIAR E RENDA PER CAPITA</w:t>
      </w:r>
    </w:p>
    <w:p w14:paraId="5A6E059D" w14:textId="77777777" w:rsidR="007E1A5D" w:rsidRPr="007E1A5D" w:rsidRDefault="007E1A5D" w:rsidP="007E1A5D">
      <w:pPr>
        <w:spacing w:line="269" w:lineRule="auto"/>
        <w:rPr>
          <w:sz w:val="22"/>
          <w:lang w:val="pt-BR"/>
        </w:rPr>
      </w:pPr>
    </w:p>
    <w:p w14:paraId="49DA4428" w14:textId="77777777" w:rsidR="007E1A5D" w:rsidRPr="007E1A5D" w:rsidRDefault="007E1A5D" w:rsidP="007E1A5D">
      <w:pPr>
        <w:spacing w:line="360" w:lineRule="auto"/>
        <w:rPr>
          <w:sz w:val="22"/>
          <w:lang w:val="pt-BR"/>
        </w:rPr>
      </w:pPr>
      <w:r w:rsidRPr="007E1A5D">
        <w:rPr>
          <w:sz w:val="22"/>
          <w:lang w:val="pt-BR"/>
        </w:rPr>
        <w:t>Candidato(a): _____________________________________________________________</w:t>
      </w:r>
      <w:r w:rsidRPr="007E1A5D">
        <w:rPr>
          <w:sz w:val="22"/>
          <w:lang w:val="pt-BR"/>
        </w:rPr>
        <w:br/>
        <w:t>CPF: _________________________</w:t>
      </w:r>
      <w:proofErr w:type="gramStart"/>
      <w:r w:rsidRPr="007E1A5D">
        <w:rPr>
          <w:sz w:val="22"/>
          <w:lang w:val="pt-BR"/>
        </w:rPr>
        <w:t>_  Inscrição</w:t>
      </w:r>
      <w:proofErr w:type="gramEnd"/>
      <w:r w:rsidRPr="007E1A5D">
        <w:rPr>
          <w:sz w:val="22"/>
          <w:lang w:val="pt-BR"/>
        </w:rPr>
        <w:t>: _________________________________</w:t>
      </w:r>
      <w:r w:rsidRPr="007E1A5D">
        <w:rPr>
          <w:sz w:val="22"/>
          <w:lang w:val="pt-BR"/>
        </w:rPr>
        <w:br/>
        <w:t>Endereço: ________________________________________________________________</w:t>
      </w:r>
      <w:r w:rsidRPr="007E1A5D">
        <w:rPr>
          <w:sz w:val="22"/>
          <w:lang w:val="pt-BR"/>
        </w:rPr>
        <w:br/>
        <w:t>Telefone: ____________________</w:t>
      </w:r>
      <w:proofErr w:type="gramStart"/>
      <w:r w:rsidRPr="007E1A5D">
        <w:rPr>
          <w:sz w:val="22"/>
          <w:lang w:val="pt-BR"/>
        </w:rPr>
        <w:t>_  E-mail</w:t>
      </w:r>
      <w:proofErr w:type="gramEnd"/>
      <w:r w:rsidRPr="007E1A5D">
        <w:rPr>
          <w:sz w:val="22"/>
          <w:lang w:val="pt-BR"/>
        </w:rPr>
        <w:t>: _____________________________________</w:t>
      </w:r>
    </w:p>
    <w:p w14:paraId="5575907E" w14:textId="77777777" w:rsidR="007E1A5D" w:rsidRPr="007E1A5D" w:rsidRDefault="007E1A5D" w:rsidP="007E1A5D">
      <w:pPr>
        <w:spacing w:line="288" w:lineRule="auto"/>
        <w:jc w:val="both"/>
        <w:rPr>
          <w:sz w:val="22"/>
          <w:lang w:val="pt-BR"/>
        </w:rPr>
      </w:pPr>
      <w:r w:rsidRPr="007E1A5D">
        <w:rPr>
          <w:sz w:val="22"/>
          <w:lang w:val="pt-BR"/>
        </w:rPr>
        <w:t>Incluir o(a) candidato(a) e todos os integrantes da família considerados na apuração. Anexar folha complementar identificada, se necessário.</w:t>
      </w:r>
    </w:p>
    <w:tbl>
      <w:tblPr>
        <w:tblStyle w:val="Tabelacomgrade"/>
        <w:tblW w:w="0" w:type="auto"/>
        <w:tblLayout w:type="fixed"/>
        <w:tblLook w:val="04A0" w:firstRow="1" w:lastRow="0" w:firstColumn="1" w:lastColumn="0" w:noHBand="0" w:noVBand="1"/>
      </w:tblPr>
      <w:tblGrid>
        <w:gridCol w:w="3628"/>
        <w:gridCol w:w="1701"/>
        <w:gridCol w:w="850"/>
        <w:gridCol w:w="3458"/>
      </w:tblGrid>
      <w:tr w:rsidR="007E1A5D" w:rsidRPr="007E1A5D" w14:paraId="63D1ECAD" w14:textId="77777777" w:rsidTr="001F32CD">
        <w:trPr>
          <w:cantSplit/>
          <w:tblHeader/>
        </w:trPr>
        <w:tc>
          <w:tcPr>
            <w:tcW w:w="3628" w:type="dxa"/>
            <w:shd w:val="clear" w:color="auto" w:fill="E7E6E6"/>
          </w:tcPr>
          <w:p w14:paraId="1A350313" w14:textId="77777777" w:rsidR="007E1A5D" w:rsidRPr="007E1A5D" w:rsidRDefault="007E1A5D" w:rsidP="007E1A5D">
            <w:pPr>
              <w:spacing w:before="60" w:after="60" w:line="360" w:lineRule="auto"/>
              <w:rPr>
                <w:sz w:val="22"/>
                <w:lang w:val="pt-BR"/>
              </w:rPr>
            </w:pPr>
            <w:r w:rsidRPr="007E1A5D">
              <w:rPr>
                <w:b/>
                <w:sz w:val="18"/>
                <w:lang w:val="pt-BR"/>
              </w:rPr>
              <w:t>Nome do integrante</w:t>
            </w:r>
          </w:p>
        </w:tc>
        <w:tc>
          <w:tcPr>
            <w:tcW w:w="1701" w:type="dxa"/>
            <w:shd w:val="clear" w:color="auto" w:fill="E7E6E6"/>
          </w:tcPr>
          <w:p w14:paraId="7EC3A672" w14:textId="77777777" w:rsidR="007E1A5D" w:rsidRPr="007E1A5D" w:rsidRDefault="007E1A5D" w:rsidP="007E1A5D">
            <w:pPr>
              <w:spacing w:before="60" w:after="60" w:line="360" w:lineRule="auto"/>
              <w:rPr>
                <w:sz w:val="22"/>
                <w:lang w:val="pt-BR"/>
              </w:rPr>
            </w:pPr>
            <w:r w:rsidRPr="007E1A5D">
              <w:rPr>
                <w:b/>
                <w:sz w:val="18"/>
                <w:lang w:val="pt-BR"/>
              </w:rPr>
              <w:t>Parentesco</w:t>
            </w:r>
          </w:p>
        </w:tc>
        <w:tc>
          <w:tcPr>
            <w:tcW w:w="850" w:type="dxa"/>
            <w:shd w:val="clear" w:color="auto" w:fill="E7E6E6"/>
          </w:tcPr>
          <w:p w14:paraId="32D56C9C" w14:textId="77777777" w:rsidR="007E1A5D" w:rsidRPr="007E1A5D" w:rsidRDefault="007E1A5D" w:rsidP="007E1A5D">
            <w:pPr>
              <w:spacing w:before="60" w:after="60" w:line="360" w:lineRule="auto"/>
              <w:rPr>
                <w:sz w:val="22"/>
                <w:lang w:val="pt-BR"/>
              </w:rPr>
            </w:pPr>
            <w:r w:rsidRPr="007E1A5D">
              <w:rPr>
                <w:b/>
                <w:sz w:val="18"/>
                <w:lang w:val="pt-BR"/>
              </w:rPr>
              <w:t>Idade</w:t>
            </w:r>
          </w:p>
        </w:tc>
        <w:tc>
          <w:tcPr>
            <w:tcW w:w="3458" w:type="dxa"/>
            <w:shd w:val="clear" w:color="auto" w:fill="E7E6E6"/>
          </w:tcPr>
          <w:p w14:paraId="40B466A0" w14:textId="77777777" w:rsidR="007E1A5D" w:rsidRPr="007E1A5D" w:rsidRDefault="007E1A5D" w:rsidP="007E1A5D">
            <w:pPr>
              <w:spacing w:before="60" w:after="60" w:line="360" w:lineRule="auto"/>
              <w:rPr>
                <w:sz w:val="22"/>
                <w:lang w:val="pt-BR"/>
              </w:rPr>
            </w:pPr>
            <w:r w:rsidRPr="007E1A5D">
              <w:rPr>
                <w:b/>
                <w:sz w:val="18"/>
                <w:lang w:val="pt-BR"/>
              </w:rPr>
              <w:t>Atividade ou situação</w:t>
            </w:r>
          </w:p>
        </w:tc>
      </w:tr>
      <w:tr w:rsidR="007E1A5D" w:rsidRPr="007E1A5D" w14:paraId="269CEA72" w14:textId="77777777" w:rsidTr="001F32CD">
        <w:trPr>
          <w:cantSplit/>
        </w:trPr>
        <w:tc>
          <w:tcPr>
            <w:tcW w:w="3628" w:type="dxa"/>
          </w:tcPr>
          <w:p w14:paraId="07719FEA" w14:textId="77777777" w:rsidR="007E1A5D" w:rsidRPr="007E1A5D" w:rsidRDefault="007E1A5D" w:rsidP="007E1A5D">
            <w:pPr>
              <w:spacing w:before="60" w:after="60" w:line="360" w:lineRule="auto"/>
              <w:rPr>
                <w:sz w:val="22"/>
                <w:lang w:val="pt-BR"/>
              </w:rPr>
            </w:pPr>
          </w:p>
        </w:tc>
        <w:tc>
          <w:tcPr>
            <w:tcW w:w="1701" w:type="dxa"/>
          </w:tcPr>
          <w:p w14:paraId="2D10792C" w14:textId="77777777" w:rsidR="007E1A5D" w:rsidRPr="007E1A5D" w:rsidRDefault="007E1A5D" w:rsidP="007E1A5D">
            <w:pPr>
              <w:spacing w:before="60" w:after="60" w:line="360" w:lineRule="auto"/>
              <w:rPr>
                <w:sz w:val="22"/>
                <w:lang w:val="pt-BR"/>
              </w:rPr>
            </w:pPr>
          </w:p>
        </w:tc>
        <w:tc>
          <w:tcPr>
            <w:tcW w:w="850" w:type="dxa"/>
          </w:tcPr>
          <w:p w14:paraId="6C056A6B" w14:textId="77777777" w:rsidR="007E1A5D" w:rsidRPr="007E1A5D" w:rsidRDefault="007E1A5D" w:rsidP="007E1A5D">
            <w:pPr>
              <w:spacing w:before="60" w:after="60" w:line="360" w:lineRule="auto"/>
              <w:rPr>
                <w:sz w:val="22"/>
                <w:lang w:val="pt-BR"/>
              </w:rPr>
            </w:pPr>
          </w:p>
        </w:tc>
        <w:tc>
          <w:tcPr>
            <w:tcW w:w="3458" w:type="dxa"/>
          </w:tcPr>
          <w:p w14:paraId="26D0781E" w14:textId="77777777" w:rsidR="007E1A5D" w:rsidRPr="007E1A5D" w:rsidRDefault="007E1A5D" w:rsidP="007E1A5D">
            <w:pPr>
              <w:spacing w:before="60" w:after="60" w:line="360" w:lineRule="auto"/>
              <w:rPr>
                <w:sz w:val="22"/>
                <w:lang w:val="pt-BR"/>
              </w:rPr>
            </w:pPr>
          </w:p>
        </w:tc>
      </w:tr>
      <w:tr w:rsidR="007E1A5D" w:rsidRPr="007E1A5D" w14:paraId="27A015BB" w14:textId="77777777" w:rsidTr="001F32CD">
        <w:trPr>
          <w:cantSplit/>
        </w:trPr>
        <w:tc>
          <w:tcPr>
            <w:tcW w:w="3628" w:type="dxa"/>
          </w:tcPr>
          <w:p w14:paraId="6CDADF31" w14:textId="77777777" w:rsidR="007E1A5D" w:rsidRPr="007E1A5D" w:rsidRDefault="007E1A5D" w:rsidP="007E1A5D">
            <w:pPr>
              <w:spacing w:before="60" w:after="60" w:line="360" w:lineRule="auto"/>
              <w:rPr>
                <w:sz w:val="22"/>
                <w:lang w:val="pt-BR"/>
              </w:rPr>
            </w:pPr>
          </w:p>
        </w:tc>
        <w:tc>
          <w:tcPr>
            <w:tcW w:w="1701" w:type="dxa"/>
          </w:tcPr>
          <w:p w14:paraId="23B15B74" w14:textId="77777777" w:rsidR="007E1A5D" w:rsidRPr="007E1A5D" w:rsidRDefault="007E1A5D" w:rsidP="007E1A5D">
            <w:pPr>
              <w:spacing w:before="60" w:after="60" w:line="360" w:lineRule="auto"/>
              <w:rPr>
                <w:sz w:val="22"/>
                <w:lang w:val="pt-BR"/>
              </w:rPr>
            </w:pPr>
          </w:p>
        </w:tc>
        <w:tc>
          <w:tcPr>
            <w:tcW w:w="850" w:type="dxa"/>
          </w:tcPr>
          <w:p w14:paraId="660E4655" w14:textId="77777777" w:rsidR="007E1A5D" w:rsidRPr="007E1A5D" w:rsidRDefault="007E1A5D" w:rsidP="007E1A5D">
            <w:pPr>
              <w:spacing w:before="60" w:after="60" w:line="360" w:lineRule="auto"/>
              <w:rPr>
                <w:sz w:val="22"/>
                <w:lang w:val="pt-BR"/>
              </w:rPr>
            </w:pPr>
          </w:p>
        </w:tc>
        <w:tc>
          <w:tcPr>
            <w:tcW w:w="3458" w:type="dxa"/>
          </w:tcPr>
          <w:p w14:paraId="4CAD18E0" w14:textId="77777777" w:rsidR="007E1A5D" w:rsidRPr="007E1A5D" w:rsidRDefault="007E1A5D" w:rsidP="007E1A5D">
            <w:pPr>
              <w:spacing w:before="60" w:after="60" w:line="360" w:lineRule="auto"/>
              <w:rPr>
                <w:sz w:val="22"/>
                <w:lang w:val="pt-BR"/>
              </w:rPr>
            </w:pPr>
          </w:p>
        </w:tc>
      </w:tr>
      <w:tr w:rsidR="007E1A5D" w:rsidRPr="007E1A5D" w14:paraId="24F3E7C4" w14:textId="77777777" w:rsidTr="001F32CD">
        <w:trPr>
          <w:cantSplit/>
        </w:trPr>
        <w:tc>
          <w:tcPr>
            <w:tcW w:w="3628" w:type="dxa"/>
          </w:tcPr>
          <w:p w14:paraId="436E5DEE" w14:textId="77777777" w:rsidR="007E1A5D" w:rsidRPr="007E1A5D" w:rsidRDefault="007E1A5D" w:rsidP="007E1A5D">
            <w:pPr>
              <w:spacing w:before="60" w:after="60" w:line="360" w:lineRule="auto"/>
              <w:rPr>
                <w:sz w:val="22"/>
                <w:lang w:val="pt-BR"/>
              </w:rPr>
            </w:pPr>
          </w:p>
        </w:tc>
        <w:tc>
          <w:tcPr>
            <w:tcW w:w="1701" w:type="dxa"/>
          </w:tcPr>
          <w:p w14:paraId="7C1659BC" w14:textId="77777777" w:rsidR="007E1A5D" w:rsidRPr="007E1A5D" w:rsidRDefault="007E1A5D" w:rsidP="007E1A5D">
            <w:pPr>
              <w:spacing w:before="60" w:after="60" w:line="360" w:lineRule="auto"/>
              <w:rPr>
                <w:sz w:val="22"/>
                <w:lang w:val="pt-BR"/>
              </w:rPr>
            </w:pPr>
          </w:p>
        </w:tc>
        <w:tc>
          <w:tcPr>
            <w:tcW w:w="850" w:type="dxa"/>
          </w:tcPr>
          <w:p w14:paraId="007D7F2E" w14:textId="77777777" w:rsidR="007E1A5D" w:rsidRPr="007E1A5D" w:rsidRDefault="007E1A5D" w:rsidP="007E1A5D">
            <w:pPr>
              <w:spacing w:before="60" w:after="60" w:line="360" w:lineRule="auto"/>
              <w:rPr>
                <w:sz w:val="22"/>
                <w:lang w:val="pt-BR"/>
              </w:rPr>
            </w:pPr>
          </w:p>
        </w:tc>
        <w:tc>
          <w:tcPr>
            <w:tcW w:w="3458" w:type="dxa"/>
          </w:tcPr>
          <w:p w14:paraId="6984C12E" w14:textId="77777777" w:rsidR="007E1A5D" w:rsidRPr="007E1A5D" w:rsidRDefault="007E1A5D" w:rsidP="007E1A5D">
            <w:pPr>
              <w:spacing w:before="60" w:after="60" w:line="360" w:lineRule="auto"/>
              <w:rPr>
                <w:sz w:val="22"/>
                <w:lang w:val="pt-BR"/>
              </w:rPr>
            </w:pPr>
          </w:p>
        </w:tc>
      </w:tr>
      <w:tr w:rsidR="007E1A5D" w:rsidRPr="007E1A5D" w14:paraId="3E6D13BF" w14:textId="77777777" w:rsidTr="001F32CD">
        <w:trPr>
          <w:cantSplit/>
        </w:trPr>
        <w:tc>
          <w:tcPr>
            <w:tcW w:w="3628" w:type="dxa"/>
          </w:tcPr>
          <w:p w14:paraId="3C0F1847" w14:textId="77777777" w:rsidR="007E1A5D" w:rsidRPr="007E1A5D" w:rsidRDefault="007E1A5D" w:rsidP="007E1A5D">
            <w:pPr>
              <w:spacing w:before="60" w:after="60" w:line="360" w:lineRule="auto"/>
              <w:rPr>
                <w:sz w:val="22"/>
                <w:lang w:val="pt-BR"/>
              </w:rPr>
            </w:pPr>
          </w:p>
        </w:tc>
        <w:tc>
          <w:tcPr>
            <w:tcW w:w="1701" w:type="dxa"/>
          </w:tcPr>
          <w:p w14:paraId="2A233FF9" w14:textId="77777777" w:rsidR="007E1A5D" w:rsidRPr="007E1A5D" w:rsidRDefault="007E1A5D" w:rsidP="007E1A5D">
            <w:pPr>
              <w:spacing w:before="60" w:after="60" w:line="360" w:lineRule="auto"/>
              <w:rPr>
                <w:sz w:val="22"/>
                <w:lang w:val="pt-BR"/>
              </w:rPr>
            </w:pPr>
          </w:p>
        </w:tc>
        <w:tc>
          <w:tcPr>
            <w:tcW w:w="850" w:type="dxa"/>
          </w:tcPr>
          <w:p w14:paraId="255A07AE" w14:textId="77777777" w:rsidR="007E1A5D" w:rsidRPr="007E1A5D" w:rsidRDefault="007E1A5D" w:rsidP="007E1A5D">
            <w:pPr>
              <w:spacing w:before="60" w:after="60" w:line="360" w:lineRule="auto"/>
              <w:rPr>
                <w:sz w:val="22"/>
                <w:lang w:val="pt-BR"/>
              </w:rPr>
            </w:pPr>
          </w:p>
        </w:tc>
        <w:tc>
          <w:tcPr>
            <w:tcW w:w="3458" w:type="dxa"/>
          </w:tcPr>
          <w:p w14:paraId="09E557FC" w14:textId="77777777" w:rsidR="007E1A5D" w:rsidRPr="007E1A5D" w:rsidRDefault="007E1A5D" w:rsidP="007E1A5D">
            <w:pPr>
              <w:spacing w:before="60" w:after="60" w:line="360" w:lineRule="auto"/>
              <w:rPr>
                <w:sz w:val="22"/>
                <w:lang w:val="pt-BR"/>
              </w:rPr>
            </w:pPr>
          </w:p>
        </w:tc>
      </w:tr>
    </w:tbl>
    <w:p w14:paraId="799B5EE0" w14:textId="77777777" w:rsidR="007E1A5D" w:rsidRPr="007E1A5D" w:rsidRDefault="007E1A5D" w:rsidP="007E1A5D">
      <w:pPr>
        <w:spacing w:line="360" w:lineRule="auto"/>
        <w:rPr>
          <w:sz w:val="22"/>
          <w:lang w:val="pt-BR"/>
        </w:rPr>
      </w:pPr>
      <w:r w:rsidRPr="007E1A5D">
        <w:rPr>
          <w:sz w:val="22"/>
          <w:lang w:val="pt-BR"/>
        </w:rPr>
        <w:t>Meses de referência: __________/_____</w:t>
      </w:r>
      <w:proofErr w:type="gramStart"/>
      <w:r w:rsidRPr="007E1A5D">
        <w:rPr>
          <w:sz w:val="22"/>
          <w:lang w:val="pt-BR"/>
        </w:rPr>
        <w:t>_ ;</w:t>
      </w:r>
      <w:proofErr w:type="gramEnd"/>
      <w:r w:rsidRPr="007E1A5D">
        <w:rPr>
          <w:sz w:val="22"/>
          <w:lang w:val="pt-BR"/>
        </w:rPr>
        <w:t xml:space="preserve"> __________/_____</w:t>
      </w:r>
      <w:proofErr w:type="gramStart"/>
      <w:r w:rsidRPr="007E1A5D">
        <w:rPr>
          <w:sz w:val="22"/>
          <w:lang w:val="pt-BR"/>
        </w:rPr>
        <w:t>_ ;</w:t>
      </w:r>
      <w:proofErr w:type="gramEnd"/>
      <w:r w:rsidRPr="007E1A5D">
        <w:rPr>
          <w:sz w:val="22"/>
          <w:lang w:val="pt-BR"/>
        </w:rPr>
        <w:t xml:space="preserve"> __________/______.</w:t>
      </w:r>
    </w:p>
    <w:tbl>
      <w:tblPr>
        <w:tblStyle w:val="Tabelacomgrade"/>
        <w:tblW w:w="0" w:type="auto"/>
        <w:tblLayout w:type="fixed"/>
        <w:tblLook w:val="04A0" w:firstRow="1" w:lastRow="0" w:firstColumn="1" w:lastColumn="0" w:noHBand="0" w:noVBand="1"/>
      </w:tblPr>
      <w:tblGrid>
        <w:gridCol w:w="3628"/>
        <w:gridCol w:w="2001"/>
        <w:gridCol w:w="2001"/>
        <w:gridCol w:w="2007"/>
      </w:tblGrid>
      <w:tr w:rsidR="007E1A5D" w:rsidRPr="007E1A5D" w14:paraId="1719EE63" w14:textId="77777777" w:rsidTr="001F32CD">
        <w:trPr>
          <w:cantSplit/>
          <w:tblHeader/>
        </w:trPr>
        <w:tc>
          <w:tcPr>
            <w:tcW w:w="3628" w:type="dxa"/>
            <w:shd w:val="clear" w:color="auto" w:fill="E7E6E6"/>
          </w:tcPr>
          <w:p w14:paraId="5893A512" w14:textId="77777777" w:rsidR="007E1A5D" w:rsidRPr="007E1A5D" w:rsidRDefault="007E1A5D" w:rsidP="007E1A5D">
            <w:pPr>
              <w:spacing w:before="60" w:after="60" w:line="360" w:lineRule="auto"/>
              <w:rPr>
                <w:sz w:val="22"/>
                <w:lang w:val="pt-BR"/>
              </w:rPr>
            </w:pPr>
            <w:r w:rsidRPr="007E1A5D">
              <w:rPr>
                <w:b/>
                <w:sz w:val="18"/>
                <w:lang w:val="pt-BR"/>
              </w:rPr>
              <w:t>Integrante</w:t>
            </w:r>
          </w:p>
        </w:tc>
        <w:tc>
          <w:tcPr>
            <w:tcW w:w="2001" w:type="dxa"/>
            <w:shd w:val="clear" w:color="auto" w:fill="E7E6E6"/>
          </w:tcPr>
          <w:p w14:paraId="33307A62" w14:textId="77777777" w:rsidR="007E1A5D" w:rsidRPr="007E1A5D" w:rsidRDefault="007E1A5D" w:rsidP="007E1A5D">
            <w:pPr>
              <w:spacing w:before="60" w:after="60" w:line="360" w:lineRule="auto"/>
              <w:rPr>
                <w:sz w:val="22"/>
                <w:lang w:val="pt-BR"/>
              </w:rPr>
            </w:pPr>
            <w:r w:rsidRPr="007E1A5D">
              <w:rPr>
                <w:b/>
                <w:sz w:val="18"/>
                <w:lang w:val="pt-BR"/>
              </w:rPr>
              <w:t>Mês 1 em R$</w:t>
            </w:r>
          </w:p>
        </w:tc>
        <w:tc>
          <w:tcPr>
            <w:tcW w:w="2001" w:type="dxa"/>
            <w:shd w:val="clear" w:color="auto" w:fill="E7E6E6"/>
          </w:tcPr>
          <w:p w14:paraId="65D3C915" w14:textId="77777777" w:rsidR="007E1A5D" w:rsidRPr="007E1A5D" w:rsidRDefault="007E1A5D" w:rsidP="007E1A5D">
            <w:pPr>
              <w:spacing w:before="60" w:after="60" w:line="360" w:lineRule="auto"/>
              <w:rPr>
                <w:sz w:val="22"/>
                <w:lang w:val="pt-BR"/>
              </w:rPr>
            </w:pPr>
            <w:r w:rsidRPr="007E1A5D">
              <w:rPr>
                <w:b/>
                <w:sz w:val="18"/>
                <w:lang w:val="pt-BR"/>
              </w:rPr>
              <w:t>Mês 2 em R$</w:t>
            </w:r>
          </w:p>
        </w:tc>
        <w:tc>
          <w:tcPr>
            <w:tcW w:w="2007" w:type="dxa"/>
            <w:shd w:val="clear" w:color="auto" w:fill="E7E6E6"/>
          </w:tcPr>
          <w:p w14:paraId="08D60F69" w14:textId="77777777" w:rsidR="007E1A5D" w:rsidRPr="007E1A5D" w:rsidRDefault="007E1A5D" w:rsidP="007E1A5D">
            <w:pPr>
              <w:spacing w:before="60" w:after="60" w:line="360" w:lineRule="auto"/>
              <w:rPr>
                <w:sz w:val="22"/>
                <w:lang w:val="pt-BR"/>
              </w:rPr>
            </w:pPr>
            <w:r w:rsidRPr="007E1A5D">
              <w:rPr>
                <w:b/>
                <w:sz w:val="18"/>
                <w:lang w:val="pt-BR"/>
              </w:rPr>
              <w:t>Mês 3 em R$</w:t>
            </w:r>
          </w:p>
        </w:tc>
      </w:tr>
      <w:tr w:rsidR="007E1A5D" w:rsidRPr="007E1A5D" w14:paraId="10888E85" w14:textId="77777777" w:rsidTr="001F32CD">
        <w:trPr>
          <w:cantSplit/>
        </w:trPr>
        <w:tc>
          <w:tcPr>
            <w:tcW w:w="3628" w:type="dxa"/>
          </w:tcPr>
          <w:p w14:paraId="58DB0B21" w14:textId="77777777" w:rsidR="007E1A5D" w:rsidRPr="007E1A5D" w:rsidRDefault="007E1A5D" w:rsidP="007E1A5D">
            <w:pPr>
              <w:spacing w:before="60" w:after="60" w:line="360" w:lineRule="auto"/>
              <w:rPr>
                <w:sz w:val="22"/>
                <w:lang w:val="pt-BR"/>
              </w:rPr>
            </w:pPr>
          </w:p>
        </w:tc>
        <w:tc>
          <w:tcPr>
            <w:tcW w:w="2001" w:type="dxa"/>
          </w:tcPr>
          <w:p w14:paraId="6646CF8C" w14:textId="77777777" w:rsidR="007E1A5D" w:rsidRPr="007E1A5D" w:rsidRDefault="007E1A5D" w:rsidP="007E1A5D">
            <w:pPr>
              <w:spacing w:before="60" w:after="60" w:line="360" w:lineRule="auto"/>
              <w:rPr>
                <w:sz w:val="22"/>
                <w:lang w:val="pt-BR"/>
              </w:rPr>
            </w:pPr>
          </w:p>
        </w:tc>
        <w:tc>
          <w:tcPr>
            <w:tcW w:w="2001" w:type="dxa"/>
          </w:tcPr>
          <w:p w14:paraId="4595108A" w14:textId="77777777" w:rsidR="007E1A5D" w:rsidRPr="007E1A5D" w:rsidRDefault="007E1A5D" w:rsidP="007E1A5D">
            <w:pPr>
              <w:spacing w:before="60" w:after="60" w:line="360" w:lineRule="auto"/>
              <w:rPr>
                <w:sz w:val="22"/>
                <w:lang w:val="pt-BR"/>
              </w:rPr>
            </w:pPr>
          </w:p>
        </w:tc>
        <w:tc>
          <w:tcPr>
            <w:tcW w:w="2007" w:type="dxa"/>
          </w:tcPr>
          <w:p w14:paraId="02A86071" w14:textId="77777777" w:rsidR="007E1A5D" w:rsidRPr="007E1A5D" w:rsidRDefault="007E1A5D" w:rsidP="007E1A5D">
            <w:pPr>
              <w:spacing w:before="60" w:after="60" w:line="360" w:lineRule="auto"/>
              <w:rPr>
                <w:sz w:val="22"/>
                <w:lang w:val="pt-BR"/>
              </w:rPr>
            </w:pPr>
          </w:p>
        </w:tc>
      </w:tr>
      <w:tr w:rsidR="007E1A5D" w:rsidRPr="007E1A5D" w14:paraId="1EC7EF44" w14:textId="77777777" w:rsidTr="001F32CD">
        <w:trPr>
          <w:cantSplit/>
        </w:trPr>
        <w:tc>
          <w:tcPr>
            <w:tcW w:w="3628" w:type="dxa"/>
          </w:tcPr>
          <w:p w14:paraId="61D03206" w14:textId="77777777" w:rsidR="007E1A5D" w:rsidRPr="007E1A5D" w:rsidRDefault="007E1A5D" w:rsidP="007E1A5D">
            <w:pPr>
              <w:spacing w:before="60" w:after="60" w:line="360" w:lineRule="auto"/>
              <w:rPr>
                <w:sz w:val="22"/>
                <w:lang w:val="pt-BR"/>
              </w:rPr>
            </w:pPr>
          </w:p>
        </w:tc>
        <w:tc>
          <w:tcPr>
            <w:tcW w:w="2001" w:type="dxa"/>
          </w:tcPr>
          <w:p w14:paraId="0B1BF962" w14:textId="77777777" w:rsidR="007E1A5D" w:rsidRPr="007E1A5D" w:rsidRDefault="007E1A5D" w:rsidP="007E1A5D">
            <w:pPr>
              <w:spacing w:before="60" w:after="60" w:line="360" w:lineRule="auto"/>
              <w:rPr>
                <w:sz w:val="22"/>
                <w:lang w:val="pt-BR"/>
              </w:rPr>
            </w:pPr>
          </w:p>
        </w:tc>
        <w:tc>
          <w:tcPr>
            <w:tcW w:w="2001" w:type="dxa"/>
          </w:tcPr>
          <w:p w14:paraId="4B3AD8FA" w14:textId="77777777" w:rsidR="007E1A5D" w:rsidRPr="007E1A5D" w:rsidRDefault="007E1A5D" w:rsidP="007E1A5D">
            <w:pPr>
              <w:spacing w:before="60" w:after="60" w:line="360" w:lineRule="auto"/>
              <w:rPr>
                <w:sz w:val="22"/>
                <w:lang w:val="pt-BR"/>
              </w:rPr>
            </w:pPr>
          </w:p>
        </w:tc>
        <w:tc>
          <w:tcPr>
            <w:tcW w:w="2007" w:type="dxa"/>
          </w:tcPr>
          <w:p w14:paraId="2BA2C763" w14:textId="77777777" w:rsidR="007E1A5D" w:rsidRPr="007E1A5D" w:rsidRDefault="007E1A5D" w:rsidP="007E1A5D">
            <w:pPr>
              <w:spacing w:before="60" w:after="60" w:line="360" w:lineRule="auto"/>
              <w:rPr>
                <w:sz w:val="22"/>
                <w:lang w:val="pt-BR"/>
              </w:rPr>
            </w:pPr>
          </w:p>
        </w:tc>
      </w:tr>
      <w:tr w:rsidR="007E1A5D" w:rsidRPr="007E1A5D" w14:paraId="5F7777E2" w14:textId="77777777" w:rsidTr="001F32CD">
        <w:trPr>
          <w:cantSplit/>
        </w:trPr>
        <w:tc>
          <w:tcPr>
            <w:tcW w:w="3628" w:type="dxa"/>
          </w:tcPr>
          <w:p w14:paraId="7732D66C" w14:textId="77777777" w:rsidR="007E1A5D" w:rsidRPr="007E1A5D" w:rsidRDefault="007E1A5D" w:rsidP="007E1A5D">
            <w:pPr>
              <w:spacing w:before="60" w:after="60" w:line="360" w:lineRule="auto"/>
              <w:rPr>
                <w:sz w:val="22"/>
                <w:lang w:val="pt-BR"/>
              </w:rPr>
            </w:pPr>
          </w:p>
        </w:tc>
        <w:tc>
          <w:tcPr>
            <w:tcW w:w="2001" w:type="dxa"/>
          </w:tcPr>
          <w:p w14:paraId="7458DB73" w14:textId="77777777" w:rsidR="007E1A5D" w:rsidRPr="007E1A5D" w:rsidRDefault="007E1A5D" w:rsidP="007E1A5D">
            <w:pPr>
              <w:spacing w:before="60" w:after="60" w:line="360" w:lineRule="auto"/>
              <w:rPr>
                <w:sz w:val="22"/>
                <w:lang w:val="pt-BR"/>
              </w:rPr>
            </w:pPr>
          </w:p>
        </w:tc>
        <w:tc>
          <w:tcPr>
            <w:tcW w:w="2001" w:type="dxa"/>
          </w:tcPr>
          <w:p w14:paraId="0FE7D27A" w14:textId="77777777" w:rsidR="007E1A5D" w:rsidRPr="007E1A5D" w:rsidRDefault="007E1A5D" w:rsidP="007E1A5D">
            <w:pPr>
              <w:spacing w:before="60" w:after="60" w:line="360" w:lineRule="auto"/>
              <w:rPr>
                <w:sz w:val="22"/>
                <w:lang w:val="pt-BR"/>
              </w:rPr>
            </w:pPr>
          </w:p>
        </w:tc>
        <w:tc>
          <w:tcPr>
            <w:tcW w:w="2007" w:type="dxa"/>
          </w:tcPr>
          <w:p w14:paraId="4B8243FF" w14:textId="77777777" w:rsidR="007E1A5D" w:rsidRPr="007E1A5D" w:rsidRDefault="007E1A5D" w:rsidP="007E1A5D">
            <w:pPr>
              <w:spacing w:before="60" w:after="60" w:line="360" w:lineRule="auto"/>
              <w:rPr>
                <w:sz w:val="22"/>
                <w:lang w:val="pt-BR"/>
              </w:rPr>
            </w:pPr>
          </w:p>
        </w:tc>
      </w:tr>
      <w:tr w:rsidR="007E1A5D" w:rsidRPr="007E1A5D" w14:paraId="2D4B9576" w14:textId="77777777" w:rsidTr="001F32CD">
        <w:trPr>
          <w:cantSplit/>
        </w:trPr>
        <w:tc>
          <w:tcPr>
            <w:tcW w:w="3628" w:type="dxa"/>
          </w:tcPr>
          <w:p w14:paraId="053F08AC" w14:textId="77777777" w:rsidR="007E1A5D" w:rsidRPr="007E1A5D" w:rsidRDefault="007E1A5D" w:rsidP="007E1A5D">
            <w:pPr>
              <w:spacing w:before="60" w:after="60" w:line="360" w:lineRule="auto"/>
              <w:rPr>
                <w:sz w:val="22"/>
                <w:lang w:val="pt-BR"/>
              </w:rPr>
            </w:pPr>
          </w:p>
        </w:tc>
        <w:tc>
          <w:tcPr>
            <w:tcW w:w="2001" w:type="dxa"/>
          </w:tcPr>
          <w:p w14:paraId="5E3C73B7" w14:textId="77777777" w:rsidR="007E1A5D" w:rsidRPr="007E1A5D" w:rsidRDefault="007E1A5D" w:rsidP="007E1A5D">
            <w:pPr>
              <w:spacing w:before="60" w:after="60" w:line="360" w:lineRule="auto"/>
              <w:rPr>
                <w:sz w:val="22"/>
                <w:lang w:val="pt-BR"/>
              </w:rPr>
            </w:pPr>
          </w:p>
        </w:tc>
        <w:tc>
          <w:tcPr>
            <w:tcW w:w="2001" w:type="dxa"/>
          </w:tcPr>
          <w:p w14:paraId="50302D63" w14:textId="77777777" w:rsidR="007E1A5D" w:rsidRPr="007E1A5D" w:rsidRDefault="007E1A5D" w:rsidP="007E1A5D">
            <w:pPr>
              <w:spacing w:before="60" w:after="60" w:line="360" w:lineRule="auto"/>
              <w:rPr>
                <w:sz w:val="22"/>
                <w:lang w:val="pt-BR"/>
              </w:rPr>
            </w:pPr>
          </w:p>
        </w:tc>
        <w:tc>
          <w:tcPr>
            <w:tcW w:w="2007" w:type="dxa"/>
          </w:tcPr>
          <w:p w14:paraId="634A1D1C" w14:textId="77777777" w:rsidR="007E1A5D" w:rsidRPr="007E1A5D" w:rsidRDefault="007E1A5D" w:rsidP="007E1A5D">
            <w:pPr>
              <w:spacing w:before="60" w:after="60" w:line="360" w:lineRule="auto"/>
              <w:rPr>
                <w:sz w:val="22"/>
                <w:lang w:val="pt-BR"/>
              </w:rPr>
            </w:pPr>
          </w:p>
        </w:tc>
      </w:tr>
    </w:tbl>
    <w:p w14:paraId="47B1A4FC" w14:textId="77777777" w:rsidR="007E1A5D" w:rsidRPr="007E1A5D" w:rsidRDefault="007E1A5D" w:rsidP="007E1A5D">
      <w:pPr>
        <w:spacing w:line="360" w:lineRule="auto"/>
        <w:rPr>
          <w:sz w:val="22"/>
          <w:lang w:val="pt-BR"/>
        </w:rPr>
      </w:pPr>
      <w:r w:rsidRPr="007E1A5D">
        <w:rPr>
          <w:sz w:val="22"/>
          <w:lang w:val="pt-BR"/>
        </w:rPr>
        <w:t>Total de integrantes: ______. Renda familiar bruta média mensal: R$ ______________.</w:t>
      </w:r>
      <w:r w:rsidRPr="007E1A5D">
        <w:rPr>
          <w:sz w:val="22"/>
          <w:lang w:val="pt-BR"/>
        </w:rPr>
        <w:br/>
        <w:t>Renda bruta mensal per capita: R$ ____________________.</w:t>
      </w:r>
    </w:p>
    <w:p w14:paraId="05133E94" w14:textId="77777777" w:rsidR="007E1A5D" w:rsidRPr="007E1A5D" w:rsidRDefault="007E1A5D" w:rsidP="007E1A5D">
      <w:pPr>
        <w:spacing w:line="288" w:lineRule="auto"/>
        <w:jc w:val="both"/>
        <w:rPr>
          <w:sz w:val="22"/>
          <w:lang w:val="pt-BR"/>
        </w:rPr>
      </w:pPr>
      <w:r w:rsidRPr="007E1A5D">
        <w:rPr>
          <w:sz w:val="22"/>
          <w:lang w:val="pt-BR"/>
        </w:rPr>
        <w:t>Cálculo: somar a renda bruta familiar dos três meses, dividir por três e dividir pelo número de integrantes, observadas as inclusões e exclusões previstas na regulamentação.</w:t>
      </w:r>
    </w:p>
    <w:p w14:paraId="4E545DE0" w14:textId="77777777" w:rsidR="007E1A5D" w:rsidRPr="007E1A5D" w:rsidRDefault="007E1A5D" w:rsidP="007E1A5D">
      <w:pPr>
        <w:spacing w:line="288" w:lineRule="auto"/>
        <w:jc w:val="both"/>
        <w:rPr>
          <w:sz w:val="22"/>
          <w:lang w:val="pt-BR"/>
        </w:rPr>
      </w:pPr>
      <w:r w:rsidRPr="007E1A5D">
        <w:rPr>
          <w:sz w:val="22"/>
          <w:lang w:val="pt-BR"/>
        </w:rPr>
        <w:t>Declaro que a composição familiar e os rendimentos informados são verdadeiros e correspondem aos documentos anexados.</w:t>
      </w:r>
    </w:p>
    <w:p w14:paraId="15A2375D" w14:textId="77777777" w:rsidR="007E1A5D" w:rsidRPr="007E1A5D" w:rsidRDefault="007E1A5D" w:rsidP="007E1A5D">
      <w:pPr>
        <w:spacing w:line="360" w:lineRule="auto"/>
        <w:rPr>
          <w:sz w:val="22"/>
          <w:lang w:val="pt-BR"/>
        </w:rPr>
      </w:pPr>
      <w:r w:rsidRPr="007E1A5D">
        <w:rPr>
          <w:sz w:val="22"/>
          <w:lang w:val="pt-BR"/>
        </w:rPr>
        <w:t>Local: ______________________________    Data: _____/_____/________</w:t>
      </w:r>
    </w:p>
    <w:p w14:paraId="23D0D21E" w14:textId="77777777" w:rsidR="00FE19E1" w:rsidRDefault="007E1A5D" w:rsidP="00FE19E1">
      <w:pPr>
        <w:spacing w:line="360" w:lineRule="auto"/>
        <w:jc w:val="center"/>
        <w:rPr>
          <w:sz w:val="22"/>
          <w:lang w:val="pt-BR"/>
        </w:rPr>
      </w:pPr>
      <w:r w:rsidRPr="007E1A5D">
        <w:rPr>
          <w:sz w:val="22"/>
          <w:lang w:val="pt-BR"/>
        </w:rPr>
        <w:t>________________________________________________________</w:t>
      </w:r>
      <w:r w:rsidRPr="007E1A5D">
        <w:rPr>
          <w:sz w:val="22"/>
          <w:lang w:val="pt-BR"/>
        </w:rPr>
        <w:br/>
        <w:t>Assinatura do(a) declarante</w:t>
      </w:r>
    </w:p>
    <w:p w14:paraId="282622BB" w14:textId="4285D889" w:rsidR="007E1A5D" w:rsidRDefault="007E1A5D" w:rsidP="00FE19E1">
      <w:pPr>
        <w:spacing w:line="360" w:lineRule="auto"/>
        <w:jc w:val="center"/>
        <w:rPr>
          <w:sz w:val="22"/>
          <w:lang w:val="pt-BR"/>
        </w:rPr>
      </w:pPr>
      <w:r w:rsidRPr="007E1A5D">
        <w:rPr>
          <w:sz w:val="22"/>
          <w:lang w:val="pt-BR"/>
        </w:rPr>
        <w:t>________________________________________________________</w:t>
      </w:r>
      <w:r w:rsidRPr="007E1A5D">
        <w:rPr>
          <w:sz w:val="22"/>
          <w:lang w:val="pt-BR"/>
        </w:rPr>
        <w:br/>
        <w:t>Assinatura do responsável legal, quando o(a) candidato(a) for menor de 18 anos</w:t>
      </w:r>
    </w:p>
    <w:p w14:paraId="795A374A" w14:textId="15080760" w:rsidR="00FE19E1" w:rsidRDefault="00FE19E1">
      <w:pPr>
        <w:spacing w:after="200"/>
        <w:rPr>
          <w:sz w:val="22"/>
          <w:lang w:val="pt-BR"/>
        </w:rPr>
      </w:pPr>
      <w:r>
        <w:rPr>
          <w:sz w:val="22"/>
          <w:lang w:val="pt-BR"/>
        </w:rPr>
        <w:br w:type="page"/>
      </w:r>
    </w:p>
    <w:p w14:paraId="5FBBD898" w14:textId="77777777" w:rsidR="00337A5E" w:rsidRPr="00FE19E1" w:rsidRDefault="00CD734F">
      <w:pPr>
        <w:pStyle w:val="Ttulo"/>
        <w:rPr>
          <w:sz w:val="24"/>
          <w:szCs w:val="48"/>
          <w:lang w:val="pt-BR"/>
        </w:rPr>
      </w:pPr>
      <w:r w:rsidRPr="00FE19E1">
        <w:rPr>
          <w:sz w:val="24"/>
          <w:szCs w:val="48"/>
          <w:lang w:val="pt-BR"/>
        </w:rPr>
        <w:lastRenderedPageBreak/>
        <w:t>ANEXO IV</w:t>
      </w:r>
    </w:p>
    <w:p w14:paraId="44712605" w14:textId="77777777" w:rsidR="00337A5E" w:rsidRPr="00BB76A8" w:rsidRDefault="00CD734F" w:rsidP="0024016D">
      <w:pPr>
        <w:pStyle w:val="Ttulo1"/>
        <w:jc w:val="center"/>
        <w:rPr>
          <w:lang w:val="pt-BR"/>
        </w:rPr>
      </w:pPr>
      <w:r w:rsidRPr="00BB76A8">
        <w:rPr>
          <w:lang w:val="pt-BR"/>
        </w:rPr>
        <w:t>LAUDO OU RELATÓRIO PARA COMPROVAÇÃO DE DEFICIÊNCIA</w:t>
      </w:r>
    </w:p>
    <w:p w14:paraId="0DA4F32E" w14:textId="77777777" w:rsidR="00C31BC3" w:rsidRPr="000D373F" w:rsidRDefault="00C31BC3" w:rsidP="00C31BC3">
      <w:pPr>
        <w:pStyle w:val="Ttulo5"/>
        <w:jc w:val="center"/>
        <w:rPr>
          <w:lang w:val="pt-BR"/>
        </w:rPr>
      </w:pPr>
      <w:r w:rsidRPr="000D373F">
        <w:rPr>
          <w:lang w:val="pt-BR"/>
        </w:rPr>
        <w:t>(A ser encaminhado por todos aqueles que escolheram concorrer pela reserva de vaga PCD)</w:t>
      </w:r>
    </w:p>
    <w:p w14:paraId="488EE5E3" w14:textId="77777777" w:rsidR="006D4E90" w:rsidRPr="006D4E90" w:rsidRDefault="006D4E90" w:rsidP="006D4E90">
      <w:pPr>
        <w:keepNext/>
        <w:keepLines/>
        <w:spacing w:before="200" w:after="0" w:line="269" w:lineRule="auto"/>
        <w:jc w:val="center"/>
        <w:outlineLvl w:val="4"/>
        <w:rPr>
          <w:rFonts w:asciiTheme="majorHAnsi" w:eastAsiaTheme="majorEastAsia" w:hAnsiTheme="majorHAnsi" w:cstheme="majorBidi"/>
          <w:color w:val="243F60" w:themeColor="accent1" w:themeShade="7F"/>
          <w:sz w:val="22"/>
          <w:lang w:val="pt-BR"/>
        </w:rPr>
      </w:pPr>
      <w:r w:rsidRPr="006D4E90">
        <w:rPr>
          <w:rFonts w:asciiTheme="majorHAnsi" w:eastAsiaTheme="majorEastAsia" w:hAnsiTheme="majorHAnsi" w:cstheme="majorBidi"/>
          <w:color w:val="243F60" w:themeColor="accent1" w:themeShade="7F"/>
          <w:sz w:val="22"/>
          <w:lang w:val="pt-BR"/>
        </w:rPr>
        <w:t>(A ser encaminhado por todos aqueles que escolheram concorrer pela reserva de vaga PCD)</w:t>
      </w:r>
    </w:p>
    <w:p w14:paraId="2D160BB5" w14:textId="77777777" w:rsidR="006D4E90" w:rsidRPr="006D4E90" w:rsidRDefault="006D4E90" w:rsidP="006D4E9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b/>
          <w:sz w:val="19"/>
          <w:szCs w:val="19"/>
          <w:lang w:val="pt-BR"/>
        </w:rPr>
      </w:pPr>
    </w:p>
    <w:p w14:paraId="41CBFB37" w14:textId="77777777" w:rsidR="006D4E90" w:rsidRPr="006D4E90" w:rsidRDefault="006D4E90" w:rsidP="006D4E90">
      <w:pPr>
        <w:pBdr>
          <w:top w:val="nil"/>
          <w:left w:val="nil"/>
          <w:bottom w:val="nil"/>
          <w:right w:val="nil"/>
          <w:between w:val="nil"/>
        </w:pBdr>
        <w:spacing w:line="269" w:lineRule="auto"/>
        <w:jc w:val="center"/>
        <w:rPr>
          <w:sz w:val="22"/>
          <w:lang w:val="pt-BR"/>
        </w:rPr>
      </w:pPr>
      <w:r w:rsidRPr="006D4E90">
        <w:rPr>
          <w:b/>
          <w:i/>
          <w:sz w:val="22"/>
          <w:lang w:val="pt-BR"/>
        </w:rPr>
        <w:t>Todos os dados solicitados no Laudo deverão ser rigorosamente preenchidos. O não preenchimento poderá implicar em prejuízos ao candidato</w:t>
      </w:r>
      <w:r w:rsidRPr="006D4E90">
        <w:rPr>
          <w:sz w:val="22"/>
          <w:lang w:val="pt-BR"/>
        </w:rPr>
        <w:t>.</w:t>
      </w:r>
    </w:p>
    <w:p w14:paraId="49714C5D" w14:textId="77777777" w:rsidR="006D4E90" w:rsidRPr="006D4E90" w:rsidRDefault="006D4E90" w:rsidP="006D4E90">
      <w:pPr>
        <w:pBdr>
          <w:top w:val="nil"/>
          <w:left w:val="nil"/>
          <w:bottom w:val="nil"/>
          <w:right w:val="nil"/>
          <w:between w:val="nil"/>
        </w:pBdr>
        <w:tabs>
          <w:tab w:val="left" w:pos="1425"/>
          <w:tab w:val="left" w:pos="2036"/>
          <w:tab w:val="left" w:pos="3442"/>
          <w:tab w:val="left" w:pos="4046"/>
          <w:tab w:val="left" w:pos="5565"/>
          <w:tab w:val="left" w:pos="6209"/>
          <w:tab w:val="left" w:pos="8837"/>
          <w:tab w:val="left" w:pos="9271"/>
          <w:tab w:val="left" w:pos="9983"/>
        </w:tabs>
        <w:spacing w:before="120" w:line="360" w:lineRule="auto"/>
        <w:jc w:val="both"/>
        <w:rPr>
          <w:sz w:val="22"/>
          <w:lang w:val="pt-BR"/>
        </w:rPr>
      </w:pPr>
      <w:r w:rsidRPr="006D4E90">
        <w:rPr>
          <w:sz w:val="22"/>
          <w:lang w:val="pt-BR"/>
        </w:rPr>
        <w:t>O(a) candidato(</w:t>
      </w:r>
      <w:proofErr w:type="gramStart"/>
      <w:r w:rsidRPr="006D4E90">
        <w:rPr>
          <w:sz w:val="22"/>
          <w:lang w:val="pt-BR"/>
        </w:rPr>
        <w:t xml:space="preserve">a) </w:t>
      </w:r>
      <w:r w:rsidRPr="006D4E90">
        <w:rPr>
          <w:rFonts w:ascii="Times New Roman" w:eastAsia="Times New Roman" w:hAnsi="Times New Roman" w:cs="Times New Roman"/>
          <w:sz w:val="22"/>
          <w:lang w:val="pt-BR"/>
        </w:rPr>
        <w:t xml:space="preserve"> _</w:t>
      </w:r>
      <w:proofErr w:type="gramEnd"/>
      <w:r w:rsidRPr="006D4E90">
        <w:rPr>
          <w:rFonts w:ascii="Times New Roman" w:eastAsia="Times New Roman" w:hAnsi="Times New Roman" w:cs="Times New Roman"/>
          <w:sz w:val="22"/>
          <w:lang w:val="pt-BR"/>
        </w:rPr>
        <w:t xml:space="preserve">_______________________________________________________, </w:t>
      </w:r>
      <w:r w:rsidRPr="006D4E90">
        <w:rPr>
          <w:sz w:val="22"/>
          <w:lang w:val="pt-BR"/>
        </w:rPr>
        <w:t>portador(a) do documento de identificação n.º: ________________,</w:t>
      </w:r>
      <w:r w:rsidRPr="006D4E90">
        <w:rPr>
          <w:sz w:val="22"/>
          <w:lang w:val="pt-BR"/>
        </w:rPr>
        <w:tab/>
        <w:t xml:space="preserve">CPF n.º </w:t>
      </w:r>
      <w:r w:rsidRPr="006D4E90">
        <w:rPr>
          <w:rFonts w:ascii="Times New Roman" w:eastAsia="Times New Roman" w:hAnsi="Times New Roman" w:cs="Times New Roman"/>
          <w:sz w:val="22"/>
          <w:lang w:val="pt-BR"/>
        </w:rPr>
        <w:t>____________________</w:t>
      </w:r>
      <w:r w:rsidRPr="006D4E90">
        <w:rPr>
          <w:sz w:val="22"/>
          <w:lang w:val="pt-BR"/>
        </w:rPr>
        <w:t>, telefones</w:t>
      </w:r>
      <w:r w:rsidRPr="006D4E90">
        <w:rPr>
          <w:rFonts w:ascii="Times New Roman" w:eastAsia="Times New Roman" w:hAnsi="Times New Roman" w:cs="Times New Roman"/>
          <w:sz w:val="22"/>
          <w:lang w:val="pt-BR"/>
        </w:rPr>
        <w:t xml:space="preserve"> </w:t>
      </w:r>
      <w:proofErr w:type="gramStart"/>
      <w:r w:rsidRPr="006D4E90">
        <w:rPr>
          <w:rFonts w:ascii="Times New Roman" w:eastAsia="Times New Roman" w:hAnsi="Times New Roman" w:cs="Times New Roman"/>
          <w:sz w:val="22"/>
          <w:lang w:val="pt-BR"/>
        </w:rPr>
        <w:t xml:space="preserve">(  </w:t>
      </w:r>
      <w:proofErr w:type="gramEnd"/>
      <w:r w:rsidRPr="006D4E90">
        <w:rPr>
          <w:rFonts w:ascii="Times New Roman" w:eastAsia="Times New Roman" w:hAnsi="Times New Roman" w:cs="Times New Roman"/>
          <w:sz w:val="22"/>
          <w:lang w:val="pt-BR"/>
        </w:rPr>
        <w:t xml:space="preserve"> ) _________________</w:t>
      </w:r>
      <w:r w:rsidRPr="006D4E90">
        <w:rPr>
          <w:sz w:val="22"/>
          <w:lang w:val="pt-BR"/>
        </w:rPr>
        <w:t>, candidato(a) ao Processo Seletivo acima identificado, foi submetido(a), nesta data, a exame clínico, sendo identificada a existência de deficiência de conformidade com o Decreto n. 3.298, de 20/12/99 e suas alterações posteriores e na súmula nº 377-STJ, de 22/04/2009.</w:t>
      </w:r>
    </w:p>
    <w:p w14:paraId="1A8B6E65" w14:textId="77777777" w:rsidR="006D4E90" w:rsidRPr="006D4E90" w:rsidRDefault="006D4E90" w:rsidP="006D4E90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jc w:val="both"/>
        <w:rPr>
          <w:b/>
          <w:sz w:val="22"/>
          <w:u w:val="single"/>
        </w:rPr>
      </w:pPr>
      <w:proofErr w:type="spellStart"/>
      <w:r w:rsidRPr="006D4E90">
        <w:rPr>
          <w:b/>
          <w:sz w:val="22"/>
          <w:u w:val="single"/>
        </w:rPr>
        <w:t>Assinale</w:t>
      </w:r>
      <w:proofErr w:type="spellEnd"/>
      <w:r w:rsidRPr="006D4E90">
        <w:rPr>
          <w:b/>
          <w:sz w:val="22"/>
          <w:u w:val="single"/>
        </w:rPr>
        <w:t xml:space="preserve">, a </w:t>
      </w:r>
      <w:proofErr w:type="spellStart"/>
      <w:r w:rsidRPr="006D4E90">
        <w:rPr>
          <w:b/>
          <w:sz w:val="22"/>
          <w:u w:val="single"/>
        </w:rPr>
        <w:t>seguir</w:t>
      </w:r>
      <w:proofErr w:type="spellEnd"/>
      <w:r w:rsidRPr="006D4E90">
        <w:rPr>
          <w:b/>
          <w:sz w:val="22"/>
          <w:u w:val="single"/>
        </w:rPr>
        <w:t xml:space="preserve">, o </w:t>
      </w:r>
      <w:proofErr w:type="spellStart"/>
      <w:r w:rsidRPr="006D4E90">
        <w:rPr>
          <w:b/>
          <w:sz w:val="22"/>
          <w:u w:val="single"/>
        </w:rPr>
        <w:t>tipo</w:t>
      </w:r>
      <w:proofErr w:type="spellEnd"/>
      <w:r w:rsidRPr="006D4E90">
        <w:rPr>
          <w:b/>
          <w:sz w:val="22"/>
          <w:u w:val="single"/>
        </w:rPr>
        <w:t xml:space="preserve"> de </w:t>
      </w:r>
      <w:proofErr w:type="spellStart"/>
      <w:r w:rsidRPr="006D4E90">
        <w:rPr>
          <w:b/>
          <w:sz w:val="22"/>
          <w:u w:val="single"/>
        </w:rPr>
        <w:t>deficiência</w:t>
      </w:r>
      <w:proofErr w:type="spellEnd"/>
      <w:r w:rsidRPr="006D4E90">
        <w:rPr>
          <w:b/>
          <w:sz w:val="22"/>
          <w:u w:val="single"/>
        </w:rPr>
        <w:t xml:space="preserve"> do </w:t>
      </w:r>
      <w:proofErr w:type="spellStart"/>
      <w:r w:rsidRPr="006D4E90">
        <w:rPr>
          <w:b/>
          <w:sz w:val="22"/>
          <w:u w:val="single"/>
        </w:rPr>
        <w:t>candidato</w:t>
      </w:r>
      <w:proofErr w:type="spellEnd"/>
      <w:r w:rsidRPr="006D4E90">
        <w:rPr>
          <w:b/>
          <w:sz w:val="22"/>
          <w:u w:val="single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83"/>
        <w:gridCol w:w="2078"/>
        <w:gridCol w:w="5367"/>
      </w:tblGrid>
      <w:tr w:rsidR="006D4E90" w:rsidRPr="006D4E90" w14:paraId="6FDCDCB4" w14:textId="77777777" w:rsidTr="001F32CD">
        <w:trPr>
          <w:trHeight w:val="370"/>
        </w:trPr>
        <w:tc>
          <w:tcPr>
            <w:tcW w:w="5000" w:type="pct"/>
            <w:gridSpan w:val="3"/>
            <w:shd w:val="clear" w:color="auto" w:fill="DBE5F1" w:themeFill="accent1" w:themeFillTint="33"/>
          </w:tcPr>
          <w:p w14:paraId="7216CDAA" w14:textId="77777777" w:rsidR="006D4E90" w:rsidRPr="006D4E90" w:rsidRDefault="006D4E90" w:rsidP="006D4E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4"/>
              </w:tabs>
              <w:spacing w:before="40" w:after="40" w:line="240" w:lineRule="auto"/>
              <w:jc w:val="both"/>
              <w:rPr>
                <w:b/>
                <w:sz w:val="20"/>
                <w:szCs w:val="20"/>
                <w:lang w:val="pt-BR"/>
              </w:rPr>
            </w:pPr>
            <w:r w:rsidRPr="006D4E90">
              <w:rPr>
                <w:b/>
                <w:sz w:val="20"/>
                <w:szCs w:val="20"/>
                <w:lang w:val="pt-BR"/>
              </w:rPr>
              <w:t>(</w:t>
            </w:r>
            <w:r w:rsidRPr="006D4E90">
              <w:rPr>
                <w:b/>
                <w:sz w:val="20"/>
                <w:szCs w:val="20"/>
                <w:lang w:val="pt-BR"/>
              </w:rPr>
              <w:tab/>
              <w:t>) DEFICIÊNCIA FÍSICA*</w:t>
            </w:r>
          </w:p>
        </w:tc>
      </w:tr>
      <w:tr w:rsidR="006D4E90" w:rsidRPr="006D4E90" w14:paraId="077CD164" w14:textId="77777777" w:rsidTr="001F32CD">
        <w:trPr>
          <w:trHeight w:val="270"/>
        </w:trPr>
        <w:tc>
          <w:tcPr>
            <w:tcW w:w="1134" w:type="pct"/>
          </w:tcPr>
          <w:p w14:paraId="070BDF9A" w14:textId="77777777" w:rsidR="006D4E90" w:rsidRPr="006D4E90" w:rsidRDefault="006D4E90" w:rsidP="006D4E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both"/>
              <w:rPr>
                <w:sz w:val="20"/>
                <w:szCs w:val="20"/>
                <w:lang w:val="pt-BR"/>
              </w:rPr>
            </w:pPr>
            <w:r w:rsidRPr="006D4E90">
              <w:rPr>
                <w:sz w:val="20"/>
                <w:szCs w:val="20"/>
                <w:lang w:val="pt-BR"/>
              </w:rPr>
              <w:t xml:space="preserve">1. </w:t>
            </w:r>
            <w:proofErr w:type="gramStart"/>
            <w:r w:rsidRPr="006D4E90">
              <w:rPr>
                <w:sz w:val="20"/>
                <w:szCs w:val="20"/>
                <w:lang w:val="pt-BR"/>
              </w:rPr>
              <w:t>( )</w:t>
            </w:r>
            <w:proofErr w:type="gramEnd"/>
            <w:r w:rsidRPr="006D4E90">
              <w:rPr>
                <w:sz w:val="20"/>
                <w:szCs w:val="20"/>
                <w:lang w:val="pt-BR"/>
              </w:rPr>
              <w:t xml:space="preserve"> Paraplegia</w:t>
            </w:r>
          </w:p>
        </w:tc>
        <w:tc>
          <w:tcPr>
            <w:tcW w:w="1079" w:type="pct"/>
          </w:tcPr>
          <w:p w14:paraId="6D8DD44F" w14:textId="77777777" w:rsidR="006D4E90" w:rsidRPr="006D4E90" w:rsidRDefault="006D4E90" w:rsidP="006D4E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both"/>
              <w:rPr>
                <w:sz w:val="20"/>
                <w:szCs w:val="20"/>
                <w:lang w:val="pt-BR"/>
              </w:rPr>
            </w:pPr>
            <w:r w:rsidRPr="006D4E90">
              <w:rPr>
                <w:sz w:val="20"/>
                <w:szCs w:val="20"/>
                <w:lang w:val="pt-BR"/>
              </w:rPr>
              <w:t xml:space="preserve">6. </w:t>
            </w:r>
            <w:proofErr w:type="gramStart"/>
            <w:r w:rsidRPr="006D4E90">
              <w:rPr>
                <w:sz w:val="20"/>
                <w:szCs w:val="20"/>
                <w:lang w:val="pt-BR"/>
              </w:rPr>
              <w:t>( )</w:t>
            </w:r>
            <w:proofErr w:type="gramEnd"/>
            <w:r w:rsidRPr="006D4E90">
              <w:rPr>
                <w:sz w:val="20"/>
                <w:szCs w:val="20"/>
                <w:lang w:val="pt-BR"/>
              </w:rPr>
              <w:t xml:space="preserve"> Tetraparesia</w:t>
            </w:r>
          </w:p>
        </w:tc>
        <w:tc>
          <w:tcPr>
            <w:tcW w:w="2787" w:type="pct"/>
          </w:tcPr>
          <w:p w14:paraId="7516D1D5" w14:textId="77777777" w:rsidR="006D4E90" w:rsidRPr="006D4E90" w:rsidRDefault="006D4E90" w:rsidP="006D4E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both"/>
              <w:rPr>
                <w:sz w:val="20"/>
                <w:szCs w:val="20"/>
                <w:lang w:val="pt-BR"/>
              </w:rPr>
            </w:pPr>
            <w:r w:rsidRPr="006D4E90">
              <w:rPr>
                <w:sz w:val="20"/>
                <w:szCs w:val="20"/>
                <w:lang w:val="pt-BR"/>
              </w:rPr>
              <w:t xml:space="preserve">11. </w:t>
            </w:r>
            <w:proofErr w:type="gramStart"/>
            <w:r w:rsidRPr="006D4E90">
              <w:rPr>
                <w:sz w:val="20"/>
                <w:szCs w:val="20"/>
                <w:lang w:val="pt-BR"/>
              </w:rPr>
              <w:t>( )</w:t>
            </w:r>
            <w:proofErr w:type="gramEnd"/>
            <w:r w:rsidRPr="006D4E90">
              <w:rPr>
                <w:sz w:val="20"/>
                <w:szCs w:val="20"/>
                <w:lang w:val="pt-BR"/>
              </w:rPr>
              <w:t xml:space="preserve"> Amputação ou Ausência de Membro</w:t>
            </w:r>
          </w:p>
        </w:tc>
      </w:tr>
      <w:tr w:rsidR="006D4E90" w:rsidRPr="006D4E90" w14:paraId="5480A01F" w14:textId="77777777" w:rsidTr="001F32CD">
        <w:trPr>
          <w:trHeight w:val="289"/>
        </w:trPr>
        <w:tc>
          <w:tcPr>
            <w:tcW w:w="1134" w:type="pct"/>
          </w:tcPr>
          <w:p w14:paraId="5A79AA4A" w14:textId="77777777" w:rsidR="006D4E90" w:rsidRPr="006D4E90" w:rsidRDefault="006D4E90" w:rsidP="006D4E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both"/>
              <w:rPr>
                <w:sz w:val="20"/>
                <w:szCs w:val="20"/>
                <w:lang w:val="pt-BR"/>
              </w:rPr>
            </w:pPr>
            <w:r w:rsidRPr="006D4E90">
              <w:rPr>
                <w:sz w:val="20"/>
                <w:szCs w:val="20"/>
                <w:lang w:val="pt-BR"/>
              </w:rPr>
              <w:t xml:space="preserve">2. </w:t>
            </w:r>
            <w:proofErr w:type="gramStart"/>
            <w:r w:rsidRPr="006D4E90">
              <w:rPr>
                <w:sz w:val="20"/>
                <w:szCs w:val="20"/>
                <w:lang w:val="pt-BR"/>
              </w:rPr>
              <w:t>( )</w:t>
            </w:r>
            <w:proofErr w:type="gramEnd"/>
            <w:r w:rsidRPr="006D4E90">
              <w:rPr>
                <w:sz w:val="20"/>
                <w:szCs w:val="20"/>
                <w:lang w:val="pt-BR"/>
              </w:rPr>
              <w:t xml:space="preserve"> Paraparesia</w:t>
            </w:r>
          </w:p>
        </w:tc>
        <w:tc>
          <w:tcPr>
            <w:tcW w:w="1079" w:type="pct"/>
          </w:tcPr>
          <w:p w14:paraId="0886C53C" w14:textId="77777777" w:rsidR="006D4E90" w:rsidRPr="006D4E90" w:rsidRDefault="006D4E90" w:rsidP="006D4E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both"/>
              <w:rPr>
                <w:sz w:val="20"/>
                <w:szCs w:val="20"/>
                <w:lang w:val="pt-BR"/>
              </w:rPr>
            </w:pPr>
            <w:r w:rsidRPr="006D4E90">
              <w:rPr>
                <w:sz w:val="20"/>
                <w:szCs w:val="20"/>
                <w:lang w:val="pt-BR"/>
              </w:rPr>
              <w:t xml:space="preserve">7. </w:t>
            </w:r>
            <w:proofErr w:type="gramStart"/>
            <w:r w:rsidRPr="006D4E90">
              <w:rPr>
                <w:sz w:val="20"/>
                <w:szCs w:val="20"/>
                <w:lang w:val="pt-BR"/>
              </w:rPr>
              <w:t>( )</w:t>
            </w:r>
            <w:proofErr w:type="gramEnd"/>
            <w:r w:rsidRPr="006D4E90">
              <w:rPr>
                <w:sz w:val="20"/>
                <w:szCs w:val="20"/>
                <w:lang w:val="pt-BR"/>
              </w:rPr>
              <w:t xml:space="preserve"> Triplegia</w:t>
            </w:r>
          </w:p>
        </w:tc>
        <w:tc>
          <w:tcPr>
            <w:tcW w:w="2787" w:type="pct"/>
          </w:tcPr>
          <w:p w14:paraId="354934F0" w14:textId="77777777" w:rsidR="006D4E90" w:rsidRPr="006D4E90" w:rsidRDefault="006D4E90" w:rsidP="006D4E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both"/>
              <w:rPr>
                <w:sz w:val="20"/>
                <w:szCs w:val="20"/>
                <w:lang w:val="pt-BR"/>
              </w:rPr>
            </w:pPr>
            <w:r w:rsidRPr="006D4E90">
              <w:rPr>
                <w:sz w:val="20"/>
                <w:szCs w:val="20"/>
                <w:lang w:val="pt-BR"/>
              </w:rPr>
              <w:t xml:space="preserve">12. </w:t>
            </w:r>
            <w:proofErr w:type="gramStart"/>
            <w:r w:rsidRPr="006D4E90">
              <w:rPr>
                <w:sz w:val="20"/>
                <w:szCs w:val="20"/>
                <w:lang w:val="pt-BR"/>
              </w:rPr>
              <w:t>( )</w:t>
            </w:r>
            <w:proofErr w:type="gramEnd"/>
            <w:r w:rsidRPr="006D4E90">
              <w:rPr>
                <w:sz w:val="20"/>
                <w:szCs w:val="20"/>
                <w:lang w:val="pt-BR"/>
              </w:rPr>
              <w:t xml:space="preserve"> Paralisia Cerebral</w:t>
            </w:r>
          </w:p>
        </w:tc>
      </w:tr>
      <w:tr w:rsidR="006D4E90" w:rsidRPr="006D4E90" w14:paraId="79533276" w14:textId="77777777" w:rsidTr="001F32CD">
        <w:trPr>
          <w:trHeight w:val="289"/>
        </w:trPr>
        <w:tc>
          <w:tcPr>
            <w:tcW w:w="1134" w:type="pct"/>
          </w:tcPr>
          <w:p w14:paraId="658BA34B" w14:textId="77777777" w:rsidR="006D4E90" w:rsidRPr="006D4E90" w:rsidRDefault="006D4E90" w:rsidP="006D4E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both"/>
              <w:rPr>
                <w:sz w:val="20"/>
                <w:szCs w:val="20"/>
                <w:lang w:val="pt-BR"/>
              </w:rPr>
            </w:pPr>
            <w:r w:rsidRPr="006D4E90">
              <w:rPr>
                <w:sz w:val="20"/>
                <w:szCs w:val="20"/>
                <w:lang w:val="pt-BR"/>
              </w:rPr>
              <w:t xml:space="preserve">3. </w:t>
            </w:r>
            <w:proofErr w:type="gramStart"/>
            <w:r w:rsidRPr="006D4E90">
              <w:rPr>
                <w:sz w:val="20"/>
                <w:szCs w:val="20"/>
                <w:lang w:val="pt-BR"/>
              </w:rPr>
              <w:t>( )</w:t>
            </w:r>
            <w:proofErr w:type="gramEnd"/>
            <w:r w:rsidRPr="006D4E90">
              <w:rPr>
                <w:sz w:val="20"/>
                <w:szCs w:val="20"/>
                <w:lang w:val="pt-BR"/>
              </w:rPr>
              <w:t xml:space="preserve"> Monoplegia</w:t>
            </w:r>
          </w:p>
        </w:tc>
        <w:tc>
          <w:tcPr>
            <w:tcW w:w="1079" w:type="pct"/>
          </w:tcPr>
          <w:p w14:paraId="390472E0" w14:textId="77777777" w:rsidR="006D4E90" w:rsidRPr="006D4E90" w:rsidRDefault="006D4E90" w:rsidP="006D4E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both"/>
              <w:rPr>
                <w:sz w:val="20"/>
                <w:szCs w:val="20"/>
                <w:lang w:val="pt-BR"/>
              </w:rPr>
            </w:pPr>
            <w:r w:rsidRPr="006D4E90">
              <w:rPr>
                <w:sz w:val="20"/>
                <w:szCs w:val="20"/>
                <w:lang w:val="pt-BR"/>
              </w:rPr>
              <w:t xml:space="preserve">8. </w:t>
            </w:r>
            <w:proofErr w:type="gramStart"/>
            <w:r w:rsidRPr="006D4E90">
              <w:rPr>
                <w:sz w:val="20"/>
                <w:szCs w:val="20"/>
                <w:lang w:val="pt-BR"/>
              </w:rPr>
              <w:t>( )</w:t>
            </w:r>
            <w:proofErr w:type="gramEnd"/>
            <w:r w:rsidRPr="006D4E90">
              <w:rPr>
                <w:sz w:val="20"/>
                <w:szCs w:val="20"/>
                <w:lang w:val="pt-BR"/>
              </w:rPr>
              <w:t xml:space="preserve"> Triparesia</w:t>
            </w:r>
          </w:p>
        </w:tc>
        <w:tc>
          <w:tcPr>
            <w:tcW w:w="2787" w:type="pct"/>
          </w:tcPr>
          <w:p w14:paraId="7AB7D429" w14:textId="77777777" w:rsidR="006D4E90" w:rsidRPr="006D4E90" w:rsidRDefault="006D4E90" w:rsidP="006D4E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both"/>
              <w:rPr>
                <w:sz w:val="20"/>
                <w:szCs w:val="20"/>
                <w:lang w:val="pt-BR"/>
              </w:rPr>
            </w:pPr>
            <w:r w:rsidRPr="006D4E90">
              <w:rPr>
                <w:sz w:val="20"/>
                <w:szCs w:val="20"/>
                <w:lang w:val="pt-BR"/>
              </w:rPr>
              <w:t xml:space="preserve">13. </w:t>
            </w:r>
            <w:proofErr w:type="gramStart"/>
            <w:r w:rsidRPr="006D4E90">
              <w:rPr>
                <w:sz w:val="20"/>
                <w:szCs w:val="20"/>
                <w:lang w:val="pt-BR"/>
              </w:rPr>
              <w:t>( )</w:t>
            </w:r>
            <w:proofErr w:type="gramEnd"/>
            <w:r w:rsidRPr="006D4E90">
              <w:rPr>
                <w:sz w:val="20"/>
                <w:szCs w:val="20"/>
                <w:lang w:val="pt-BR"/>
              </w:rPr>
              <w:t xml:space="preserve"> Membros com deformidade congênita ou adquirida</w:t>
            </w:r>
          </w:p>
        </w:tc>
      </w:tr>
      <w:tr w:rsidR="006D4E90" w:rsidRPr="006D4E90" w14:paraId="55317E46" w14:textId="77777777" w:rsidTr="001F32CD">
        <w:trPr>
          <w:trHeight w:val="290"/>
        </w:trPr>
        <w:tc>
          <w:tcPr>
            <w:tcW w:w="1134" w:type="pct"/>
          </w:tcPr>
          <w:p w14:paraId="07C3C598" w14:textId="77777777" w:rsidR="006D4E90" w:rsidRPr="006D4E90" w:rsidRDefault="006D4E90" w:rsidP="006D4E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both"/>
              <w:rPr>
                <w:sz w:val="20"/>
                <w:szCs w:val="20"/>
                <w:lang w:val="pt-BR"/>
              </w:rPr>
            </w:pPr>
            <w:r w:rsidRPr="006D4E90">
              <w:rPr>
                <w:sz w:val="20"/>
                <w:szCs w:val="20"/>
                <w:lang w:val="pt-BR"/>
              </w:rPr>
              <w:t xml:space="preserve">4. </w:t>
            </w:r>
            <w:proofErr w:type="gramStart"/>
            <w:r w:rsidRPr="006D4E90">
              <w:rPr>
                <w:sz w:val="20"/>
                <w:szCs w:val="20"/>
                <w:lang w:val="pt-BR"/>
              </w:rPr>
              <w:t>( )</w:t>
            </w:r>
            <w:proofErr w:type="gramEnd"/>
            <w:r w:rsidRPr="006D4E90">
              <w:rPr>
                <w:sz w:val="20"/>
                <w:szCs w:val="20"/>
                <w:lang w:val="pt-BR"/>
              </w:rPr>
              <w:t xml:space="preserve"> Monoparesia</w:t>
            </w:r>
          </w:p>
        </w:tc>
        <w:tc>
          <w:tcPr>
            <w:tcW w:w="1079" w:type="pct"/>
          </w:tcPr>
          <w:p w14:paraId="7C7FFAE8" w14:textId="77777777" w:rsidR="006D4E90" w:rsidRPr="006D4E90" w:rsidRDefault="006D4E90" w:rsidP="006D4E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both"/>
              <w:rPr>
                <w:sz w:val="20"/>
                <w:szCs w:val="20"/>
                <w:lang w:val="pt-BR"/>
              </w:rPr>
            </w:pPr>
            <w:r w:rsidRPr="006D4E90">
              <w:rPr>
                <w:sz w:val="20"/>
                <w:szCs w:val="20"/>
                <w:lang w:val="pt-BR"/>
              </w:rPr>
              <w:t xml:space="preserve">9. </w:t>
            </w:r>
            <w:proofErr w:type="gramStart"/>
            <w:r w:rsidRPr="006D4E90">
              <w:rPr>
                <w:sz w:val="20"/>
                <w:szCs w:val="20"/>
                <w:lang w:val="pt-BR"/>
              </w:rPr>
              <w:t>( )</w:t>
            </w:r>
            <w:proofErr w:type="gramEnd"/>
            <w:r w:rsidRPr="006D4E90">
              <w:rPr>
                <w:sz w:val="20"/>
                <w:szCs w:val="20"/>
                <w:lang w:val="pt-BR"/>
              </w:rPr>
              <w:t xml:space="preserve"> Hemiplegia</w:t>
            </w:r>
          </w:p>
        </w:tc>
        <w:tc>
          <w:tcPr>
            <w:tcW w:w="2787" w:type="pct"/>
          </w:tcPr>
          <w:p w14:paraId="54C99A4E" w14:textId="77777777" w:rsidR="006D4E90" w:rsidRPr="006D4E90" w:rsidRDefault="006D4E90" w:rsidP="006D4E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both"/>
              <w:rPr>
                <w:sz w:val="20"/>
                <w:szCs w:val="20"/>
                <w:lang w:val="pt-BR"/>
              </w:rPr>
            </w:pPr>
            <w:r w:rsidRPr="006D4E90">
              <w:rPr>
                <w:sz w:val="20"/>
                <w:szCs w:val="20"/>
                <w:lang w:val="pt-BR"/>
              </w:rPr>
              <w:t xml:space="preserve">14. </w:t>
            </w:r>
            <w:proofErr w:type="gramStart"/>
            <w:r w:rsidRPr="006D4E90">
              <w:rPr>
                <w:sz w:val="20"/>
                <w:szCs w:val="20"/>
                <w:lang w:val="pt-BR"/>
              </w:rPr>
              <w:t>( )</w:t>
            </w:r>
            <w:proofErr w:type="gramEnd"/>
            <w:r w:rsidRPr="006D4E90">
              <w:rPr>
                <w:sz w:val="20"/>
                <w:szCs w:val="20"/>
                <w:lang w:val="pt-BR"/>
              </w:rPr>
              <w:t xml:space="preserve"> Ostomias</w:t>
            </w:r>
          </w:p>
        </w:tc>
      </w:tr>
      <w:tr w:rsidR="006D4E90" w:rsidRPr="006D4E90" w14:paraId="246858C5" w14:textId="77777777" w:rsidTr="001F32CD">
        <w:trPr>
          <w:trHeight w:val="270"/>
        </w:trPr>
        <w:tc>
          <w:tcPr>
            <w:tcW w:w="1134" w:type="pct"/>
          </w:tcPr>
          <w:p w14:paraId="66C61865" w14:textId="77777777" w:rsidR="006D4E90" w:rsidRPr="006D4E90" w:rsidRDefault="006D4E90" w:rsidP="006D4E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both"/>
              <w:rPr>
                <w:sz w:val="20"/>
                <w:szCs w:val="20"/>
                <w:lang w:val="pt-BR"/>
              </w:rPr>
            </w:pPr>
            <w:r w:rsidRPr="006D4E90">
              <w:rPr>
                <w:sz w:val="20"/>
                <w:szCs w:val="20"/>
                <w:lang w:val="pt-BR"/>
              </w:rPr>
              <w:t xml:space="preserve">5. </w:t>
            </w:r>
            <w:proofErr w:type="gramStart"/>
            <w:r w:rsidRPr="006D4E90">
              <w:rPr>
                <w:sz w:val="20"/>
                <w:szCs w:val="20"/>
                <w:lang w:val="pt-BR"/>
              </w:rPr>
              <w:t>( )</w:t>
            </w:r>
            <w:proofErr w:type="gramEnd"/>
            <w:r w:rsidRPr="006D4E90">
              <w:rPr>
                <w:sz w:val="20"/>
                <w:szCs w:val="20"/>
                <w:lang w:val="pt-BR"/>
              </w:rPr>
              <w:t xml:space="preserve"> Tetraplegia</w:t>
            </w:r>
          </w:p>
        </w:tc>
        <w:tc>
          <w:tcPr>
            <w:tcW w:w="1079" w:type="pct"/>
          </w:tcPr>
          <w:p w14:paraId="58A2DA25" w14:textId="77777777" w:rsidR="006D4E90" w:rsidRPr="006D4E90" w:rsidRDefault="006D4E90" w:rsidP="006D4E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both"/>
              <w:rPr>
                <w:sz w:val="20"/>
                <w:szCs w:val="20"/>
                <w:lang w:val="pt-BR"/>
              </w:rPr>
            </w:pPr>
            <w:r w:rsidRPr="006D4E90">
              <w:rPr>
                <w:sz w:val="20"/>
                <w:szCs w:val="20"/>
                <w:lang w:val="pt-BR"/>
              </w:rPr>
              <w:t xml:space="preserve">10. </w:t>
            </w:r>
            <w:proofErr w:type="gramStart"/>
            <w:r w:rsidRPr="006D4E90">
              <w:rPr>
                <w:sz w:val="20"/>
                <w:szCs w:val="20"/>
                <w:lang w:val="pt-BR"/>
              </w:rPr>
              <w:t>( )</w:t>
            </w:r>
            <w:proofErr w:type="gramEnd"/>
            <w:r w:rsidRPr="006D4E90">
              <w:rPr>
                <w:sz w:val="20"/>
                <w:szCs w:val="20"/>
                <w:lang w:val="pt-BR"/>
              </w:rPr>
              <w:t xml:space="preserve"> Hemiparesia</w:t>
            </w:r>
          </w:p>
        </w:tc>
        <w:tc>
          <w:tcPr>
            <w:tcW w:w="2787" w:type="pct"/>
          </w:tcPr>
          <w:p w14:paraId="7A979627" w14:textId="77777777" w:rsidR="006D4E90" w:rsidRPr="006D4E90" w:rsidRDefault="006D4E90" w:rsidP="006D4E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both"/>
              <w:rPr>
                <w:sz w:val="20"/>
                <w:szCs w:val="20"/>
                <w:lang w:val="pt-BR"/>
              </w:rPr>
            </w:pPr>
            <w:r w:rsidRPr="006D4E90">
              <w:rPr>
                <w:sz w:val="20"/>
                <w:szCs w:val="20"/>
                <w:lang w:val="pt-BR"/>
              </w:rPr>
              <w:t xml:space="preserve">15. </w:t>
            </w:r>
            <w:proofErr w:type="gramStart"/>
            <w:r w:rsidRPr="006D4E90">
              <w:rPr>
                <w:sz w:val="20"/>
                <w:szCs w:val="20"/>
                <w:lang w:val="pt-BR"/>
              </w:rPr>
              <w:t>( )</w:t>
            </w:r>
            <w:proofErr w:type="gramEnd"/>
            <w:r w:rsidRPr="006D4E90">
              <w:rPr>
                <w:sz w:val="20"/>
                <w:szCs w:val="20"/>
                <w:lang w:val="pt-BR"/>
              </w:rPr>
              <w:t xml:space="preserve"> Nanismo</w:t>
            </w:r>
          </w:p>
        </w:tc>
      </w:tr>
    </w:tbl>
    <w:p w14:paraId="5222481F" w14:textId="77777777" w:rsidR="006D4E90" w:rsidRPr="006D4E90" w:rsidRDefault="006D4E90" w:rsidP="006D4E90">
      <w:pPr>
        <w:spacing w:line="360" w:lineRule="auto"/>
        <w:jc w:val="both"/>
        <w:rPr>
          <w:bCs/>
          <w:i/>
          <w:sz w:val="20"/>
          <w:szCs w:val="20"/>
          <w:lang w:val="pt-BR"/>
        </w:rPr>
      </w:pPr>
      <w:r w:rsidRPr="006D4E90">
        <w:rPr>
          <w:bCs/>
          <w:i/>
          <w:sz w:val="20"/>
          <w:szCs w:val="20"/>
          <w:lang w:val="pt-BR"/>
        </w:rPr>
        <w:t>*Exceto as deformidades estéticas e as que não produzam dificuldades para o desempenho de funções.</w:t>
      </w:r>
    </w:p>
    <w:p w14:paraId="08359CD7" w14:textId="77777777" w:rsidR="006D4E90" w:rsidRPr="006D4E90" w:rsidRDefault="006D4E90" w:rsidP="006D4E90">
      <w:pPr>
        <w:spacing w:line="360" w:lineRule="auto"/>
        <w:jc w:val="both"/>
        <w:rPr>
          <w:bCs/>
          <w:i/>
          <w:sz w:val="20"/>
          <w:szCs w:val="20"/>
          <w:lang w:val="pt-BR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28"/>
      </w:tblGrid>
      <w:tr w:rsidR="006D4E90" w:rsidRPr="006D4E90" w14:paraId="0F0A4745" w14:textId="77777777" w:rsidTr="001F32CD">
        <w:trPr>
          <w:trHeight w:val="550"/>
        </w:trPr>
        <w:tc>
          <w:tcPr>
            <w:tcW w:w="5000" w:type="pct"/>
            <w:shd w:val="clear" w:color="auto" w:fill="DBE5F1" w:themeFill="accent1" w:themeFillTint="33"/>
          </w:tcPr>
          <w:p w14:paraId="0BCE93D7" w14:textId="77777777" w:rsidR="006D4E90" w:rsidRPr="006D4E90" w:rsidRDefault="006D4E90" w:rsidP="006D4E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360" w:lineRule="auto"/>
              <w:jc w:val="both"/>
              <w:rPr>
                <w:sz w:val="22"/>
                <w:lang w:val="pt-BR"/>
              </w:rPr>
            </w:pPr>
            <w:proofErr w:type="gramStart"/>
            <w:r w:rsidRPr="006D4E90">
              <w:rPr>
                <w:b/>
                <w:sz w:val="22"/>
                <w:lang w:val="pt-BR"/>
              </w:rPr>
              <w:t>( )</w:t>
            </w:r>
            <w:proofErr w:type="gramEnd"/>
            <w:r w:rsidRPr="006D4E90">
              <w:rPr>
                <w:b/>
                <w:sz w:val="22"/>
                <w:lang w:val="pt-BR"/>
              </w:rPr>
              <w:t xml:space="preserve"> DEFICIÊNCIA AUDITIVA</w:t>
            </w:r>
            <w:r w:rsidRPr="006D4E90">
              <w:rPr>
                <w:sz w:val="22"/>
                <w:lang w:val="pt-BR"/>
              </w:rPr>
              <w:t>*: perda bilateral, parcial ou total de 41 decibéis (dB) ou mais, aferida por audiograma, nas frequências de 500 Hz, 1.000 Hz, 2.000 Hz e 3.000 Hz.</w:t>
            </w:r>
          </w:p>
        </w:tc>
      </w:tr>
    </w:tbl>
    <w:p w14:paraId="185CE355" w14:textId="77777777" w:rsidR="006D4E90" w:rsidRPr="006D4E90" w:rsidRDefault="006D4E90" w:rsidP="006D4E90">
      <w:pPr>
        <w:tabs>
          <w:tab w:val="left" w:pos="1239"/>
        </w:tabs>
        <w:spacing w:line="269" w:lineRule="auto"/>
        <w:jc w:val="both"/>
        <w:rPr>
          <w:i/>
          <w:sz w:val="22"/>
          <w:lang w:val="pt-BR"/>
        </w:rPr>
      </w:pPr>
      <w:r w:rsidRPr="006D4E90">
        <w:rPr>
          <w:sz w:val="22"/>
          <w:lang w:val="pt-BR"/>
        </w:rPr>
        <w:t xml:space="preserve">* </w:t>
      </w:r>
      <w:r w:rsidRPr="006D4E90">
        <w:rPr>
          <w:i/>
          <w:sz w:val="22"/>
          <w:lang w:val="pt-BR"/>
        </w:rPr>
        <w:t>Para os candidatos com deficiência auditiva, o laudo médico deverá vir acompanhado do original do exame de audiometria recente, realizado até 6 (seis) meses anteriores ao último dia das inscrições, acompanhado do relatório do otorrinolaringologista informando se a perda auditiva do candidato é passível de alguma melhora com uso de prótese.</w:t>
      </w:r>
    </w:p>
    <w:p w14:paraId="3E89EF5F" w14:textId="77777777" w:rsidR="006D4E90" w:rsidRPr="006D4E90" w:rsidRDefault="006D4E90" w:rsidP="006D4E9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b/>
          <w:i/>
          <w:sz w:val="22"/>
          <w:lang w:val="pt-BR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28"/>
      </w:tblGrid>
      <w:tr w:rsidR="006D4E90" w:rsidRPr="006D4E90" w14:paraId="3B3CA4A0" w14:textId="77777777" w:rsidTr="001F32CD">
        <w:trPr>
          <w:trHeight w:val="269"/>
        </w:trPr>
        <w:tc>
          <w:tcPr>
            <w:tcW w:w="5000" w:type="pct"/>
            <w:shd w:val="clear" w:color="auto" w:fill="DBE5F1" w:themeFill="accent1" w:themeFillTint="33"/>
          </w:tcPr>
          <w:p w14:paraId="4CB0F1E4" w14:textId="77777777" w:rsidR="006D4E90" w:rsidRPr="006D4E90" w:rsidRDefault="006D4E90" w:rsidP="006D4E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both"/>
              <w:rPr>
                <w:b/>
                <w:sz w:val="20"/>
                <w:szCs w:val="20"/>
                <w:lang w:val="pt-BR"/>
              </w:rPr>
            </w:pPr>
            <w:proofErr w:type="gramStart"/>
            <w:r w:rsidRPr="006D4E90">
              <w:rPr>
                <w:b/>
                <w:sz w:val="20"/>
                <w:szCs w:val="20"/>
                <w:lang w:val="pt-BR"/>
              </w:rPr>
              <w:t>( )</w:t>
            </w:r>
            <w:proofErr w:type="gramEnd"/>
            <w:r w:rsidRPr="006D4E90">
              <w:rPr>
                <w:b/>
                <w:sz w:val="20"/>
                <w:szCs w:val="20"/>
                <w:lang w:val="pt-BR"/>
              </w:rPr>
              <w:t xml:space="preserve"> DEFICIÊNCIA VISUAL:</w:t>
            </w:r>
          </w:p>
        </w:tc>
      </w:tr>
      <w:tr w:rsidR="006D4E90" w:rsidRPr="006D4E90" w14:paraId="1119D17A" w14:textId="77777777" w:rsidTr="001F32CD">
        <w:trPr>
          <w:trHeight w:val="290"/>
        </w:trPr>
        <w:tc>
          <w:tcPr>
            <w:tcW w:w="5000" w:type="pct"/>
          </w:tcPr>
          <w:p w14:paraId="20845E13" w14:textId="77777777" w:rsidR="006D4E90" w:rsidRPr="006D4E90" w:rsidRDefault="006D4E90" w:rsidP="006D4E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both"/>
              <w:rPr>
                <w:sz w:val="20"/>
                <w:szCs w:val="20"/>
                <w:lang w:val="pt-BR"/>
              </w:rPr>
            </w:pPr>
            <w:proofErr w:type="gramStart"/>
            <w:r w:rsidRPr="006D4E90">
              <w:rPr>
                <w:sz w:val="20"/>
                <w:szCs w:val="20"/>
                <w:lang w:val="pt-BR"/>
              </w:rPr>
              <w:t>( )</w:t>
            </w:r>
            <w:proofErr w:type="gramEnd"/>
            <w:r w:rsidRPr="006D4E90">
              <w:rPr>
                <w:sz w:val="20"/>
                <w:szCs w:val="20"/>
                <w:lang w:val="pt-BR"/>
              </w:rPr>
              <w:t xml:space="preserve"> </w:t>
            </w:r>
            <w:r w:rsidRPr="006D4E90">
              <w:rPr>
                <w:b/>
                <w:sz w:val="20"/>
                <w:szCs w:val="20"/>
                <w:lang w:val="pt-BR"/>
              </w:rPr>
              <w:t xml:space="preserve">Cegueira </w:t>
            </w:r>
            <w:r w:rsidRPr="006D4E90">
              <w:rPr>
                <w:sz w:val="20"/>
                <w:szCs w:val="20"/>
                <w:lang w:val="pt-BR"/>
              </w:rPr>
              <w:t>- acuidade visual igual ou menor que 0,05 (20/400) no melhor olho, com a melhor correção óptica.</w:t>
            </w:r>
          </w:p>
        </w:tc>
      </w:tr>
      <w:tr w:rsidR="006D4E90" w:rsidRPr="006D4E90" w14:paraId="7B37E0A8" w14:textId="77777777" w:rsidTr="001F32CD">
        <w:trPr>
          <w:trHeight w:val="289"/>
        </w:trPr>
        <w:tc>
          <w:tcPr>
            <w:tcW w:w="5000" w:type="pct"/>
          </w:tcPr>
          <w:p w14:paraId="2685EF3E" w14:textId="77777777" w:rsidR="006D4E90" w:rsidRPr="006D4E90" w:rsidRDefault="006D4E90" w:rsidP="006D4E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both"/>
              <w:rPr>
                <w:sz w:val="20"/>
                <w:szCs w:val="20"/>
                <w:lang w:val="pt-BR"/>
              </w:rPr>
            </w:pPr>
            <w:proofErr w:type="gramStart"/>
            <w:r w:rsidRPr="006D4E90">
              <w:rPr>
                <w:sz w:val="20"/>
                <w:szCs w:val="20"/>
                <w:lang w:val="pt-BR"/>
              </w:rPr>
              <w:t>( )</w:t>
            </w:r>
            <w:proofErr w:type="gramEnd"/>
            <w:r w:rsidRPr="006D4E90">
              <w:rPr>
                <w:sz w:val="20"/>
                <w:szCs w:val="20"/>
                <w:lang w:val="pt-BR"/>
              </w:rPr>
              <w:t xml:space="preserve"> </w:t>
            </w:r>
            <w:r w:rsidRPr="006D4E90">
              <w:rPr>
                <w:b/>
                <w:sz w:val="20"/>
                <w:szCs w:val="20"/>
                <w:lang w:val="pt-BR"/>
              </w:rPr>
              <w:t xml:space="preserve">Baixa visão </w:t>
            </w:r>
            <w:r w:rsidRPr="006D4E90">
              <w:rPr>
                <w:sz w:val="20"/>
                <w:szCs w:val="20"/>
                <w:lang w:val="pt-BR"/>
              </w:rPr>
              <w:t>– acuidade visual entre 0,3 (20/66) e 0,05 (20/400) no melhor olho, com a melhor correção óptica.</w:t>
            </w:r>
          </w:p>
        </w:tc>
      </w:tr>
      <w:tr w:rsidR="006D4E90" w:rsidRPr="006D4E90" w14:paraId="40711919" w14:textId="77777777" w:rsidTr="001F32CD">
        <w:trPr>
          <w:trHeight w:val="290"/>
        </w:trPr>
        <w:tc>
          <w:tcPr>
            <w:tcW w:w="5000" w:type="pct"/>
          </w:tcPr>
          <w:p w14:paraId="29B283A5" w14:textId="77777777" w:rsidR="006D4E90" w:rsidRPr="006D4E90" w:rsidRDefault="006D4E90" w:rsidP="006D4E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both"/>
              <w:rPr>
                <w:sz w:val="20"/>
                <w:szCs w:val="20"/>
                <w:lang w:val="pt-BR"/>
              </w:rPr>
            </w:pPr>
            <w:proofErr w:type="gramStart"/>
            <w:r w:rsidRPr="006D4E90">
              <w:rPr>
                <w:sz w:val="20"/>
                <w:szCs w:val="20"/>
                <w:lang w:val="pt-BR"/>
              </w:rPr>
              <w:t>(  )</w:t>
            </w:r>
            <w:proofErr w:type="gramEnd"/>
            <w:r w:rsidRPr="006D4E90">
              <w:rPr>
                <w:sz w:val="20"/>
                <w:szCs w:val="20"/>
                <w:lang w:val="pt-BR"/>
              </w:rPr>
              <w:t xml:space="preserve"> </w:t>
            </w:r>
            <w:r w:rsidRPr="006D4E90">
              <w:rPr>
                <w:b/>
                <w:sz w:val="20"/>
                <w:szCs w:val="20"/>
                <w:lang w:val="pt-BR"/>
              </w:rPr>
              <w:t xml:space="preserve">Campo visual </w:t>
            </w:r>
            <w:r w:rsidRPr="006D4E90">
              <w:rPr>
                <w:sz w:val="20"/>
                <w:szCs w:val="20"/>
                <w:lang w:val="pt-BR"/>
              </w:rPr>
              <w:t>– em ambos os olhos forem iguais ou menores que 60°.</w:t>
            </w:r>
          </w:p>
        </w:tc>
      </w:tr>
      <w:tr w:rsidR="006D4E90" w:rsidRPr="006D4E90" w14:paraId="25932DB6" w14:textId="77777777" w:rsidTr="001F32CD">
        <w:trPr>
          <w:trHeight w:val="270"/>
        </w:trPr>
        <w:tc>
          <w:tcPr>
            <w:tcW w:w="5000" w:type="pct"/>
          </w:tcPr>
          <w:p w14:paraId="4DDCAAD9" w14:textId="77777777" w:rsidR="006D4E90" w:rsidRPr="006D4E90" w:rsidRDefault="006D4E90" w:rsidP="006D4E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both"/>
              <w:rPr>
                <w:sz w:val="20"/>
                <w:szCs w:val="20"/>
                <w:lang w:val="pt-BR"/>
              </w:rPr>
            </w:pPr>
            <w:proofErr w:type="gramStart"/>
            <w:r w:rsidRPr="006D4E90">
              <w:rPr>
                <w:sz w:val="20"/>
                <w:szCs w:val="20"/>
                <w:lang w:val="pt-BR"/>
              </w:rPr>
              <w:t>( )</w:t>
            </w:r>
            <w:r w:rsidRPr="006D4E90">
              <w:rPr>
                <w:b/>
                <w:sz w:val="20"/>
                <w:szCs w:val="20"/>
                <w:lang w:val="pt-BR"/>
              </w:rPr>
              <w:t>A</w:t>
            </w:r>
            <w:proofErr w:type="gramEnd"/>
            <w:r w:rsidRPr="006D4E90">
              <w:rPr>
                <w:b/>
                <w:sz w:val="20"/>
                <w:szCs w:val="20"/>
                <w:lang w:val="pt-BR"/>
              </w:rPr>
              <w:t xml:space="preserve"> ocorrência simultânea de quaisquer das situações anteriores</w:t>
            </w:r>
            <w:r w:rsidRPr="006D4E90">
              <w:rPr>
                <w:sz w:val="20"/>
                <w:szCs w:val="20"/>
                <w:lang w:val="pt-BR"/>
              </w:rPr>
              <w:t>.</w:t>
            </w:r>
          </w:p>
        </w:tc>
      </w:tr>
    </w:tbl>
    <w:p w14:paraId="1A4D61A8" w14:textId="77777777" w:rsidR="006D4E90" w:rsidRPr="006D4E90" w:rsidRDefault="006D4E90" w:rsidP="006D4E90">
      <w:pPr>
        <w:spacing w:line="269" w:lineRule="auto"/>
        <w:jc w:val="both"/>
        <w:rPr>
          <w:bCs/>
          <w:i/>
          <w:sz w:val="22"/>
          <w:lang w:val="pt-BR"/>
        </w:rPr>
      </w:pPr>
      <w:r w:rsidRPr="006D4E90">
        <w:rPr>
          <w:bCs/>
          <w:i/>
          <w:sz w:val="22"/>
          <w:lang w:val="pt-BR"/>
        </w:rPr>
        <w:t>Para os candidatos com deficiência visual, o Laudo Médico deverá vir acompanhado do original do exame de acuidade visual em ambos os olhos (AO), patologia e campo visual recente, realizado até 6 (seis) meses anteriores ao último dia das inscrições.</w:t>
      </w:r>
    </w:p>
    <w:p w14:paraId="25A828E6" w14:textId="77777777" w:rsidR="006D4E90" w:rsidRPr="006D4E90" w:rsidRDefault="006D4E90" w:rsidP="006D4E90">
      <w:pPr>
        <w:pBdr>
          <w:top w:val="nil"/>
          <w:left w:val="nil"/>
          <w:bottom w:val="nil"/>
          <w:right w:val="nil"/>
          <w:between w:val="nil"/>
        </w:pBdr>
        <w:tabs>
          <w:tab w:val="left" w:pos="1425"/>
          <w:tab w:val="left" w:pos="2036"/>
          <w:tab w:val="left" w:pos="3442"/>
          <w:tab w:val="left" w:pos="4046"/>
          <w:tab w:val="left" w:pos="5565"/>
          <w:tab w:val="left" w:pos="6209"/>
          <w:tab w:val="left" w:pos="8837"/>
          <w:tab w:val="left" w:pos="9271"/>
          <w:tab w:val="left" w:pos="9983"/>
        </w:tabs>
        <w:spacing w:before="120" w:line="360" w:lineRule="auto"/>
        <w:jc w:val="both"/>
        <w:rPr>
          <w:sz w:val="22"/>
          <w:lang w:val="pt-BR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41"/>
        <w:gridCol w:w="2386"/>
        <w:gridCol w:w="2372"/>
        <w:gridCol w:w="2729"/>
      </w:tblGrid>
      <w:tr w:rsidR="006D4E90" w:rsidRPr="006D4E90" w14:paraId="0C699154" w14:textId="77777777" w:rsidTr="001F32CD">
        <w:trPr>
          <w:trHeight w:val="550"/>
        </w:trPr>
        <w:tc>
          <w:tcPr>
            <w:tcW w:w="5000" w:type="pct"/>
            <w:gridSpan w:val="4"/>
            <w:shd w:val="clear" w:color="auto" w:fill="DBE5F1" w:themeFill="accent1" w:themeFillTint="33"/>
          </w:tcPr>
          <w:p w14:paraId="3F35C23E" w14:textId="77777777" w:rsidR="006D4E90" w:rsidRPr="006D4E90" w:rsidRDefault="006D4E90" w:rsidP="006D4E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9" w:lineRule="auto"/>
              <w:jc w:val="both"/>
              <w:rPr>
                <w:sz w:val="20"/>
                <w:szCs w:val="20"/>
                <w:lang w:val="pt-BR"/>
              </w:rPr>
            </w:pPr>
            <w:proofErr w:type="gramStart"/>
            <w:r w:rsidRPr="006D4E90">
              <w:rPr>
                <w:b/>
                <w:sz w:val="20"/>
                <w:szCs w:val="20"/>
                <w:lang w:val="pt-BR"/>
              </w:rPr>
              <w:lastRenderedPageBreak/>
              <w:t>( )</w:t>
            </w:r>
            <w:proofErr w:type="gramEnd"/>
            <w:r w:rsidRPr="006D4E90">
              <w:rPr>
                <w:b/>
                <w:sz w:val="20"/>
                <w:szCs w:val="20"/>
                <w:lang w:val="pt-BR"/>
              </w:rPr>
              <w:t xml:space="preserve"> DEFICIÊNCIA INTELECTUAL</w:t>
            </w:r>
            <w:r w:rsidRPr="006D4E90">
              <w:rPr>
                <w:sz w:val="20"/>
                <w:szCs w:val="20"/>
                <w:lang w:val="pt-BR"/>
              </w:rPr>
              <w:t>: funcionamento intelectual significativamente inferior à média, com manifestação antes dos 18 anos e limitações associadas a duas ou mais áreas de habilidades adaptativas, tais como:</w:t>
            </w:r>
          </w:p>
        </w:tc>
      </w:tr>
      <w:tr w:rsidR="006D4E90" w:rsidRPr="006D4E90" w14:paraId="76246361" w14:textId="77777777" w:rsidTr="001F32CD">
        <w:trPr>
          <w:trHeight w:val="365"/>
        </w:trPr>
        <w:tc>
          <w:tcPr>
            <w:tcW w:w="1112" w:type="pct"/>
          </w:tcPr>
          <w:p w14:paraId="48F8FDF6" w14:textId="77777777" w:rsidR="006D4E90" w:rsidRPr="006D4E90" w:rsidRDefault="006D4E90" w:rsidP="006D4E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9" w:lineRule="auto"/>
              <w:jc w:val="both"/>
              <w:rPr>
                <w:sz w:val="20"/>
                <w:szCs w:val="20"/>
                <w:lang w:val="pt-BR"/>
              </w:rPr>
            </w:pPr>
            <w:r w:rsidRPr="006D4E90">
              <w:rPr>
                <w:sz w:val="20"/>
                <w:szCs w:val="20"/>
                <w:lang w:val="pt-BR"/>
              </w:rPr>
              <w:t xml:space="preserve">1. </w:t>
            </w:r>
            <w:proofErr w:type="gramStart"/>
            <w:r w:rsidRPr="006D4E90">
              <w:rPr>
                <w:sz w:val="20"/>
                <w:szCs w:val="20"/>
                <w:lang w:val="pt-BR"/>
              </w:rPr>
              <w:t>( )</w:t>
            </w:r>
            <w:proofErr w:type="gramEnd"/>
            <w:r w:rsidRPr="006D4E90">
              <w:rPr>
                <w:sz w:val="20"/>
                <w:szCs w:val="20"/>
                <w:lang w:val="pt-BR"/>
              </w:rPr>
              <w:t xml:space="preserve"> Comunicação</w:t>
            </w:r>
          </w:p>
        </w:tc>
        <w:tc>
          <w:tcPr>
            <w:tcW w:w="1239" w:type="pct"/>
          </w:tcPr>
          <w:p w14:paraId="133393EC" w14:textId="77777777" w:rsidR="006D4E90" w:rsidRPr="006D4E90" w:rsidRDefault="006D4E90" w:rsidP="006D4E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9" w:lineRule="auto"/>
              <w:jc w:val="both"/>
              <w:rPr>
                <w:sz w:val="20"/>
                <w:szCs w:val="20"/>
                <w:lang w:val="pt-BR"/>
              </w:rPr>
            </w:pPr>
            <w:r w:rsidRPr="006D4E90">
              <w:rPr>
                <w:sz w:val="20"/>
                <w:szCs w:val="20"/>
                <w:lang w:val="pt-BR"/>
              </w:rPr>
              <w:t xml:space="preserve">3. </w:t>
            </w:r>
            <w:proofErr w:type="gramStart"/>
            <w:r w:rsidRPr="006D4E90">
              <w:rPr>
                <w:sz w:val="20"/>
                <w:szCs w:val="20"/>
                <w:lang w:val="pt-BR"/>
              </w:rPr>
              <w:t>( )</w:t>
            </w:r>
            <w:proofErr w:type="gramEnd"/>
            <w:r w:rsidRPr="006D4E90">
              <w:rPr>
                <w:sz w:val="20"/>
                <w:szCs w:val="20"/>
                <w:lang w:val="pt-BR"/>
              </w:rPr>
              <w:t xml:space="preserve"> Habilidades sociais</w:t>
            </w:r>
          </w:p>
        </w:tc>
        <w:tc>
          <w:tcPr>
            <w:tcW w:w="1232" w:type="pct"/>
          </w:tcPr>
          <w:p w14:paraId="3CBE7823" w14:textId="77777777" w:rsidR="006D4E90" w:rsidRPr="006D4E90" w:rsidRDefault="006D4E90" w:rsidP="006D4E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9" w:lineRule="auto"/>
              <w:jc w:val="both"/>
              <w:rPr>
                <w:sz w:val="20"/>
                <w:szCs w:val="20"/>
                <w:lang w:val="pt-BR"/>
              </w:rPr>
            </w:pPr>
            <w:r w:rsidRPr="006D4E90">
              <w:rPr>
                <w:sz w:val="20"/>
                <w:szCs w:val="20"/>
                <w:lang w:val="pt-BR"/>
              </w:rPr>
              <w:t xml:space="preserve">5. </w:t>
            </w:r>
            <w:proofErr w:type="gramStart"/>
            <w:r w:rsidRPr="006D4E90">
              <w:rPr>
                <w:sz w:val="20"/>
                <w:szCs w:val="20"/>
                <w:lang w:val="pt-BR"/>
              </w:rPr>
              <w:t>( )</w:t>
            </w:r>
            <w:proofErr w:type="gramEnd"/>
            <w:r w:rsidRPr="006D4E90">
              <w:rPr>
                <w:sz w:val="20"/>
                <w:szCs w:val="20"/>
                <w:lang w:val="pt-BR"/>
              </w:rPr>
              <w:t xml:space="preserve"> Saúde e segurança</w:t>
            </w:r>
          </w:p>
        </w:tc>
        <w:tc>
          <w:tcPr>
            <w:tcW w:w="1417" w:type="pct"/>
          </w:tcPr>
          <w:p w14:paraId="7213A16A" w14:textId="77777777" w:rsidR="006D4E90" w:rsidRPr="006D4E90" w:rsidRDefault="006D4E90" w:rsidP="006D4E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9" w:lineRule="auto"/>
              <w:jc w:val="both"/>
              <w:rPr>
                <w:sz w:val="20"/>
                <w:szCs w:val="20"/>
                <w:lang w:val="pt-BR"/>
              </w:rPr>
            </w:pPr>
            <w:r w:rsidRPr="006D4E90">
              <w:rPr>
                <w:sz w:val="20"/>
                <w:szCs w:val="20"/>
                <w:lang w:val="pt-BR"/>
              </w:rPr>
              <w:t xml:space="preserve">7. </w:t>
            </w:r>
            <w:proofErr w:type="gramStart"/>
            <w:r w:rsidRPr="006D4E90">
              <w:rPr>
                <w:sz w:val="20"/>
                <w:szCs w:val="20"/>
                <w:lang w:val="pt-BR"/>
              </w:rPr>
              <w:t>( )</w:t>
            </w:r>
            <w:proofErr w:type="gramEnd"/>
            <w:r w:rsidRPr="006D4E90">
              <w:rPr>
                <w:sz w:val="20"/>
                <w:szCs w:val="20"/>
                <w:lang w:val="pt-BR"/>
              </w:rPr>
              <w:t xml:space="preserve"> Lazer</w:t>
            </w:r>
          </w:p>
        </w:tc>
      </w:tr>
      <w:tr w:rsidR="006D4E90" w:rsidRPr="006D4E90" w14:paraId="042BC103" w14:textId="77777777" w:rsidTr="001F32CD">
        <w:trPr>
          <w:trHeight w:val="614"/>
        </w:trPr>
        <w:tc>
          <w:tcPr>
            <w:tcW w:w="1112" w:type="pct"/>
          </w:tcPr>
          <w:p w14:paraId="6D057473" w14:textId="77777777" w:rsidR="006D4E90" w:rsidRPr="006D4E90" w:rsidRDefault="006D4E90" w:rsidP="006D4E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9" w:lineRule="auto"/>
              <w:jc w:val="both"/>
              <w:rPr>
                <w:sz w:val="20"/>
                <w:szCs w:val="20"/>
                <w:lang w:val="pt-BR"/>
              </w:rPr>
            </w:pPr>
            <w:r w:rsidRPr="006D4E90">
              <w:rPr>
                <w:sz w:val="20"/>
                <w:szCs w:val="20"/>
                <w:lang w:val="pt-BR"/>
              </w:rPr>
              <w:t xml:space="preserve">2. </w:t>
            </w:r>
            <w:proofErr w:type="gramStart"/>
            <w:r w:rsidRPr="006D4E90">
              <w:rPr>
                <w:sz w:val="20"/>
                <w:szCs w:val="20"/>
                <w:lang w:val="pt-BR"/>
              </w:rPr>
              <w:t>( )</w:t>
            </w:r>
            <w:proofErr w:type="gramEnd"/>
            <w:r w:rsidRPr="006D4E90">
              <w:rPr>
                <w:sz w:val="20"/>
                <w:szCs w:val="20"/>
                <w:lang w:val="pt-BR"/>
              </w:rPr>
              <w:t xml:space="preserve"> Cuidado pessoal</w:t>
            </w:r>
          </w:p>
        </w:tc>
        <w:tc>
          <w:tcPr>
            <w:tcW w:w="1239" w:type="pct"/>
          </w:tcPr>
          <w:p w14:paraId="0551557E" w14:textId="77777777" w:rsidR="006D4E90" w:rsidRPr="006D4E90" w:rsidRDefault="006D4E90" w:rsidP="006D4E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9" w:lineRule="auto"/>
              <w:jc w:val="both"/>
              <w:rPr>
                <w:sz w:val="20"/>
                <w:szCs w:val="20"/>
                <w:lang w:val="pt-BR"/>
              </w:rPr>
            </w:pPr>
            <w:r w:rsidRPr="006D4E90">
              <w:rPr>
                <w:sz w:val="20"/>
                <w:szCs w:val="20"/>
                <w:lang w:val="pt-BR"/>
              </w:rPr>
              <w:t xml:space="preserve">4. </w:t>
            </w:r>
            <w:proofErr w:type="gramStart"/>
            <w:r w:rsidRPr="006D4E90">
              <w:rPr>
                <w:sz w:val="20"/>
                <w:szCs w:val="20"/>
                <w:lang w:val="pt-BR"/>
              </w:rPr>
              <w:t>( )</w:t>
            </w:r>
            <w:proofErr w:type="gramEnd"/>
            <w:r w:rsidRPr="006D4E90">
              <w:rPr>
                <w:sz w:val="20"/>
                <w:szCs w:val="20"/>
                <w:lang w:val="pt-BR"/>
              </w:rPr>
              <w:t xml:space="preserve"> Utilização de recursos da comunidade</w:t>
            </w:r>
          </w:p>
        </w:tc>
        <w:tc>
          <w:tcPr>
            <w:tcW w:w="1232" w:type="pct"/>
          </w:tcPr>
          <w:p w14:paraId="1C49840A" w14:textId="77777777" w:rsidR="006D4E90" w:rsidRPr="006D4E90" w:rsidRDefault="006D4E90" w:rsidP="006D4E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9" w:lineRule="auto"/>
              <w:jc w:val="both"/>
              <w:rPr>
                <w:sz w:val="20"/>
                <w:szCs w:val="20"/>
                <w:lang w:val="pt-BR"/>
              </w:rPr>
            </w:pPr>
            <w:r w:rsidRPr="006D4E90">
              <w:rPr>
                <w:sz w:val="20"/>
                <w:szCs w:val="20"/>
                <w:lang w:val="pt-BR"/>
              </w:rPr>
              <w:t xml:space="preserve">6. </w:t>
            </w:r>
            <w:proofErr w:type="gramStart"/>
            <w:r w:rsidRPr="006D4E90">
              <w:rPr>
                <w:sz w:val="20"/>
                <w:szCs w:val="20"/>
                <w:lang w:val="pt-BR"/>
              </w:rPr>
              <w:t>( )</w:t>
            </w:r>
            <w:proofErr w:type="gramEnd"/>
            <w:r w:rsidRPr="006D4E90">
              <w:rPr>
                <w:sz w:val="20"/>
                <w:szCs w:val="20"/>
                <w:lang w:val="pt-BR"/>
              </w:rPr>
              <w:t xml:space="preserve"> Habilidades acadêmicas</w:t>
            </w:r>
          </w:p>
        </w:tc>
        <w:tc>
          <w:tcPr>
            <w:tcW w:w="1417" w:type="pct"/>
          </w:tcPr>
          <w:p w14:paraId="4B5B2F20" w14:textId="77777777" w:rsidR="006D4E90" w:rsidRPr="006D4E90" w:rsidRDefault="006D4E90" w:rsidP="006D4E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9" w:lineRule="auto"/>
              <w:jc w:val="both"/>
              <w:rPr>
                <w:sz w:val="20"/>
                <w:szCs w:val="20"/>
                <w:lang w:val="pt-BR"/>
              </w:rPr>
            </w:pPr>
            <w:r w:rsidRPr="006D4E90">
              <w:rPr>
                <w:sz w:val="20"/>
                <w:szCs w:val="20"/>
                <w:lang w:val="pt-BR"/>
              </w:rPr>
              <w:t xml:space="preserve">8. </w:t>
            </w:r>
            <w:proofErr w:type="gramStart"/>
            <w:r w:rsidRPr="006D4E90">
              <w:rPr>
                <w:sz w:val="20"/>
                <w:szCs w:val="20"/>
                <w:lang w:val="pt-BR"/>
              </w:rPr>
              <w:t>( )</w:t>
            </w:r>
            <w:proofErr w:type="gramEnd"/>
            <w:r w:rsidRPr="006D4E90">
              <w:rPr>
                <w:sz w:val="20"/>
                <w:szCs w:val="20"/>
                <w:lang w:val="pt-BR"/>
              </w:rPr>
              <w:t xml:space="preserve"> Trabalho</w:t>
            </w:r>
          </w:p>
        </w:tc>
      </w:tr>
    </w:tbl>
    <w:p w14:paraId="1D983029" w14:textId="77777777" w:rsidR="006D4E90" w:rsidRPr="006D4E90" w:rsidRDefault="006D4E90" w:rsidP="006D4E90">
      <w:pPr>
        <w:spacing w:line="269" w:lineRule="auto"/>
        <w:jc w:val="both"/>
        <w:rPr>
          <w:bCs/>
          <w:i/>
          <w:sz w:val="22"/>
          <w:lang w:val="pt-BR"/>
        </w:rPr>
      </w:pPr>
      <w:r w:rsidRPr="006D4E90">
        <w:rPr>
          <w:bCs/>
          <w:i/>
          <w:sz w:val="22"/>
          <w:lang w:val="pt-BR"/>
        </w:rPr>
        <w:t>Para os candidatos com deficiência intelectual, o Laudo Médico deverá vir acompanhado do original do Teste de Avaliação Cognitiva (Intelectual), especificando o grau ou nível de funcionamento intelectual em relação à média, emitido por médico psiquiatra ou por psicólogo, realizado no máximo em até 6 (seis) meses anteriores ao último dia das inscrições.</w:t>
      </w:r>
    </w:p>
    <w:p w14:paraId="727C64D7" w14:textId="77777777" w:rsidR="006D4E90" w:rsidRPr="006D4E90" w:rsidRDefault="006D4E90" w:rsidP="006D4E9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b/>
          <w:i/>
          <w:sz w:val="22"/>
          <w:lang w:val="pt-BR"/>
        </w:rPr>
      </w:pPr>
    </w:p>
    <w:p w14:paraId="2935850B" w14:textId="77777777" w:rsidR="006D4E90" w:rsidRPr="006D4E90" w:rsidRDefault="006D4E90" w:rsidP="006D4E90">
      <w:pPr>
        <w:tabs>
          <w:tab w:val="left" w:pos="10664"/>
        </w:tabs>
        <w:spacing w:line="360" w:lineRule="auto"/>
        <w:jc w:val="both"/>
        <w:rPr>
          <w:rFonts w:ascii="Times New Roman" w:eastAsia="Times New Roman" w:hAnsi="Times New Roman" w:cs="Times New Roman"/>
          <w:sz w:val="22"/>
          <w:lang w:val="pt-BR"/>
        </w:rPr>
      </w:pPr>
      <w:proofErr w:type="gramStart"/>
      <w:r w:rsidRPr="006D4E90">
        <w:rPr>
          <w:b/>
          <w:sz w:val="22"/>
          <w:lang w:val="pt-BR"/>
        </w:rPr>
        <w:t>(  )</w:t>
      </w:r>
      <w:proofErr w:type="gramEnd"/>
      <w:r w:rsidRPr="006D4E90">
        <w:rPr>
          <w:b/>
          <w:sz w:val="22"/>
          <w:lang w:val="pt-BR"/>
        </w:rPr>
        <w:t xml:space="preserve"> DEFICIÊNCIA MÚLTIPLA</w:t>
      </w:r>
      <w:r w:rsidRPr="006D4E90">
        <w:rPr>
          <w:sz w:val="22"/>
          <w:lang w:val="pt-BR"/>
        </w:rPr>
        <w:t xml:space="preserve">: associação de duas ou mais deficiências: </w:t>
      </w:r>
      <w:r w:rsidRPr="006D4E90">
        <w:rPr>
          <w:rFonts w:ascii="Times New Roman" w:eastAsia="Times New Roman" w:hAnsi="Times New Roman" w:cs="Times New Roman"/>
          <w:sz w:val="22"/>
          <w:u w:val="single"/>
          <w:lang w:val="pt-BR"/>
        </w:rPr>
        <w:t>______________________</w:t>
      </w:r>
    </w:p>
    <w:p w14:paraId="053DB112" w14:textId="77777777" w:rsidR="006D4E90" w:rsidRPr="006D4E90" w:rsidRDefault="006D4E90" w:rsidP="006D4E9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sz w:val="18"/>
          <w:szCs w:val="18"/>
          <w:lang w:val="pt-BR"/>
        </w:rPr>
      </w:pPr>
    </w:p>
    <w:p w14:paraId="2ABEAA40" w14:textId="77777777" w:rsidR="006D4E90" w:rsidRPr="006D4E90" w:rsidRDefault="006D4E90" w:rsidP="006D4E90">
      <w:pPr>
        <w:pBdr>
          <w:top w:val="nil"/>
          <w:left w:val="nil"/>
          <w:bottom w:val="nil"/>
          <w:right w:val="nil"/>
          <w:between w:val="nil"/>
        </w:pBdr>
        <w:spacing w:line="269" w:lineRule="auto"/>
        <w:jc w:val="both"/>
        <w:rPr>
          <w:sz w:val="22"/>
          <w:lang w:val="pt-BR"/>
        </w:rPr>
      </w:pPr>
      <w:r w:rsidRPr="006D4E90">
        <w:rPr>
          <w:b/>
          <w:sz w:val="22"/>
          <w:lang w:val="pt-BR"/>
        </w:rPr>
        <w:t xml:space="preserve">( ) TRANSTORNO DO ESPECTRO AUTISTA: </w:t>
      </w:r>
      <w:r w:rsidRPr="006D4E90">
        <w:rPr>
          <w:sz w:val="22"/>
          <w:lang w:val="pt-BR"/>
        </w:rPr>
        <w:t>deficiência persistente e clinicamente significativa da comunicação e da interação sociais, manifestada por deficiência marcada de comunicação verbal e não verbal usada para interação social; ausência de reciprocidade social; falência em desenvolver e manter relações apropriadas ao seu nível de desenvolvimento; padrões restritivos e repetitivos de comportamentos, interesses e atividades, manifestados por comportamentos motores ou verbais estereotipados ou por comportamentos sensoriais incomuns; excessiva aderência a rotinas e padrões de comportamento ritualizados; interesses restritos e fixos.</w:t>
      </w:r>
    </w:p>
    <w:p w14:paraId="6F962141" w14:textId="77777777" w:rsidR="006D4E90" w:rsidRPr="006D4E90" w:rsidRDefault="006D4E90" w:rsidP="006D4E90">
      <w:pPr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10626"/>
        </w:tabs>
        <w:spacing w:after="0" w:line="360" w:lineRule="auto"/>
        <w:ind w:left="0" w:firstLine="0"/>
        <w:jc w:val="both"/>
        <w:rPr>
          <w:sz w:val="22"/>
          <w:lang w:val="pt-BR"/>
        </w:rPr>
      </w:pPr>
      <w:r w:rsidRPr="006D4E90">
        <w:rPr>
          <w:b/>
          <w:sz w:val="22"/>
          <w:lang w:val="pt-BR"/>
        </w:rPr>
        <w:t xml:space="preserve"> CÓDIGO INTERNACIONAL DE DOENÇAS </w:t>
      </w:r>
      <w:r w:rsidRPr="006D4E90">
        <w:rPr>
          <w:sz w:val="22"/>
          <w:lang w:val="pt-BR"/>
        </w:rPr>
        <w:t xml:space="preserve">(CID 10): </w:t>
      </w:r>
      <w:r w:rsidRPr="006D4E90">
        <w:rPr>
          <w:rFonts w:ascii="Times New Roman" w:eastAsia="Times New Roman" w:hAnsi="Times New Roman" w:cs="Times New Roman"/>
          <w:sz w:val="22"/>
          <w:lang w:val="pt-BR"/>
        </w:rPr>
        <w:t>______________________________________</w:t>
      </w:r>
    </w:p>
    <w:p w14:paraId="6D86A9CE" w14:textId="77777777" w:rsidR="006D4E90" w:rsidRPr="006D4E90" w:rsidRDefault="006D4E90" w:rsidP="006D4E90">
      <w:pPr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sz w:val="22"/>
          <w:lang w:val="pt-BR"/>
        </w:rPr>
      </w:pPr>
      <w:r w:rsidRPr="006D4E90">
        <w:rPr>
          <w:b/>
          <w:sz w:val="22"/>
          <w:lang w:val="pt-BR"/>
        </w:rPr>
        <w:t xml:space="preserve"> DESCRIÇÃO DETALHADA DA DEFICIÊNCIA </w:t>
      </w:r>
      <w:r w:rsidRPr="006D4E90">
        <w:rPr>
          <w:sz w:val="22"/>
          <w:lang w:val="pt-BR"/>
        </w:rPr>
        <w:t>(o médico deverá descrever a espécie e o grau ou o nível da deficiência, bem como a sua provável causa, com expressa referência ao código correspondente da CID):</w:t>
      </w:r>
    </w:p>
    <w:p w14:paraId="622D32F4" w14:textId="77777777" w:rsidR="006D4E90" w:rsidRPr="006D4E90" w:rsidRDefault="006D4E90" w:rsidP="006D4E90">
      <w:pPr>
        <w:pBdr>
          <w:top w:val="nil"/>
          <w:left w:val="nil"/>
          <w:bottom w:val="nil"/>
          <w:right w:val="nil"/>
          <w:between w:val="nil"/>
        </w:pBdr>
        <w:tabs>
          <w:tab w:val="left" w:pos="1425"/>
          <w:tab w:val="left" w:pos="2036"/>
          <w:tab w:val="left" w:pos="3442"/>
          <w:tab w:val="left" w:pos="4046"/>
          <w:tab w:val="left" w:pos="5565"/>
          <w:tab w:val="left" w:pos="6209"/>
          <w:tab w:val="left" w:pos="8837"/>
          <w:tab w:val="left" w:pos="9271"/>
          <w:tab w:val="left" w:pos="9983"/>
        </w:tabs>
        <w:spacing w:before="120" w:line="360" w:lineRule="auto"/>
        <w:jc w:val="both"/>
        <w:rPr>
          <w:sz w:val="22"/>
          <w:lang w:val="pt-BR"/>
        </w:rPr>
      </w:pPr>
      <w:r w:rsidRPr="006D4E90">
        <w:rPr>
          <w:sz w:val="22"/>
          <w:lang w:val="pt-B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B08A2DD" w14:textId="77777777" w:rsidR="006D4E90" w:rsidRPr="006D4E90" w:rsidRDefault="006D4E90" w:rsidP="006D4E90">
      <w:pPr>
        <w:pBdr>
          <w:top w:val="nil"/>
          <w:left w:val="nil"/>
          <w:bottom w:val="nil"/>
          <w:right w:val="nil"/>
          <w:between w:val="nil"/>
        </w:pBdr>
        <w:tabs>
          <w:tab w:val="left" w:pos="1425"/>
          <w:tab w:val="left" w:pos="2036"/>
          <w:tab w:val="left" w:pos="3442"/>
          <w:tab w:val="left" w:pos="4046"/>
          <w:tab w:val="left" w:pos="5565"/>
          <w:tab w:val="left" w:pos="6209"/>
          <w:tab w:val="left" w:pos="8837"/>
          <w:tab w:val="left" w:pos="9271"/>
          <w:tab w:val="left" w:pos="9983"/>
        </w:tabs>
        <w:spacing w:before="120" w:line="360" w:lineRule="auto"/>
        <w:jc w:val="both"/>
        <w:rPr>
          <w:b/>
          <w:bCs/>
          <w:i/>
          <w:iCs/>
          <w:sz w:val="22"/>
          <w:lang w:val="pt-BR"/>
        </w:rPr>
      </w:pPr>
      <w:r w:rsidRPr="006D4E90">
        <w:rPr>
          <w:b/>
          <w:bCs/>
          <w:i/>
          <w:iCs/>
          <w:sz w:val="22"/>
          <w:lang w:val="pt-BR"/>
        </w:rPr>
        <w:t>* Laudo com válido apenas dos últimos seis meses da data de análise da documentação.</w:t>
      </w:r>
    </w:p>
    <w:p w14:paraId="155CEB87" w14:textId="77777777" w:rsidR="006D4E90" w:rsidRPr="006D4E90" w:rsidRDefault="006D4E90" w:rsidP="006D4E90">
      <w:pPr>
        <w:spacing w:line="360" w:lineRule="auto"/>
        <w:jc w:val="center"/>
        <w:rPr>
          <w:sz w:val="22"/>
          <w:lang w:val="pt-BR"/>
        </w:rPr>
      </w:pPr>
      <w:r w:rsidRPr="006D4E90">
        <w:rPr>
          <w:sz w:val="22"/>
          <w:lang w:val="pt-BR"/>
        </w:rPr>
        <w:t>Local: ______________________________    Data: _____/_____/________</w:t>
      </w:r>
    </w:p>
    <w:p w14:paraId="28C45B9B" w14:textId="77777777" w:rsidR="006D4E90" w:rsidRPr="006D4E90" w:rsidRDefault="006D4E90" w:rsidP="006D4E90">
      <w:pPr>
        <w:spacing w:line="269" w:lineRule="auto"/>
        <w:jc w:val="center"/>
        <w:rPr>
          <w:sz w:val="22"/>
          <w:lang w:val="pt-BR"/>
        </w:rPr>
      </w:pPr>
    </w:p>
    <w:p w14:paraId="0FFB20AE" w14:textId="77777777" w:rsidR="006D4E90" w:rsidRPr="006D4E90" w:rsidRDefault="006D4E90" w:rsidP="006D4E90">
      <w:pPr>
        <w:spacing w:line="269" w:lineRule="auto"/>
        <w:jc w:val="center"/>
        <w:rPr>
          <w:sz w:val="22"/>
          <w:lang w:val="pt-BR"/>
        </w:rPr>
      </w:pPr>
      <w:r w:rsidRPr="006D4E90">
        <w:rPr>
          <w:sz w:val="22"/>
          <w:lang w:val="pt-BR"/>
        </w:rPr>
        <w:t>Assinatura, carimbo e CRM do(a) médico(a)</w:t>
      </w:r>
    </w:p>
    <w:p w14:paraId="30215EBF" w14:textId="77777777" w:rsidR="006D4E90" w:rsidRPr="006D4E90" w:rsidRDefault="006D4E90" w:rsidP="006D4E90">
      <w:pPr>
        <w:spacing w:line="269" w:lineRule="auto"/>
        <w:jc w:val="center"/>
        <w:rPr>
          <w:sz w:val="22"/>
          <w:lang w:val="pt-BR"/>
        </w:rPr>
      </w:pPr>
    </w:p>
    <w:p w14:paraId="0B3C8D52" w14:textId="77777777" w:rsidR="006D4E90" w:rsidRPr="006D4E90" w:rsidRDefault="006D4E90" w:rsidP="006D4E90">
      <w:pPr>
        <w:spacing w:line="269" w:lineRule="auto"/>
        <w:jc w:val="center"/>
        <w:rPr>
          <w:sz w:val="22"/>
          <w:lang w:val="pt-BR"/>
        </w:rPr>
      </w:pPr>
      <w:r w:rsidRPr="006D4E90">
        <w:rPr>
          <w:sz w:val="22"/>
          <w:lang w:val="pt-BR"/>
        </w:rPr>
        <w:t>Assinatura do(a) candidato</w:t>
      </w:r>
    </w:p>
    <w:p w14:paraId="2D0644A7" w14:textId="77777777" w:rsidR="006D4E90" w:rsidRPr="006D4E90" w:rsidRDefault="006D4E90" w:rsidP="006D4E90">
      <w:pPr>
        <w:spacing w:line="269" w:lineRule="auto"/>
        <w:jc w:val="center"/>
        <w:rPr>
          <w:sz w:val="22"/>
          <w:lang w:val="pt-BR"/>
        </w:rPr>
      </w:pPr>
    </w:p>
    <w:p w14:paraId="6484878B" w14:textId="77777777" w:rsidR="006D4E90" w:rsidRDefault="006D4E90" w:rsidP="006D4E90">
      <w:pPr>
        <w:spacing w:line="269" w:lineRule="auto"/>
        <w:jc w:val="center"/>
        <w:rPr>
          <w:sz w:val="22"/>
          <w:lang w:val="pt-BR"/>
        </w:rPr>
      </w:pPr>
      <w:r w:rsidRPr="006D4E90">
        <w:rPr>
          <w:sz w:val="22"/>
          <w:lang w:val="pt-BR"/>
        </w:rPr>
        <w:t>Assinatura do responsável (candidato menor de 18 anos).</w:t>
      </w:r>
    </w:p>
    <w:p w14:paraId="0F7E4F89" w14:textId="7BBDF6B5" w:rsidR="00FE19E1" w:rsidRDefault="00FE19E1">
      <w:pPr>
        <w:spacing w:after="200"/>
        <w:rPr>
          <w:sz w:val="22"/>
          <w:lang w:val="pt-BR"/>
        </w:rPr>
      </w:pPr>
      <w:r>
        <w:rPr>
          <w:sz w:val="22"/>
          <w:lang w:val="pt-BR"/>
        </w:rPr>
        <w:br w:type="page"/>
      </w:r>
    </w:p>
    <w:p w14:paraId="7EE93483" w14:textId="77777777" w:rsidR="00337A5E" w:rsidRPr="00FE19E1" w:rsidRDefault="00CD734F">
      <w:pPr>
        <w:pStyle w:val="Ttulo"/>
        <w:rPr>
          <w:sz w:val="24"/>
          <w:szCs w:val="48"/>
          <w:lang w:val="pt-BR"/>
        </w:rPr>
      </w:pPr>
      <w:r w:rsidRPr="00FE19E1">
        <w:rPr>
          <w:sz w:val="24"/>
          <w:szCs w:val="48"/>
          <w:lang w:val="pt-BR"/>
        </w:rPr>
        <w:lastRenderedPageBreak/>
        <w:t>ANEXO V</w:t>
      </w:r>
    </w:p>
    <w:p w14:paraId="73E18A9E" w14:textId="77777777" w:rsidR="00E06367" w:rsidRPr="00E06367" w:rsidRDefault="00E06367" w:rsidP="00E06367">
      <w:pPr>
        <w:keepNext/>
        <w:keepLines/>
        <w:spacing w:before="220" w:after="140" w:line="269" w:lineRule="auto"/>
        <w:jc w:val="center"/>
        <w:outlineLvl w:val="0"/>
        <w:rPr>
          <w:rFonts w:asciiTheme="majorHAnsi" w:eastAsiaTheme="majorEastAsia" w:hAnsiTheme="majorHAnsi" w:cstheme="majorBidi"/>
          <w:b/>
          <w:bCs/>
          <w:sz w:val="22"/>
          <w:szCs w:val="28"/>
          <w:lang w:val="pt-BR"/>
        </w:rPr>
      </w:pPr>
      <w:r w:rsidRPr="00E06367">
        <w:rPr>
          <w:rFonts w:asciiTheme="majorHAnsi" w:eastAsiaTheme="majorEastAsia" w:hAnsiTheme="majorHAnsi" w:cstheme="majorBidi"/>
          <w:b/>
          <w:bCs/>
          <w:sz w:val="22"/>
          <w:szCs w:val="28"/>
          <w:lang w:val="pt-BR"/>
        </w:rPr>
        <w:t>AUTODECLARAÇÃO ÉTNICO RACIAL</w:t>
      </w:r>
    </w:p>
    <w:p w14:paraId="2E8FCF87" w14:textId="77777777" w:rsidR="00E06367" w:rsidRPr="00E06367" w:rsidRDefault="00E06367" w:rsidP="00E06367">
      <w:pPr>
        <w:spacing w:line="269" w:lineRule="auto"/>
        <w:jc w:val="center"/>
        <w:rPr>
          <w:sz w:val="22"/>
          <w:lang w:val="pt-BR"/>
        </w:rPr>
      </w:pPr>
    </w:p>
    <w:p w14:paraId="5E1938E5" w14:textId="77777777" w:rsidR="00E06367" w:rsidRPr="00E06367" w:rsidRDefault="00E06367" w:rsidP="00E06367">
      <w:pPr>
        <w:spacing w:line="360" w:lineRule="auto"/>
        <w:rPr>
          <w:sz w:val="22"/>
          <w:lang w:val="pt-BR"/>
        </w:rPr>
      </w:pPr>
      <w:r w:rsidRPr="00E06367">
        <w:rPr>
          <w:sz w:val="22"/>
          <w:lang w:val="pt-BR"/>
        </w:rPr>
        <w:t>Eu, ______________________________________________, CPF _______________________, optante pela reserva de vagas deste processo seletivo, me autodeclaro:</w:t>
      </w:r>
    </w:p>
    <w:p w14:paraId="08A894A4" w14:textId="77777777" w:rsidR="00E06367" w:rsidRPr="00E06367" w:rsidRDefault="00E06367" w:rsidP="00E06367">
      <w:pPr>
        <w:pBdr>
          <w:top w:val="nil"/>
          <w:left w:val="nil"/>
          <w:bottom w:val="nil"/>
          <w:right w:val="nil"/>
          <w:between w:val="nil"/>
        </w:pBdr>
        <w:tabs>
          <w:tab w:val="left" w:pos="6441"/>
          <w:tab w:val="left" w:pos="9561"/>
        </w:tabs>
        <w:spacing w:line="360" w:lineRule="auto"/>
        <w:jc w:val="center"/>
        <w:rPr>
          <w:b/>
          <w:sz w:val="22"/>
        </w:rPr>
      </w:pPr>
      <w:proofErr w:type="gramStart"/>
      <w:r w:rsidRPr="00E06367">
        <w:rPr>
          <w:b/>
          <w:sz w:val="22"/>
        </w:rPr>
        <w:t xml:space="preserve">(  </w:t>
      </w:r>
      <w:proofErr w:type="gramEnd"/>
      <w:r w:rsidRPr="00E06367">
        <w:rPr>
          <w:b/>
          <w:sz w:val="22"/>
        </w:rPr>
        <w:t xml:space="preserve"> ) Negro(a) Preto(a) </w:t>
      </w:r>
    </w:p>
    <w:p w14:paraId="465B1D30" w14:textId="77777777" w:rsidR="00E06367" w:rsidRPr="00E06367" w:rsidRDefault="00E06367" w:rsidP="00E06367">
      <w:pPr>
        <w:pBdr>
          <w:top w:val="nil"/>
          <w:left w:val="nil"/>
          <w:bottom w:val="nil"/>
          <w:right w:val="nil"/>
          <w:between w:val="nil"/>
        </w:pBdr>
        <w:tabs>
          <w:tab w:val="left" w:pos="6441"/>
          <w:tab w:val="left" w:pos="9561"/>
        </w:tabs>
        <w:spacing w:line="360" w:lineRule="auto"/>
        <w:jc w:val="center"/>
        <w:rPr>
          <w:b/>
          <w:sz w:val="22"/>
        </w:rPr>
      </w:pPr>
      <w:proofErr w:type="gramStart"/>
      <w:r w:rsidRPr="00E06367">
        <w:rPr>
          <w:b/>
          <w:sz w:val="22"/>
        </w:rPr>
        <w:t xml:space="preserve">(  </w:t>
      </w:r>
      <w:proofErr w:type="gramEnd"/>
      <w:r w:rsidRPr="00E06367">
        <w:rPr>
          <w:b/>
          <w:sz w:val="22"/>
        </w:rPr>
        <w:t xml:space="preserve"> ) Negro(a) Pardo(a) </w:t>
      </w:r>
    </w:p>
    <w:p w14:paraId="307B8A76" w14:textId="77777777" w:rsidR="00E06367" w:rsidRPr="00E06367" w:rsidRDefault="00E06367" w:rsidP="00E06367">
      <w:pPr>
        <w:spacing w:line="269" w:lineRule="auto"/>
        <w:jc w:val="both"/>
        <w:rPr>
          <w:sz w:val="22"/>
          <w:lang w:val="pt-BR"/>
        </w:rPr>
      </w:pPr>
      <w:r w:rsidRPr="00E06367">
        <w:rPr>
          <w:sz w:val="22"/>
          <w:lang w:val="pt-BR"/>
        </w:rPr>
        <w:t>Declaro estar ciente de que esta autodeclaração será submetida à comissão de heteroidentificação, conforme as normas institucionais aplicáveis, mediante aferição dos aspectos fenotípicos e observância do procedimento recursal.</w:t>
      </w:r>
    </w:p>
    <w:p w14:paraId="0E7BAA69" w14:textId="77777777" w:rsidR="00E06367" w:rsidRPr="00E06367" w:rsidRDefault="00E06367" w:rsidP="00E06367">
      <w:pPr>
        <w:spacing w:line="269" w:lineRule="auto"/>
        <w:jc w:val="both"/>
        <w:rPr>
          <w:sz w:val="22"/>
          <w:lang w:val="pt-BR"/>
        </w:rPr>
      </w:pPr>
      <w:r w:rsidRPr="00E06367">
        <w:rPr>
          <w:sz w:val="22"/>
          <w:lang w:val="pt-BR"/>
        </w:rPr>
        <w:t>Declaro serem verdadeiras as informações prestadas. Estou ciente de que a comprovação de informação falsa poderá ensejar a eliminação ou o cancelamento da matrícula, após procedimento que assegure o contraditório e a ampla defesa, sem prejuízo das demais consequências legais.</w:t>
      </w:r>
    </w:p>
    <w:p w14:paraId="394533F2" w14:textId="77777777" w:rsidR="00E06367" w:rsidRPr="00E06367" w:rsidRDefault="00E06367" w:rsidP="00E06367">
      <w:pPr>
        <w:spacing w:line="269" w:lineRule="auto"/>
        <w:jc w:val="both"/>
        <w:rPr>
          <w:sz w:val="22"/>
          <w:lang w:val="pt-BR"/>
        </w:rPr>
      </w:pPr>
    </w:p>
    <w:p w14:paraId="2EE68E6D" w14:textId="77777777" w:rsidR="00E06367" w:rsidRPr="00E06367" w:rsidRDefault="00E06367" w:rsidP="00E06367">
      <w:pPr>
        <w:spacing w:line="269" w:lineRule="auto"/>
        <w:rPr>
          <w:sz w:val="22"/>
          <w:lang w:val="pt-BR"/>
        </w:rPr>
      </w:pPr>
      <w:r w:rsidRPr="00E06367">
        <w:rPr>
          <w:sz w:val="22"/>
          <w:lang w:val="pt-BR"/>
        </w:rPr>
        <w:t>Local: ______________________________    Data: _____/_____/________</w:t>
      </w:r>
    </w:p>
    <w:p w14:paraId="5DF2B853" w14:textId="77777777" w:rsidR="00E06367" w:rsidRPr="00E06367" w:rsidRDefault="00E06367" w:rsidP="00E06367">
      <w:pPr>
        <w:spacing w:line="269" w:lineRule="auto"/>
        <w:rPr>
          <w:sz w:val="22"/>
          <w:lang w:val="pt-BR"/>
        </w:rPr>
      </w:pPr>
    </w:p>
    <w:p w14:paraId="439621FE" w14:textId="77777777" w:rsidR="00E06367" w:rsidRPr="00E06367" w:rsidRDefault="00E06367" w:rsidP="00E06367">
      <w:pPr>
        <w:spacing w:line="269" w:lineRule="auto"/>
        <w:jc w:val="center"/>
        <w:rPr>
          <w:sz w:val="22"/>
          <w:lang w:val="pt-BR"/>
        </w:rPr>
      </w:pPr>
      <w:r w:rsidRPr="00E06367">
        <w:rPr>
          <w:sz w:val="22"/>
          <w:lang w:val="pt-BR"/>
        </w:rPr>
        <w:t>________________________________________________________</w:t>
      </w:r>
    </w:p>
    <w:p w14:paraId="71A2DEF1" w14:textId="77777777" w:rsidR="00E06367" w:rsidRPr="00E06367" w:rsidRDefault="00E06367" w:rsidP="00E06367">
      <w:pPr>
        <w:spacing w:line="269" w:lineRule="auto"/>
        <w:jc w:val="center"/>
        <w:rPr>
          <w:sz w:val="22"/>
          <w:lang w:val="pt-BR"/>
        </w:rPr>
      </w:pPr>
      <w:r w:rsidRPr="00E06367">
        <w:rPr>
          <w:sz w:val="22"/>
          <w:lang w:val="pt-BR"/>
        </w:rPr>
        <w:t>Assinatura do(a) declarante</w:t>
      </w:r>
    </w:p>
    <w:p w14:paraId="104FC34F" w14:textId="77777777" w:rsidR="00E06367" w:rsidRPr="00E06367" w:rsidRDefault="00E06367" w:rsidP="00E06367">
      <w:pPr>
        <w:spacing w:line="269" w:lineRule="auto"/>
        <w:jc w:val="center"/>
        <w:rPr>
          <w:sz w:val="22"/>
          <w:lang w:val="pt-BR"/>
        </w:rPr>
      </w:pPr>
    </w:p>
    <w:p w14:paraId="5F0455A2" w14:textId="77777777" w:rsidR="00E06367" w:rsidRPr="00E06367" w:rsidRDefault="00E06367" w:rsidP="00E06367">
      <w:pPr>
        <w:spacing w:line="269" w:lineRule="auto"/>
        <w:jc w:val="center"/>
        <w:rPr>
          <w:sz w:val="22"/>
          <w:lang w:val="pt-BR"/>
        </w:rPr>
      </w:pPr>
      <w:r w:rsidRPr="00E06367">
        <w:rPr>
          <w:sz w:val="22"/>
          <w:lang w:val="pt-BR"/>
        </w:rPr>
        <w:t>________________________________________________________</w:t>
      </w:r>
      <w:r w:rsidRPr="00E06367">
        <w:rPr>
          <w:sz w:val="22"/>
          <w:lang w:val="pt-BR"/>
        </w:rPr>
        <w:br/>
        <w:t>Assinatura do responsável legal, quando o(a) candidato(a) for menor de 18 anos</w:t>
      </w:r>
    </w:p>
    <w:p w14:paraId="445620F0" w14:textId="77777777" w:rsidR="00E06367" w:rsidRPr="00E06367" w:rsidRDefault="00E06367" w:rsidP="00E06367">
      <w:pPr>
        <w:spacing w:line="269" w:lineRule="auto"/>
        <w:rPr>
          <w:sz w:val="22"/>
          <w:lang w:val="pt-BR"/>
        </w:rPr>
      </w:pPr>
      <w:r w:rsidRPr="00E06367">
        <w:rPr>
          <w:sz w:val="22"/>
          <w:lang w:val="pt-BR"/>
        </w:rPr>
        <w:br w:type="page"/>
      </w:r>
    </w:p>
    <w:p w14:paraId="4D69A1F5" w14:textId="77777777" w:rsidR="00FE19E1" w:rsidRDefault="00FE19E1">
      <w:pPr>
        <w:spacing w:after="200"/>
        <w:rPr>
          <w:rFonts w:asciiTheme="majorHAnsi" w:eastAsiaTheme="majorEastAsia" w:hAnsiTheme="majorHAnsi" w:cstheme="majorBidi"/>
          <w:b/>
          <w:spacing w:val="5"/>
          <w:kern w:val="28"/>
          <w:sz w:val="28"/>
          <w:szCs w:val="52"/>
          <w:lang w:val="pt-BR"/>
        </w:rPr>
      </w:pPr>
      <w:r>
        <w:rPr>
          <w:lang w:val="pt-BR"/>
        </w:rPr>
        <w:lastRenderedPageBreak/>
        <w:br w:type="page"/>
      </w:r>
    </w:p>
    <w:p w14:paraId="19A3ABCA" w14:textId="3BE4A3B8" w:rsidR="00337A5E" w:rsidRPr="00BB76A8" w:rsidRDefault="00CD734F">
      <w:pPr>
        <w:pStyle w:val="Ttulo"/>
        <w:rPr>
          <w:lang w:val="pt-BR"/>
        </w:rPr>
      </w:pPr>
      <w:r w:rsidRPr="00BB76A8">
        <w:rPr>
          <w:lang w:val="pt-BR"/>
        </w:rPr>
        <w:lastRenderedPageBreak/>
        <w:t>ANEXO VI</w:t>
      </w:r>
    </w:p>
    <w:p w14:paraId="586B1938" w14:textId="77777777" w:rsidR="00666688" w:rsidRPr="00666688" w:rsidRDefault="00666688" w:rsidP="00666688">
      <w:pPr>
        <w:keepNext/>
        <w:keepLines/>
        <w:spacing w:before="220" w:after="140" w:line="269" w:lineRule="auto"/>
        <w:jc w:val="center"/>
        <w:outlineLvl w:val="0"/>
        <w:rPr>
          <w:rFonts w:asciiTheme="majorHAnsi" w:eastAsiaTheme="majorEastAsia" w:hAnsiTheme="majorHAnsi" w:cstheme="majorBidi"/>
          <w:b/>
          <w:bCs/>
          <w:sz w:val="22"/>
          <w:szCs w:val="28"/>
          <w:lang w:val="pt-BR"/>
        </w:rPr>
      </w:pPr>
      <w:r w:rsidRPr="00666688">
        <w:rPr>
          <w:rFonts w:asciiTheme="majorHAnsi" w:eastAsiaTheme="majorEastAsia" w:hAnsiTheme="majorHAnsi" w:cstheme="majorBidi"/>
          <w:b/>
          <w:bCs/>
          <w:sz w:val="22"/>
          <w:szCs w:val="28"/>
          <w:lang w:val="pt-BR"/>
        </w:rPr>
        <w:t>DECLARAÇÃO DE PERTENCIMENTO QUILOMBOLA</w:t>
      </w:r>
    </w:p>
    <w:p w14:paraId="1FB34CF7" w14:textId="77777777" w:rsidR="00666688" w:rsidRPr="00666688" w:rsidRDefault="00666688" w:rsidP="00666688">
      <w:pPr>
        <w:spacing w:line="360" w:lineRule="auto"/>
        <w:jc w:val="both"/>
        <w:rPr>
          <w:sz w:val="22"/>
          <w:lang w:val="pt-BR"/>
        </w:rPr>
      </w:pPr>
    </w:p>
    <w:p w14:paraId="3C9C6E7B" w14:textId="77777777" w:rsidR="00666688" w:rsidRPr="00666688" w:rsidRDefault="00666688" w:rsidP="00666688">
      <w:pPr>
        <w:spacing w:line="360" w:lineRule="auto"/>
        <w:jc w:val="both"/>
        <w:rPr>
          <w:sz w:val="22"/>
          <w:lang w:val="pt-BR"/>
        </w:rPr>
      </w:pPr>
      <w:r w:rsidRPr="00666688">
        <w:rPr>
          <w:sz w:val="22"/>
          <w:lang w:val="pt-BR"/>
        </w:rPr>
        <w:t xml:space="preserve">As lideranças comunitárias abaixo identificadas declaram, para fins de participação no processo seletivo 2027/1 do Curso Técnico em Alimentos </w:t>
      </w:r>
      <w:proofErr w:type="spellStart"/>
      <w:r w:rsidRPr="00666688">
        <w:rPr>
          <w:sz w:val="22"/>
          <w:lang w:val="pt-BR"/>
        </w:rPr>
        <w:t>EaD</w:t>
      </w:r>
      <w:proofErr w:type="spellEnd"/>
      <w:r w:rsidRPr="00666688">
        <w:rPr>
          <w:sz w:val="22"/>
          <w:lang w:val="pt-BR"/>
        </w:rPr>
        <w:t xml:space="preserve"> do IF Goiano - Campus Morrinhos, que:</w:t>
      </w:r>
    </w:p>
    <w:p w14:paraId="58473ADA" w14:textId="77777777" w:rsidR="00666688" w:rsidRPr="00666688" w:rsidRDefault="00666688" w:rsidP="00666688">
      <w:pPr>
        <w:spacing w:line="360" w:lineRule="auto"/>
        <w:rPr>
          <w:sz w:val="22"/>
          <w:lang w:val="pt-BR"/>
        </w:rPr>
      </w:pPr>
      <w:r w:rsidRPr="00666688">
        <w:rPr>
          <w:sz w:val="22"/>
          <w:lang w:val="pt-BR"/>
        </w:rPr>
        <w:t>Nome do(a) candidato(a): __________________________________________________</w:t>
      </w:r>
    </w:p>
    <w:p w14:paraId="3FA992B0" w14:textId="77777777" w:rsidR="00666688" w:rsidRPr="00666688" w:rsidRDefault="00666688" w:rsidP="00666688">
      <w:pPr>
        <w:spacing w:line="360" w:lineRule="auto"/>
        <w:rPr>
          <w:sz w:val="22"/>
          <w:lang w:val="pt-BR"/>
        </w:rPr>
      </w:pPr>
      <w:r w:rsidRPr="00666688">
        <w:rPr>
          <w:sz w:val="22"/>
          <w:lang w:val="pt-BR"/>
        </w:rPr>
        <w:t>CPF: _________________________</w:t>
      </w:r>
      <w:proofErr w:type="gramStart"/>
      <w:r w:rsidRPr="00666688">
        <w:rPr>
          <w:sz w:val="22"/>
          <w:lang w:val="pt-BR"/>
        </w:rPr>
        <w:t>_  Inscrição</w:t>
      </w:r>
      <w:proofErr w:type="gramEnd"/>
      <w:r w:rsidRPr="00666688">
        <w:rPr>
          <w:sz w:val="22"/>
          <w:lang w:val="pt-BR"/>
        </w:rPr>
        <w:t>: _________________________________</w:t>
      </w:r>
    </w:p>
    <w:p w14:paraId="676D4D71" w14:textId="77777777" w:rsidR="00666688" w:rsidRPr="00666688" w:rsidRDefault="00666688" w:rsidP="00666688">
      <w:pPr>
        <w:spacing w:line="360" w:lineRule="auto"/>
        <w:rPr>
          <w:sz w:val="22"/>
          <w:lang w:val="pt-BR"/>
        </w:rPr>
      </w:pPr>
      <w:r w:rsidRPr="00666688">
        <w:rPr>
          <w:sz w:val="22"/>
          <w:lang w:val="pt-BR"/>
        </w:rPr>
        <w:t>É pessoa quilombola pertencente à comunidade _______________________________, localizada no município de ______________________________________, UF ______. Comunidade de residência: __________________________________________________.</w:t>
      </w:r>
    </w:p>
    <w:p w14:paraId="6740CA48" w14:textId="77777777" w:rsidR="00666688" w:rsidRPr="00666688" w:rsidRDefault="00666688" w:rsidP="00666688">
      <w:pPr>
        <w:spacing w:line="360" w:lineRule="auto"/>
        <w:jc w:val="both"/>
        <w:rPr>
          <w:sz w:val="22"/>
          <w:lang w:val="pt-BR"/>
        </w:rPr>
      </w:pPr>
      <w:r w:rsidRPr="00666688">
        <w:rPr>
          <w:sz w:val="22"/>
          <w:lang w:val="pt-BR"/>
        </w:rPr>
        <w:t>Declaramos ser lideranças reconhecidas da comunidade indicada e confirmamos a veracidade das informações prestadas.</w:t>
      </w:r>
    </w:p>
    <w:p w14:paraId="3B9D0B04" w14:textId="77777777" w:rsidR="00666688" w:rsidRPr="00666688" w:rsidRDefault="00666688" w:rsidP="00666688">
      <w:pPr>
        <w:spacing w:line="360" w:lineRule="auto"/>
        <w:rPr>
          <w:sz w:val="22"/>
          <w:lang w:val="pt-BR"/>
        </w:rPr>
      </w:pPr>
      <w:r w:rsidRPr="00666688">
        <w:rPr>
          <w:sz w:val="22"/>
          <w:lang w:val="pt-BR"/>
        </w:rPr>
        <w:t>LIDERANÇA 1</w:t>
      </w:r>
      <w:r w:rsidRPr="00666688">
        <w:rPr>
          <w:sz w:val="22"/>
          <w:lang w:val="pt-BR"/>
        </w:rPr>
        <w:br/>
        <w:t>Nome completo: _________________________________________________________</w:t>
      </w:r>
      <w:r w:rsidRPr="00666688">
        <w:rPr>
          <w:sz w:val="22"/>
          <w:lang w:val="pt-BR"/>
        </w:rPr>
        <w:br/>
        <w:t>CPF: ______________________</w:t>
      </w:r>
      <w:proofErr w:type="gramStart"/>
      <w:r w:rsidRPr="00666688">
        <w:rPr>
          <w:sz w:val="22"/>
          <w:lang w:val="pt-BR"/>
        </w:rPr>
        <w:t>_  Documento</w:t>
      </w:r>
      <w:proofErr w:type="gramEnd"/>
      <w:r w:rsidRPr="00666688">
        <w:rPr>
          <w:sz w:val="22"/>
          <w:lang w:val="pt-BR"/>
        </w:rPr>
        <w:t xml:space="preserve"> de identificação: ___________________</w:t>
      </w:r>
      <w:r w:rsidRPr="00666688">
        <w:rPr>
          <w:sz w:val="22"/>
          <w:lang w:val="pt-BR"/>
        </w:rPr>
        <w:br/>
        <w:t>Função na comunidade: ___________________________________________________</w:t>
      </w:r>
      <w:r w:rsidRPr="00666688">
        <w:rPr>
          <w:sz w:val="22"/>
          <w:lang w:val="pt-BR"/>
        </w:rPr>
        <w:br/>
        <w:t>Assinatura: _____________________________________________________________</w:t>
      </w:r>
    </w:p>
    <w:p w14:paraId="12BC70A6" w14:textId="77777777" w:rsidR="00666688" w:rsidRPr="00666688" w:rsidRDefault="00666688" w:rsidP="00666688">
      <w:pPr>
        <w:spacing w:line="360" w:lineRule="auto"/>
        <w:rPr>
          <w:sz w:val="22"/>
          <w:lang w:val="pt-BR"/>
        </w:rPr>
      </w:pPr>
      <w:r w:rsidRPr="00666688">
        <w:rPr>
          <w:sz w:val="22"/>
          <w:lang w:val="pt-BR"/>
        </w:rPr>
        <w:t>LIDERANÇA 2</w:t>
      </w:r>
      <w:r w:rsidRPr="00666688">
        <w:rPr>
          <w:sz w:val="22"/>
          <w:lang w:val="pt-BR"/>
        </w:rPr>
        <w:br/>
        <w:t>Nome completo: _________________________________________________________</w:t>
      </w:r>
      <w:r w:rsidRPr="00666688">
        <w:rPr>
          <w:sz w:val="22"/>
          <w:lang w:val="pt-BR"/>
        </w:rPr>
        <w:br/>
        <w:t>CPF: ______________________</w:t>
      </w:r>
      <w:proofErr w:type="gramStart"/>
      <w:r w:rsidRPr="00666688">
        <w:rPr>
          <w:sz w:val="22"/>
          <w:lang w:val="pt-BR"/>
        </w:rPr>
        <w:t>_  Documento</w:t>
      </w:r>
      <w:proofErr w:type="gramEnd"/>
      <w:r w:rsidRPr="00666688">
        <w:rPr>
          <w:sz w:val="22"/>
          <w:lang w:val="pt-BR"/>
        </w:rPr>
        <w:t xml:space="preserve"> de identificação: ___________________</w:t>
      </w:r>
      <w:r w:rsidRPr="00666688">
        <w:rPr>
          <w:sz w:val="22"/>
          <w:lang w:val="pt-BR"/>
        </w:rPr>
        <w:br/>
        <w:t>Função na comunidade: ___________________________________________________</w:t>
      </w:r>
      <w:r w:rsidRPr="00666688">
        <w:rPr>
          <w:sz w:val="22"/>
          <w:lang w:val="pt-BR"/>
        </w:rPr>
        <w:br/>
        <w:t>Assinatura: _____________________________________________________________</w:t>
      </w:r>
    </w:p>
    <w:p w14:paraId="623A3BC3" w14:textId="77777777" w:rsidR="00666688" w:rsidRPr="00666688" w:rsidRDefault="00666688" w:rsidP="00666688">
      <w:pPr>
        <w:spacing w:line="360" w:lineRule="auto"/>
        <w:rPr>
          <w:sz w:val="22"/>
          <w:lang w:val="pt-BR"/>
        </w:rPr>
      </w:pPr>
      <w:r w:rsidRPr="00666688">
        <w:rPr>
          <w:sz w:val="22"/>
          <w:lang w:val="pt-BR"/>
        </w:rPr>
        <w:t>LIDERANÇA 3</w:t>
      </w:r>
      <w:r w:rsidRPr="00666688">
        <w:rPr>
          <w:sz w:val="22"/>
          <w:lang w:val="pt-BR"/>
        </w:rPr>
        <w:br/>
        <w:t>Nome completo: _________________________________________________________</w:t>
      </w:r>
      <w:r w:rsidRPr="00666688">
        <w:rPr>
          <w:sz w:val="22"/>
          <w:lang w:val="pt-BR"/>
        </w:rPr>
        <w:br/>
        <w:t>CPF: ______________________</w:t>
      </w:r>
      <w:proofErr w:type="gramStart"/>
      <w:r w:rsidRPr="00666688">
        <w:rPr>
          <w:sz w:val="22"/>
          <w:lang w:val="pt-BR"/>
        </w:rPr>
        <w:t>_  Documento</w:t>
      </w:r>
      <w:proofErr w:type="gramEnd"/>
      <w:r w:rsidRPr="00666688">
        <w:rPr>
          <w:sz w:val="22"/>
          <w:lang w:val="pt-BR"/>
        </w:rPr>
        <w:t xml:space="preserve"> de identificação: ___________________</w:t>
      </w:r>
      <w:r w:rsidRPr="00666688">
        <w:rPr>
          <w:sz w:val="22"/>
          <w:lang w:val="pt-BR"/>
        </w:rPr>
        <w:br/>
        <w:t>Função na comunidade: ___________________________________________________</w:t>
      </w:r>
      <w:r w:rsidRPr="00666688">
        <w:rPr>
          <w:sz w:val="22"/>
          <w:lang w:val="pt-BR"/>
        </w:rPr>
        <w:br/>
        <w:t>Assinatura: _____________________________________________________________</w:t>
      </w:r>
    </w:p>
    <w:p w14:paraId="6F138F2A" w14:textId="77777777" w:rsidR="00666688" w:rsidRPr="00666688" w:rsidRDefault="00666688" w:rsidP="00666688">
      <w:pPr>
        <w:spacing w:line="360" w:lineRule="auto"/>
        <w:rPr>
          <w:sz w:val="22"/>
          <w:lang w:val="pt-BR"/>
        </w:rPr>
      </w:pPr>
      <w:r w:rsidRPr="00666688">
        <w:rPr>
          <w:sz w:val="22"/>
          <w:lang w:val="pt-BR"/>
        </w:rPr>
        <w:t>Local: ______________________________    Data: _____/_____/________</w:t>
      </w:r>
    </w:p>
    <w:p w14:paraId="5C682A9A" w14:textId="77777777" w:rsidR="00666688" w:rsidRPr="00666688" w:rsidRDefault="00666688" w:rsidP="00666688">
      <w:pPr>
        <w:spacing w:line="269" w:lineRule="auto"/>
        <w:rPr>
          <w:sz w:val="22"/>
          <w:lang w:val="pt-BR"/>
        </w:rPr>
      </w:pPr>
      <w:r w:rsidRPr="00666688">
        <w:rPr>
          <w:sz w:val="22"/>
          <w:lang w:val="pt-BR"/>
        </w:rPr>
        <w:br w:type="page"/>
      </w:r>
    </w:p>
    <w:p w14:paraId="3DDBC0CB" w14:textId="77777777" w:rsidR="00FE19E1" w:rsidRDefault="00FE19E1">
      <w:pPr>
        <w:spacing w:after="200"/>
        <w:rPr>
          <w:rFonts w:asciiTheme="majorHAnsi" w:eastAsiaTheme="majorEastAsia" w:hAnsiTheme="majorHAnsi" w:cstheme="majorBidi"/>
          <w:b/>
          <w:spacing w:val="5"/>
          <w:kern w:val="28"/>
          <w:sz w:val="28"/>
          <w:szCs w:val="52"/>
          <w:lang w:val="pt-BR"/>
        </w:rPr>
      </w:pPr>
      <w:r>
        <w:rPr>
          <w:lang w:val="pt-BR"/>
        </w:rPr>
        <w:lastRenderedPageBreak/>
        <w:br w:type="page"/>
      </w:r>
    </w:p>
    <w:p w14:paraId="4E0791B1" w14:textId="68772538" w:rsidR="00337A5E" w:rsidRPr="00BB76A8" w:rsidRDefault="00CD734F">
      <w:pPr>
        <w:pStyle w:val="Ttulo"/>
        <w:rPr>
          <w:lang w:val="pt-BR"/>
        </w:rPr>
      </w:pPr>
      <w:r w:rsidRPr="00BB76A8">
        <w:rPr>
          <w:lang w:val="pt-BR"/>
        </w:rPr>
        <w:lastRenderedPageBreak/>
        <w:t>ANEXO VII</w:t>
      </w:r>
    </w:p>
    <w:p w14:paraId="2AA9E8C8" w14:textId="77777777" w:rsidR="00BB2012" w:rsidRPr="00BB2012" w:rsidRDefault="00BB2012" w:rsidP="00BB2012">
      <w:pPr>
        <w:keepNext/>
        <w:keepLines/>
        <w:spacing w:before="220" w:after="140" w:line="269" w:lineRule="auto"/>
        <w:jc w:val="center"/>
        <w:outlineLvl w:val="0"/>
        <w:rPr>
          <w:rFonts w:asciiTheme="majorHAnsi" w:eastAsiaTheme="majorEastAsia" w:hAnsiTheme="majorHAnsi" w:cstheme="majorBidi"/>
          <w:b/>
          <w:bCs/>
          <w:sz w:val="22"/>
          <w:szCs w:val="28"/>
          <w:lang w:val="pt-BR"/>
        </w:rPr>
      </w:pPr>
      <w:r w:rsidRPr="00BB2012">
        <w:rPr>
          <w:rFonts w:asciiTheme="majorHAnsi" w:eastAsiaTheme="majorEastAsia" w:hAnsiTheme="majorHAnsi" w:cstheme="majorBidi"/>
          <w:b/>
          <w:bCs/>
          <w:sz w:val="22"/>
          <w:szCs w:val="28"/>
          <w:lang w:val="pt-BR"/>
        </w:rPr>
        <w:t>DECLARAÇÃO DE PERTENCIMENTO INDÍGENA</w:t>
      </w:r>
    </w:p>
    <w:p w14:paraId="53540B6F" w14:textId="77777777" w:rsidR="00BB2012" w:rsidRPr="00BB2012" w:rsidRDefault="00BB2012" w:rsidP="00BB2012">
      <w:pPr>
        <w:spacing w:line="360" w:lineRule="auto"/>
        <w:jc w:val="both"/>
        <w:rPr>
          <w:sz w:val="22"/>
          <w:lang w:val="pt-BR"/>
        </w:rPr>
      </w:pPr>
    </w:p>
    <w:p w14:paraId="5A4785CD" w14:textId="77777777" w:rsidR="00BB2012" w:rsidRPr="00BB2012" w:rsidRDefault="00BB2012" w:rsidP="00BB2012">
      <w:pPr>
        <w:spacing w:line="360" w:lineRule="auto"/>
        <w:jc w:val="both"/>
        <w:rPr>
          <w:sz w:val="22"/>
          <w:lang w:val="pt-BR"/>
        </w:rPr>
      </w:pPr>
      <w:r w:rsidRPr="00BB2012">
        <w:rPr>
          <w:sz w:val="22"/>
          <w:lang w:val="pt-BR"/>
        </w:rPr>
        <w:t xml:space="preserve">As lideranças indígenas abaixo identificadas declaram, para fins do processo seletivo 2027/1 do Curso Técnico em Alimentos </w:t>
      </w:r>
      <w:proofErr w:type="spellStart"/>
      <w:r w:rsidRPr="00BB2012">
        <w:rPr>
          <w:sz w:val="22"/>
          <w:lang w:val="pt-BR"/>
        </w:rPr>
        <w:t>EaD</w:t>
      </w:r>
      <w:proofErr w:type="spellEnd"/>
      <w:r w:rsidRPr="00BB2012">
        <w:rPr>
          <w:sz w:val="22"/>
          <w:lang w:val="pt-BR"/>
        </w:rPr>
        <w:t xml:space="preserve"> do IF Goiano - Campus Morrinhos, que:</w:t>
      </w:r>
    </w:p>
    <w:p w14:paraId="04E4F992" w14:textId="77777777" w:rsidR="00BB2012" w:rsidRPr="00BB2012" w:rsidRDefault="00BB2012" w:rsidP="00BB2012">
      <w:pPr>
        <w:spacing w:line="360" w:lineRule="auto"/>
        <w:rPr>
          <w:sz w:val="22"/>
          <w:lang w:val="pt-BR"/>
        </w:rPr>
      </w:pPr>
      <w:r w:rsidRPr="00BB2012">
        <w:rPr>
          <w:sz w:val="22"/>
          <w:lang w:val="pt-BR"/>
        </w:rPr>
        <w:t>Candidato(a): _____________________________________________________________</w:t>
      </w:r>
      <w:r w:rsidRPr="00BB2012">
        <w:rPr>
          <w:sz w:val="22"/>
          <w:lang w:val="pt-BR"/>
        </w:rPr>
        <w:br/>
        <w:t>CPF: ________________________</w:t>
      </w:r>
      <w:proofErr w:type="gramStart"/>
      <w:r w:rsidRPr="00BB2012">
        <w:rPr>
          <w:sz w:val="22"/>
          <w:lang w:val="pt-BR"/>
        </w:rPr>
        <w:t>_  Documento</w:t>
      </w:r>
      <w:proofErr w:type="gramEnd"/>
      <w:r w:rsidRPr="00BB2012">
        <w:rPr>
          <w:sz w:val="22"/>
          <w:lang w:val="pt-BR"/>
        </w:rPr>
        <w:t xml:space="preserve"> de identificação: __________________</w:t>
      </w:r>
      <w:r w:rsidRPr="00BB2012">
        <w:rPr>
          <w:sz w:val="22"/>
          <w:lang w:val="pt-BR"/>
        </w:rPr>
        <w:br/>
        <w:t>Inscrição: ____________________</w:t>
      </w:r>
      <w:proofErr w:type="gramStart"/>
      <w:r w:rsidRPr="00BB2012">
        <w:rPr>
          <w:sz w:val="22"/>
          <w:lang w:val="pt-BR"/>
        </w:rPr>
        <w:t>_  Telefone</w:t>
      </w:r>
      <w:proofErr w:type="gramEnd"/>
      <w:r w:rsidRPr="00BB2012">
        <w:rPr>
          <w:sz w:val="22"/>
          <w:lang w:val="pt-BR"/>
        </w:rPr>
        <w:t>: __________________________________</w:t>
      </w:r>
    </w:p>
    <w:p w14:paraId="5F46FF53" w14:textId="77777777" w:rsidR="00BB2012" w:rsidRPr="00BB2012" w:rsidRDefault="00BB2012" w:rsidP="00BB2012">
      <w:pPr>
        <w:spacing w:line="360" w:lineRule="auto"/>
        <w:rPr>
          <w:sz w:val="22"/>
          <w:lang w:val="pt-BR"/>
        </w:rPr>
      </w:pPr>
      <w:r w:rsidRPr="00BB2012">
        <w:rPr>
          <w:sz w:val="22"/>
          <w:lang w:val="pt-BR"/>
        </w:rPr>
        <w:t>É pessoa indígena pertencente ao povo ou à etnia _______________________________, e à comunidade ou aldeia __________________________________________________, localizada no município de ______________________________________, UF ______.</w:t>
      </w:r>
    </w:p>
    <w:p w14:paraId="41BDF037" w14:textId="77777777" w:rsidR="00BB2012" w:rsidRPr="00BB2012" w:rsidRDefault="00BB2012" w:rsidP="00BB2012">
      <w:pPr>
        <w:spacing w:line="360" w:lineRule="auto"/>
        <w:jc w:val="both"/>
        <w:rPr>
          <w:sz w:val="22"/>
          <w:lang w:val="pt-BR"/>
        </w:rPr>
      </w:pPr>
      <w:r w:rsidRPr="00BB2012">
        <w:rPr>
          <w:sz w:val="22"/>
          <w:lang w:val="pt-BR"/>
        </w:rPr>
        <w:t>Declaramos nosso vínculo com a comunidade indicada e confirmamos a veracidade das informações de pertencimento étnico e social.</w:t>
      </w:r>
    </w:p>
    <w:p w14:paraId="2EB53863" w14:textId="77777777" w:rsidR="00BB2012" w:rsidRPr="00BB2012" w:rsidRDefault="00BB2012" w:rsidP="00BB2012">
      <w:pPr>
        <w:spacing w:line="360" w:lineRule="auto"/>
        <w:rPr>
          <w:sz w:val="22"/>
          <w:lang w:val="pt-BR"/>
        </w:rPr>
      </w:pPr>
      <w:r w:rsidRPr="00BB2012">
        <w:rPr>
          <w:sz w:val="22"/>
          <w:lang w:val="pt-BR"/>
        </w:rPr>
        <w:t>LIDERANÇA 1</w:t>
      </w:r>
      <w:r w:rsidRPr="00BB2012">
        <w:rPr>
          <w:sz w:val="22"/>
          <w:lang w:val="pt-BR"/>
        </w:rPr>
        <w:br/>
        <w:t>Nome completo: _________________________________________________________</w:t>
      </w:r>
      <w:r w:rsidRPr="00BB2012">
        <w:rPr>
          <w:sz w:val="22"/>
          <w:lang w:val="pt-BR"/>
        </w:rPr>
        <w:br/>
        <w:t>CPF: ______________________</w:t>
      </w:r>
      <w:proofErr w:type="gramStart"/>
      <w:r w:rsidRPr="00BB2012">
        <w:rPr>
          <w:sz w:val="22"/>
          <w:lang w:val="pt-BR"/>
        </w:rPr>
        <w:t>_  Documento</w:t>
      </w:r>
      <w:proofErr w:type="gramEnd"/>
      <w:r w:rsidRPr="00BB2012">
        <w:rPr>
          <w:sz w:val="22"/>
          <w:lang w:val="pt-BR"/>
        </w:rPr>
        <w:t xml:space="preserve"> de identificação: ___________________</w:t>
      </w:r>
      <w:r w:rsidRPr="00BB2012">
        <w:rPr>
          <w:sz w:val="22"/>
          <w:lang w:val="pt-BR"/>
        </w:rPr>
        <w:br/>
        <w:t>Função na comunidade: ___________________________________________________</w:t>
      </w:r>
      <w:r w:rsidRPr="00BB2012">
        <w:rPr>
          <w:sz w:val="22"/>
          <w:lang w:val="pt-BR"/>
        </w:rPr>
        <w:br/>
        <w:t>Assinatura: _____________________________________________________________</w:t>
      </w:r>
    </w:p>
    <w:p w14:paraId="7940EF99" w14:textId="77777777" w:rsidR="00BB2012" w:rsidRPr="00BB2012" w:rsidRDefault="00BB2012" w:rsidP="00BB2012">
      <w:pPr>
        <w:spacing w:line="360" w:lineRule="auto"/>
        <w:rPr>
          <w:sz w:val="22"/>
          <w:lang w:val="pt-BR"/>
        </w:rPr>
      </w:pPr>
      <w:r w:rsidRPr="00BB2012">
        <w:rPr>
          <w:sz w:val="22"/>
          <w:lang w:val="pt-BR"/>
        </w:rPr>
        <w:t>LIDERANÇA 2</w:t>
      </w:r>
      <w:r w:rsidRPr="00BB2012">
        <w:rPr>
          <w:sz w:val="22"/>
          <w:lang w:val="pt-BR"/>
        </w:rPr>
        <w:br/>
        <w:t>Nome completo: _________________________________________________________</w:t>
      </w:r>
      <w:r w:rsidRPr="00BB2012">
        <w:rPr>
          <w:sz w:val="22"/>
          <w:lang w:val="pt-BR"/>
        </w:rPr>
        <w:br/>
        <w:t>CPF: ______________________</w:t>
      </w:r>
      <w:proofErr w:type="gramStart"/>
      <w:r w:rsidRPr="00BB2012">
        <w:rPr>
          <w:sz w:val="22"/>
          <w:lang w:val="pt-BR"/>
        </w:rPr>
        <w:t>_  Documento</w:t>
      </w:r>
      <w:proofErr w:type="gramEnd"/>
      <w:r w:rsidRPr="00BB2012">
        <w:rPr>
          <w:sz w:val="22"/>
          <w:lang w:val="pt-BR"/>
        </w:rPr>
        <w:t xml:space="preserve"> de identificação: ___________________</w:t>
      </w:r>
      <w:r w:rsidRPr="00BB2012">
        <w:rPr>
          <w:sz w:val="22"/>
          <w:lang w:val="pt-BR"/>
        </w:rPr>
        <w:br/>
        <w:t>Função na comunidade: ___________________________________________________</w:t>
      </w:r>
      <w:r w:rsidRPr="00BB2012">
        <w:rPr>
          <w:sz w:val="22"/>
          <w:lang w:val="pt-BR"/>
        </w:rPr>
        <w:br/>
        <w:t>Assinatura: _____________________________________________________________</w:t>
      </w:r>
    </w:p>
    <w:p w14:paraId="4B34C548" w14:textId="77777777" w:rsidR="00BB2012" w:rsidRPr="00BB2012" w:rsidRDefault="00BB2012" w:rsidP="00BB2012">
      <w:pPr>
        <w:spacing w:line="360" w:lineRule="auto"/>
        <w:rPr>
          <w:sz w:val="22"/>
          <w:lang w:val="pt-BR"/>
        </w:rPr>
      </w:pPr>
      <w:r w:rsidRPr="00BB2012">
        <w:rPr>
          <w:sz w:val="22"/>
          <w:lang w:val="pt-BR"/>
        </w:rPr>
        <w:t>LIDERANÇA 3</w:t>
      </w:r>
      <w:r w:rsidRPr="00BB2012">
        <w:rPr>
          <w:sz w:val="22"/>
          <w:lang w:val="pt-BR"/>
        </w:rPr>
        <w:br/>
        <w:t>Nome completo: _________________________________________________________</w:t>
      </w:r>
      <w:r w:rsidRPr="00BB2012">
        <w:rPr>
          <w:sz w:val="22"/>
          <w:lang w:val="pt-BR"/>
        </w:rPr>
        <w:br/>
        <w:t>CPF: ______________________</w:t>
      </w:r>
      <w:proofErr w:type="gramStart"/>
      <w:r w:rsidRPr="00BB2012">
        <w:rPr>
          <w:sz w:val="22"/>
          <w:lang w:val="pt-BR"/>
        </w:rPr>
        <w:t>_  Documento</w:t>
      </w:r>
      <w:proofErr w:type="gramEnd"/>
      <w:r w:rsidRPr="00BB2012">
        <w:rPr>
          <w:sz w:val="22"/>
          <w:lang w:val="pt-BR"/>
        </w:rPr>
        <w:t xml:space="preserve"> de identificação: ___________________</w:t>
      </w:r>
      <w:r w:rsidRPr="00BB2012">
        <w:rPr>
          <w:sz w:val="22"/>
          <w:lang w:val="pt-BR"/>
        </w:rPr>
        <w:br/>
        <w:t>Função na comunidade: ___________________________________________________</w:t>
      </w:r>
      <w:r w:rsidRPr="00BB2012">
        <w:rPr>
          <w:sz w:val="22"/>
          <w:lang w:val="pt-BR"/>
        </w:rPr>
        <w:br/>
        <w:t>Assinatura: _____________________________________________________________</w:t>
      </w:r>
    </w:p>
    <w:p w14:paraId="42812902" w14:textId="77777777" w:rsidR="00BB2012" w:rsidRPr="00BB2012" w:rsidRDefault="00BB2012" w:rsidP="00BB2012">
      <w:pPr>
        <w:spacing w:line="360" w:lineRule="auto"/>
        <w:rPr>
          <w:sz w:val="22"/>
          <w:lang w:val="pt-BR"/>
        </w:rPr>
      </w:pPr>
      <w:r w:rsidRPr="00BB2012">
        <w:rPr>
          <w:sz w:val="22"/>
          <w:lang w:val="pt-BR"/>
        </w:rPr>
        <w:t>Local: ______________________________    Data: _____/_____/________</w:t>
      </w:r>
    </w:p>
    <w:p w14:paraId="136D11DD" w14:textId="327FF15B" w:rsidR="00FE19E1" w:rsidRDefault="00BB2012">
      <w:pPr>
        <w:spacing w:after="200"/>
        <w:rPr>
          <w:sz w:val="22"/>
          <w:lang w:val="pt-BR"/>
        </w:rPr>
      </w:pPr>
      <w:r w:rsidRPr="00BB2012">
        <w:rPr>
          <w:sz w:val="22"/>
          <w:lang w:val="pt-BR"/>
        </w:rPr>
        <w:br w:type="page"/>
      </w:r>
      <w:r w:rsidR="00FE19E1">
        <w:rPr>
          <w:b/>
          <w:bCs/>
          <w:sz w:val="22"/>
          <w:lang w:val="pt-BR"/>
        </w:rPr>
        <w:lastRenderedPageBreak/>
        <w:br w:type="page"/>
      </w:r>
    </w:p>
    <w:p w14:paraId="6E4038BE" w14:textId="77777777" w:rsidR="00337A5E" w:rsidRPr="00FE19E1" w:rsidRDefault="00CD734F">
      <w:pPr>
        <w:pStyle w:val="Ttulo"/>
        <w:rPr>
          <w:rFonts w:ascii="Arial" w:hAnsi="Arial" w:cs="Arial"/>
          <w:sz w:val="24"/>
          <w:szCs w:val="48"/>
          <w:lang w:val="pt-BR"/>
        </w:rPr>
      </w:pPr>
      <w:r w:rsidRPr="00FE19E1">
        <w:rPr>
          <w:rFonts w:ascii="Arial" w:hAnsi="Arial" w:cs="Arial"/>
          <w:sz w:val="24"/>
          <w:szCs w:val="48"/>
          <w:lang w:val="pt-BR"/>
        </w:rPr>
        <w:lastRenderedPageBreak/>
        <w:t>ANEXO VIII</w:t>
      </w:r>
    </w:p>
    <w:p w14:paraId="0003B216" w14:textId="77777777" w:rsidR="00A72020" w:rsidRPr="00A72020" w:rsidRDefault="00A72020" w:rsidP="00A72020">
      <w:pPr>
        <w:keepNext/>
        <w:keepLines/>
        <w:spacing w:before="220" w:after="140" w:line="269" w:lineRule="auto"/>
        <w:jc w:val="center"/>
        <w:outlineLvl w:val="0"/>
        <w:rPr>
          <w:rFonts w:asciiTheme="majorHAnsi" w:eastAsiaTheme="majorEastAsia" w:hAnsiTheme="majorHAnsi" w:cstheme="majorBidi"/>
          <w:b/>
          <w:bCs/>
          <w:sz w:val="22"/>
          <w:szCs w:val="28"/>
          <w:lang w:val="pt-BR"/>
        </w:rPr>
      </w:pPr>
      <w:r w:rsidRPr="00A72020">
        <w:rPr>
          <w:rFonts w:asciiTheme="majorHAnsi" w:eastAsiaTheme="majorEastAsia" w:hAnsiTheme="majorHAnsi" w:cstheme="majorBidi"/>
          <w:b/>
          <w:bCs/>
          <w:sz w:val="22"/>
          <w:szCs w:val="28"/>
          <w:lang w:val="pt-BR"/>
        </w:rPr>
        <w:t>DECLARAÇÃO DE AUSÊNCIA DE VÍNCULO EMPREGATÍCIO</w:t>
      </w:r>
    </w:p>
    <w:p w14:paraId="28D3A294" w14:textId="77777777" w:rsidR="00A72020" w:rsidRPr="00A72020" w:rsidRDefault="00A72020" w:rsidP="00A72020">
      <w:pPr>
        <w:spacing w:line="360" w:lineRule="auto"/>
        <w:rPr>
          <w:sz w:val="22"/>
          <w:lang w:val="pt-BR"/>
        </w:rPr>
      </w:pPr>
    </w:p>
    <w:p w14:paraId="5A10BE2A" w14:textId="77777777" w:rsidR="00A72020" w:rsidRPr="00A72020" w:rsidRDefault="00A72020" w:rsidP="00A72020">
      <w:pPr>
        <w:spacing w:line="360" w:lineRule="auto"/>
        <w:rPr>
          <w:sz w:val="22"/>
          <w:lang w:val="pt-BR"/>
        </w:rPr>
      </w:pPr>
      <w:r w:rsidRPr="00A72020">
        <w:rPr>
          <w:sz w:val="22"/>
          <w:lang w:val="pt-BR"/>
        </w:rPr>
        <w:t>Eu, ______________________________________________________________, CPF _________________________, documento de identificação ____________________, integrante da família do(a) candidato(a) ______________________________________, inscrição __________________, declaro que não mantenho vínculo empregatício com a Administração Pública ou com empregador privado.</w:t>
      </w:r>
    </w:p>
    <w:p w14:paraId="4F5C33FA" w14:textId="77777777" w:rsidR="00A72020" w:rsidRPr="00A72020" w:rsidRDefault="00A72020" w:rsidP="00A72020">
      <w:pPr>
        <w:spacing w:line="360" w:lineRule="auto"/>
        <w:jc w:val="both"/>
        <w:rPr>
          <w:sz w:val="22"/>
          <w:lang w:val="pt-BR"/>
        </w:rPr>
      </w:pPr>
      <w:r w:rsidRPr="00A72020">
        <w:rPr>
          <w:sz w:val="22"/>
          <w:lang w:val="pt-BR"/>
        </w:rPr>
        <w:t>A ausência de vínculo empregatício não significa, necessariamente, ausência de renda. Quanto aos demais rendimentos, declaro:</w:t>
      </w:r>
    </w:p>
    <w:p w14:paraId="1F42D065" w14:textId="77777777" w:rsidR="00A72020" w:rsidRPr="00A72020" w:rsidRDefault="00A72020" w:rsidP="00A72020">
      <w:pPr>
        <w:spacing w:line="360" w:lineRule="auto"/>
        <w:rPr>
          <w:sz w:val="22"/>
          <w:lang w:val="pt-BR"/>
        </w:rPr>
      </w:pPr>
      <w:proofErr w:type="gramStart"/>
      <w:r w:rsidRPr="00A72020">
        <w:rPr>
          <w:sz w:val="22"/>
          <w:lang w:val="pt-BR"/>
        </w:rPr>
        <w:t xml:space="preserve">(  </w:t>
      </w:r>
      <w:proofErr w:type="gramEnd"/>
      <w:r w:rsidRPr="00A72020">
        <w:rPr>
          <w:sz w:val="22"/>
          <w:lang w:val="pt-BR"/>
        </w:rPr>
        <w:t xml:space="preserve"> ) Não recebo renda de outra fonte.</w:t>
      </w:r>
      <w:r w:rsidRPr="00A72020">
        <w:rPr>
          <w:sz w:val="22"/>
          <w:lang w:val="pt-BR"/>
        </w:rPr>
        <w:br/>
        <w:t>(   ) Recebo renda da(s) seguinte(s) fonte(s), com os valores brutos mensais:</w:t>
      </w:r>
    </w:p>
    <w:p w14:paraId="61416C9C" w14:textId="77777777" w:rsidR="00A72020" w:rsidRPr="00A72020" w:rsidRDefault="00A72020" w:rsidP="00A72020">
      <w:pPr>
        <w:spacing w:line="360" w:lineRule="auto"/>
        <w:rPr>
          <w:sz w:val="22"/>
          <w:lang w:val="pt-BR"/>
        </w:rPr>
      </w:pPr>
      <w:r w:rsidRPr="00A72020">
        <w:rPr>
          <w:sz w:val="22"/>
          <w:lang w:val="pt-BR"/>
        </w:rPr>
        <w:t>________________________________________________________________________</w:t>
      </w:r>
    </w:p>
    <w:p w14:paraId="25F0862C" w14:textId="77777777" w:rsidR="00A72020" w:rsidRPr="00A72020" w:rsidRDefault="00A72020" w:rsidP="00A72020">
      <w:pPr>
        <w:spacing w:line="360" w:lineRule="auto"/>
        <w:rPr>
          <w:sz w:val="22"/>
          <w:lang w:val="pt-BR"/>
        </w:rPr>
      </w:pPr>
      <w:r w:rsidRPr="00A72020">
        <w:rPr>
          <w:sz w:val="22"/>
          <w:lang w:val="pt-BR"/>
        </w:rPr>
        <w:t>________________________________________________________________________</w:t>
      </w:r>
    </w:p>
    <w:p w14:paraId="1758163C" w14:textId="77777777" w:rsidR="00A72020" w:rsidRPr="00A72020" w:rsidRDefault="00A72020" w:rsidP="00A72020">
      <w:pPr>
        <w:spacing w:line="360" w:lineRule="auto"/>
        <w:rPr>
          <w:sz w:val="22"/>
          <w:lang w:val="pt-BR"/>
        </w:rPr>
      </w:pPr>
      <w:r w:rsidRPr="00A72020">
        <w:rPr>
          <w:sz w:val="22"/>
          <w:lang w:val="pt-BR"/>
        </w:rPr>
        <w:t>________________________________________________________________________</w:t>
      </w:r>
    </w:p>
    <w:p w14:paraId="2959C3E1" w14:textId="77777777" w:rsidR="00A72020" w:rsidRPr="00A72020" w:rsidRDefault="00A72020" w:rsidP="00A72020">
      <w:pPr>
        <w:spacing w:line="360" w:lineRule="auto"/>
        <w:jc w:val="both"/>
        <w:rPr>
          <w:sz w:val="22"/>
          <w:lang w:val="pt-BR"/>
        </w:rPr>
      </w:pPr>
      <w:r w:rsidRPr="00A72020">
        <w:rPr>
          <w:sz w:val="22"/>
          <w:lang w:val="pt-BR"/>
        </w:rPr>
        <w:t>Forma de manutenção do sustento:</w:t>
      </w:r>
    </w:p>
    <w:p w14:paraId="73BC5E89" w14:textId="77777777" w:rsidR="00A72020" w:rsidRPr="00A72020" w:rsidRDefault="00A72020" w:rsidP="00A72020">
      <w:pPr>
        <w:spacing w:line="360" w:lineRule="auto"/>
        <w:rPr>
          <w:sz w:val="22"/>
          <w:lang w:val="pt-BR"/>
        </w:rPr>
      </w:pPr>
      <w:r w:rsidRPr="00A72020">
        <w:rPr>
          <w:sz w:val="22"/>
          <w:lang w:val="pt-BR"/>
        </w:rPr>
        <w:t>________________________________________________________________________</w:t>
      </w:r>
    </w:p>
    <w:p w14:paraId="1C8398C5" w14:textId="77777777" w:rsidR="00A72020" w:rsidRPr="00A72020" w:rsidRDefault="00A72020" w:rsidP="00A72020">
      <w:pPr>
        <w:spacing w:line="360" w:lineRule="auto"/>
        <w:rPr>
          <w:sz w:val="22"/>
          <w:lang w:val="pt-BR"/>
        </w:rPr>
      </w:pPr>
      <w:r w:rsidRPr="00A72020">
        <w:rPr>
          <w:sz w:val="22"/>
          <w:lang w:val="pt-BR"/>
        </w:rPr>
        <w:t>________________________________________________________________________</w:t>
      </w:r>
    </w:p>
    <w:p w14:paraId="7F887FB9" w14:textId="77777777" w:rsidR="00A72020" w:rsidRPr="00A72020" w:rsidRDefault="00A72020" w:rsidP="00A72020">
      <w:pPr>
        <w:spacing w:line="360" w:lineRule="auto"/>
        <w:jc w:val="both"/>
        <w:rPr>
          <w:sz w:val="22"/>
          <w:lang w:val="pt-BR"/>
        </w:rPr>
      </w:pPr>
      <w:r w:rsidRPr="00A72020">
        <w:rPr>
          <w:sz w:val="22"/>
          <w:lang w:val="pt-BR"/>
        </w:rPr>
        <w:t>Declaro serem verdadeiras as informações, ciente de que poderão ser verificadas pela comissão e de que eventual falsidade será apurada com observância do contraditório e da ampla defesa, sem prejuízo das consequências legais.</w:t>
      </w:r>
    </w:p>
    <w:p w14:paraId="3298EB52" w14:textId="77777777" w:rsidR="00A72020" w:rsidRPr="00A72020" w:rsidRDefault="00A72020" w:rsidP="00A72020">
      <w:pPr>
        <w:spacing w:line="360" w:lineRule="auto"/>
        <w:rPr>
          <w:sz w:val="22"/>
          <w:lang w:val="pt-BR"/>
        </w:rPr>
      </w:pPr>
      <w:r w:rsidRPr="00A72020">
        <w:rPr>
          <w:sz w:val="22"/>
          <w:lang w:val="pt-BR"/>
        </w:rPr>
        <w:t>Local: ______________________________    Data: _____/_____/________</w:t>
      </w:r>
    </w:p>
    <w:p w14:paraId="2F88803B" w14:textId="77777777" w:rsidR="00A72020" w:rsidRPr="00A72020" w:rsidRDefault="00A72020" w:rsidP="00A72020">
      <w:pPr>
        <w:spacing w:line="360" w:lineRule="auto"/>
        <w:rPr>
          <w:sz w:val="22"/>
          <w:lang w:val="pt-BR"/>
        </w:rPr>
      </w:pPr>
    </w:p>
    <w:p w14:paraId="22AC304D" w14:textId="77777777" w:rsidR="00A72020" w:rsidRPr="00A72020" w:rsidRDefault="00A72020" w:rsidP="00A72020">
      <w:pPr>
        <w:spacing w:line="360" w:lineRule="auto"/>
        <w:jc w:val="center"/>
        <w:rPr>
          <w:sz w:val="22"/>
          <w:lang w:val="pt-BR"/>
        </w:rPr>
      </w:pPr>
      <w:r w:rsidRPr="00A72020">
        <w:rPr>
          <w:sz w:val="22"/>
          <w:lang w:val="pt-BR"/>
        </w:rPr>
        <w:t>________________________________________________________</w:t>
      </w:r>
      <w:r w:rsidRPr="00A72020">
        <w:rPr>
          <w:sz w:val="22"/>
          <w:lang w:val="pt-BR"/>
        </w:rPr>
        <w:br/>
        <w:t>Assinatura do(a) declarante</w:t>
      </w:r>
    </w:p>
    <w:p w14:paraId="1FB58C20" w14:textId="70A6A793" w:rsidR="00337A5E" w:rsidRPr="00BB76A8" w:rsidRDefault="00A72020" w:rsidP="00A72020">
      <w:pPr>
        <w:pStyle w:val="Ttulo1"/>
        <w:jc w:val="center"/>
        <w:rPr>
          <w:lang w:val="pt-BR"/>
        </w:rPr>
      </w:pPr>
      <w:r w:rsidRPr="00A72020">
        <w:rPr>
          <w:rFonts w:ascii="Arial" w:eastAsiaTheme="minorEastAsia" w:hAnsi="Arial" w:cstheme="minorBidi"/>
          <w:b w:val="0"/>
          <w:bCs w:val="0"/>
          <w:sz w:val="22"/>
          <w:szCs w:val="22"/>
          <w:lang w:val="pt-BR"/>
        </w:rPr>
        <w:br w:type="page"/>
      </w:r>
    </w:p>
    <w:p w14:paraId="12CD6B4A" w14:textId="77777777" w:rsidR="00337A5E" w:rsidRPr="00BB76A8" w:rsidRDefault="00CD734F">
      <w:pPr>
        <w:pStyle w:val="Ttulo"/>
        <w:rPr>
          <w:lang w:val="pt-BR"/>
        </w:rPr>
      </w:pPr>
      <w:r w:rsidRPr="00BB76A8">
        <w:rPr>
          <w:lang w:val="pt-BR"/>
        </w:rPr>
        <w:lastRenderedPageBreak/>
        <w:t>ANEXO IX</w:t>
      </w:r>
    </w:p>
    <w:p w14:paraId="265D672A" w14:textId="77777777" w:rsidR="00ED6A22" w:rsidRPr="00ED6A22" w:rsidRDefault="00ED6A22" w:rsidP="00ED6A22">
      <w:pPr>
        <w:keepNext/>
        <w:keepLines/>
        <w:spacing w:before="220" w:after="140" w:line="269" w:lineRule="auto"/>
        <w:jc w:val="center"/>
        <w:outlineLvl w:val="0"/>
        <w:rPr>
          <w:rFonts w:asciiTheme="majorHAnsi" w:eastAsiaTheme="majorEastAsia" w:hAnsiTheme="majorHAnsi" w:cstheme="majorBidi"/>
          <w:b/>
          <w:bCs/>
          <w:sz w:val="22"/>
          <w:szCs w:val="28"/>
          <w:lang w:val="pt-BR"/>
        </w:rPr>
      </w:pPr>
      <w:r w:rsidRPr="00ED6A22">
        <w:rPr>
          <w:rFonts w:asciiTheme="majorHAnsi" w:eastAsiaTheme="majorEastAsia" w:hAnsiTheme="majorHAnsi" w:cstheme="majorBidi"/>
          <w:b/>
          <w:bCs/>
          <w:sz w:val="22"/>
          <w:szCs w:val="28"/>
          <w:lang w:val="pt-BR"/>
        </w:rPr>
        <w:t>DECLARAÇÃO DE TRABALHO AUTÔNOMO INFORMAL OU PROFISSIONAL LIBERAL</w:t>
      </w:r>
    </w:p>
    <w:p w14:paraId="684B8E26" w14:textId="77777777" w:rsidR="00ED6A22" w:rsidRPr="00ED6A22" w:rsidRDefault="00ED6A22" w:rsidP="00ED6A22">
      <w:pPr>
        <w:spacing w:line="269" w:lineRule="auto"/>
        <w:jc w:val="center"/>
        <w:rPr>
          <w:sz w:val="22"/>
          <w:lang w:val="pt-BR"/>
        </w:rPr>
      </w:pPr>
    </w:p>
    <w:p w14:paraId="3599241E" w14:textId="77777777" w:rsidR="00ED6A22" w:rsidRPr="00ED6A22" w:rsidRDefault="00ED6A22" w:rsidP="00ED6A22">
      <w:pPr>
        <w:spacing w:line="360" w:lineRule="auto"/>
        <w:rPr>
          <w:sz w:val="22"/>
          <w:lang w:val="pt-BR"/>
        </w:rPr>
      </w:pPr>
      <w:r w:rsidRPr="00ED6A22">
        <w:rPr>
          <w:sz w:val="22"/>
          <w:lang w:val="pt-BR"/>
        </w:rPr>
        <w:t>Eu, ______________________________________________________________, CPF _________________________, documento de identificação ____________________, integrante da família do(a) candidato(a) ______________________________________, inscrição __________________, declaro exercer a seguinte atividade:</w:t>
      </w:r>
    </w:p>
    <w:p w14:paraId="4F0B6458" w14:textId="77777777" w:rsidR="00ED6A22" w:rsidRPr="00ED6A22" w:rsidRDefault="00ED6A22" w:rsidP="00ED6A22">
      <w:pPr>
        <w:spacing w:line="360" w:lineRule="auto"/>
        <w:rPr>
          <w:sz w:val="22"/>
          <w:lang w:val="pt-BR"/>
        </w:rPr>
      </w:pPr>
      <w:proofErr w:type="gramStart"/>
      <w:r w:rsidRPr="00ED6A22">
        <w:rPr>
          <w:sz w:val="22"/>
          <w:lang w:val="pt-BR"/>
        </w:rPr>
        <w:t xml:space="preserve">(  </w:t>
      </w:r>
      <w:proofErr w:type="gramEnd"/>
      <w:r w:rsidRPr="00ED6A22">
        <w:rPr>
          <w:sz w:val="22"/>
          <w:lang w:val="pt-BR"/>
        </w:rPr>
        <w:t xml:space="preserve"> ) Trabalho autônomo </w:t>
      </w:r>
      <w:proofErr w:type="gramStart"/>
      <w:r w:rsidRPr="00ED6A22">
        <w:rPr>
          <w:sz w:val="22"/>
          <w:lang w:val="pt-BR"/>
        </w:rPr>
        <w:t xml:space="preserve">   (</w:t>
      </w:r>
      <w:proofErr w:type="gramEnd"/>
      <w:r w:rsidRPr="00ED6A22">
        <w:rPr>
          <w:sz w:val="22"/>
          <w:lang w:val="pt-BR"/>
        </w:rPr>
        <w:t xml:space="preserve"> </w:t>
      </w:r>
      <w:proofErr w:type="gramStart"/>
      <w:r w:rsidRPr="00ED6A22">
        <w:rPr>
          <w:sz w:val="22"/>
          <w:lang w:val="pt-BR"/>
        </w:rPr>
        <w:t xml:space="preserve">  )</w:t>
      </w:r>
      <w:proofErr w:type="gramEnd"/>
      <w:r w:rsidRPr="00ED6A22">
        <w:rPr>
          <w:sz w:val="22"/>
          <w:lang w:val="pt-BR"/>
        </w:rPr>
        <w:t xml:space="preserve"> Trabalho informal</w:t>
      </w:r>
      <w:r w:rsidRPr="00ED6A22">
        <w:rPr>
          <w:sz w:val="22"/>
          <w:lang w:val="pt-BR"/>
        </w:rPr>
        <w:br/>
        <w:t xml:space="preserve">(   ) Profissão liberal    </w:t>
      </w:r>
      <w:proofErr w:type="gramStart"/>
      <w:r w:rsidRPr="00ED6A22">
        <w:rPr>
          <w:sz w:val="22"/>
          <w:lang w:val="pt-BR"/>
        </w:rPr>
        <w:t xml:space="preserve">   (</w:t>
      </w:r>
      <w:proofErr w:type="gramEnd"/>
      <w:r w:rsidRPr="00ED6A22">
        <w:rPr>
          <w:sz w:val="22"/>
          <w:lang w:val="pt-BR"/>
        </w:rPr>
        <w:t xml:space="preserve"> </w:t>
      </w:r>
      <w:proofErr w:type="gramStart"/>
      <w:r w:rsidRPr="00ED6A22">
        <w:rPr>
          <w:sz w:val="22"/>
          <w:lang w:val="pt-BR"/>
        </w:rPr>
        <w:t xml:space="preserve">  )</w:t>
      </w:r>
      <w:proofErr w:type="gramEnd"/>
      <w:r w:rsidRPr="00ED6A22">
        <w:rPr>
          <w:sz w:val="22"/>
          <w:lang w:val="pt-BR"/>
        </w:rPr>
        <w:t xml:space="preserve"> Atividade rural</w:t>
      </w:r>
      <w:r w:rsidRPr="00ED6A22">
        <w:rPr>
          <w:sz w:val="22"/>
          <w:lang w:val="pt-BR"/>
        </w:rPr>
        <w:br/>
        <w:t>Função: __________________________________________________________________</w:t>
      </w:r>
      <w:r w:rsidRPr="00ED6A22">
        <w:rPr>
          <w:sz w:val="22"/>
          <w:lang w:val="pt-BR"/>
        </w:rPr>
        <w:br/>
        <w:t>Ramo de atividade: _________________________________________________________</w:t>
      </w:r>
    </w:p>
    <w:p w14:paraId="03156ED2" w14:textId="77777777" w:rsidR="00ED6A22" w:rsidRPr="00ED6A22" w:rsidRDefault="00ED6A22" w:rsidP="00ED6A22">
      <w:pPr>
        <w:spacing w:line="360" w:lineRule="auto"/>
        <w:jc w:val="both"/>
        <w:rPr>
          <w:sz w:val="22"/>
          <w:lang w:val="pt-BR"/>
        </w:rPr>
      </w:pPr>
      <w:r w:rsidRPr="00ED6A22">
        <w:rPr>
          <w:sz w:val="22"/>
          <w:lang w:val="pt-BR"/>
        </w:rPr>
        <w:t>Declaro os valores brutos recebidos nos três meses de referência definidos para a análise de renda, incluindo rendimentos variáveis:</w:t>
      </w:r>
    </w:p>
    <w:tbl>
      <w:tblPr>
        <w:tblStyle w:val="Tabelacomgrade"/>
        <w:tblW w:w="0" w:type="auto"/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ED6A22" w:rsidRPr="00ED6A22" w14:paraId="0929FDAE" w14:textId="77777777" w:rsidTr="001F32CD">
        <w:trPr>
          <w:cantSplit/>
          <w:tblHeader/>
        </w:trPr>
        <w:tc>
          <w:tcPr>
            <w:tcW w:w="4819" w:type="dxa"/>
            <w:shd w:val="clear" w:color="auto" w:fill="E7E6E6"/>
          </w:tcPr>
          <w:p w14:paraId="68492283" w14:textId="77777777" w:rsidR="00ED6A22" w:rsidRPr="00ED6A22" w:rsidRDefault="00ED6A22" w:rsidP="00ED6A22">
            <w:pPr>
              <w:spacing w:before="60" w:after="60" w:line="360" w:lineRule="auto"/>
              <w:rPr>
                <w:sz w:val="22"/>
                <w:lang w:val="pt-BR"/>
              </w:rPr>
            </w:pPr>
            <w:r w:rsidRPr="00ED6A22">
              <w:rPr>
                <w:b/>
                <w:sz w:val="20"/>
                <w:lang w:val="pt-BR"/>
              </w:rPr>
              <w:t>Mês e ano de referência</w:t>
            </w:r>
          </w:p>
        </w:tc>
        <w:tc>
          <w:tcPr>
            <w:tcW w:w="4819" w:type="dxa"/>
            <w:shd w:val="clear" w:color="auto" w:fill="E7E6E6"/>
          </w:tcPr>
          <w:p w14:paraId="58BDEC95" w14:textId="77777777" w:rsidR="00ED6A22" w:rsidRPr="00ED6A22" w:rsidRDefault="00ED6A22" w:rsidP="00ED6A22">
            <w:pPr>
              <w:spacing w:before="60" w:after="60" w:line="360" w:lineRule="auto"/>
              <w:rPr>
                <w:sz w:val="22"/>
                <w:lang w:val="pt-BR"/>
              </w:rPr>
            </w:pPr>
            <w:r w:rsidRPr="00ED6A22">
              <w:rPr>
                <w:b/>
                <w:sz w:val="20"/>
                <w:lang w:val="pt-BR"/>
              </w:rPr>
              <w:t>Renda bruta mensal (R$)</w:t>
            </w:r>
          </w:p>
        </w:tc>
      </w:tr>
      <w:tr w:rsidR="00ED6A22" w:rsidRPr="00ED6A22" w14:paraId="1D96F2C6" w14:textId="77777777" w:rsidTr="001F32CD">
        <w:trPr>
          <w:cantSplit/>
        </w:trPr>
        <w:tc>
          <w:tcPr>
            <w:tcW w:w="4819" w:type="dxa"/>
          </w:tcPr>
          <w:p w14:paraId="2AF59EC1" w14:textId="77777777" w:rsidR="00ED6A22" w:rsidRPr="00ED6A22" w:rsidRDefault="00ED6A22" w:rsidP="00ED6A22">
            <w:pPr>
              <w:spacing w:before="60" w:after="60" w:line="360" w:lineRule="auto"/>
              <w:rPr>
                <w:sz w:val="22"/>
                <w:lang w:val="pt-BR"/>
              </w:rPr>
            </w:pPr>
          </w:p>
        </w:tc>
        <w:tc>
          <w:tcPr>
            <w:tcW w:w="4819" w:type="dxa"/>
          </w:tcPr>
          <w:p w14:paraId="2BD821D7" w14:textId="77777777" w:rsidR="00ED6A22" w:rsidRPr="00ED6A22" w:rsidRDefault="00ED6A22" w:rsidP="00ED6A22">
            <w:pPr>
              <w:spacing w:before="60" w:after="60" w:line="360" w:lineRule="auto"/>
              <w:rPr>
                <w:sz w:val="22"/>
                <w:lang w:val="pt-BR"/>
              </w:rPr>
            </w:pPr>
          </w:p>
        </w:tc>
      </w:tr>
      <w:tr w:rsidR="00ED6A22" w:rsidRPr="00ED6A22" w14:paraId="3F2DCA16" w14:textId="77777777" w:rsidTr="001F32CD">
        <w:trPr>
          <w:cantSplit/>
        </w:trPr>
        <w:tc>
          <w:tcPr>
            <w:tcW w:w="4819" w:type="dxa"/>
          </w:tcPr>
          <w:p w14:paraId="42EC5C36" w14:textId="77777777" w:rsidR="00ED6A22" w:rsidRPr="00ED6A22" w:rsidRDefault="00ED6A22" w:rsidP="00ED6A22">
            <w:pPr>
              <w:spacing w:before="60" w:after="60" w:line="360" w:lineRule="auto"/>
              <w:rPr>
                <w:sz w:val="22"/>
                <w:lang w:val="pt-BR"/>
              </w:rPr>
            </w:pPr>
          </w:p>
        </w:tc>
        <w:tc>
          <w:tcPr>
            <w:tcW w:w="4819" w:type="dxa"/>
          </w:tcPr>
          <w:p w14:paraId="009A6BFF" w14:textId="77777777" w:rsidR="00ED6A22" w:rsidRPr="00ED6A22" w:rsidRDefault="00ED6A22" w:rsidP="00ED6A22">
            <w:pPr>
              <w:spacing w:before="60" w:after="60" w:line="360" w:lineRule="auto"/>
              <w:rPr>
                <w:sz w:val="22"/>
                <w:lang w:val="pt-BR"/>
              </w:rPr>
            </w:pPr>
          </w:p>
        </w:tc>
      </w:tr>
      <w:tr w:rsidR="00ED6A22" w:rsidRPr="00ED6A22" w14:paraId="22AFB005" w14:textId="77777777" w:rsidTr="001F32CD">
        <w:trPr>
          <w:cantSplit/>
        </w:trPr>
        <w:tc>
          <w:tcPr>
            <w:tcW w:w="4819" w:type="dxa"/>
          </w:tcPr>
          <w:p w14:paraId="5AAE8D87" w14:textId="77777777" w:rsidR="00ED6A22" w:rsidRPr="00ED6A22" w:rsidRDefault="00ED6A22" w:rsidP="00ED6A22">
            <w:pPr>
              <w:spacing w:before="60" w:after="60" w:line="360" w:lineRule="auto"/>
              <w:rPr>
                <w:sz w:val="22"/>
                <w:lang w:val="pt-BR"/>
              </w:rPr>
            </w:pPr>
          </w:p>
        </w:tc>
        <w:tc>
          <w:tcPr>
            <w:tcW w:w="4819" w:type="dxa"/>
          </w:tcPr>
          <w:p w14:paraId="757849AF" w14:textId="77777777" w:rsidR="00ED6A22" w:rsidRPr="00ED6A22" w:rsidRDefault="00ED6A22" w:rsidP="00ED6A22">
            <w:pPr>
              <w:spacing w:before="60" w:after="60" w:line="360" w:lineRule="auto"/>
              <w:rPr>
                <w:sz w:val="22"/>
                <w:lang w:val="pt-BR"/>
              </w:rPr>
            </w:pPr>
          </w:p>
        </w:tc>
      </w:tr>
    </w:tbl>
    <w:p w14:paraId="49006397" w14:textId="77777777" w:rsidR="00ED6A22" w:rsidRPr="00ED6A22" w:rsidRDefault="00ED6A22" w:rsidP="00ED6A22">
      <w:pPr>
        <w:spacing w:line="360" w:lineRule="auto"/>
        <w:jc w:val="both"/>
        <w:rPr>
          <w:sz w:val="22"/>
          <w:lang w:val="pt-BR"/>
        </w:rPr>
      </w:pPr>
      <w:r w:rsidRPr="00ED6A22">
        <w:rPr>
          <w:sz w:val="22"/>
          <w:lang w:val="pt-BR"/>
        </w:rPr>
        <w:t>Outras fontes de renda, quando houver:</w:t>
      </w:r>
    </w:p>
    <w:p w14:paraId="2EF98567" w14:textId="77777777" w:rsidR="00ED6A22" w:rsidRPr="00ED6A22" w:rsidRDefault="00ED6A22" w:rsidP="00ED6A22">
      <w:pPr>
        <w:spacing w:line="360" w:lineRule="auto"/>
        <w:rPr>
          <w:sz w:val="22"/>
          <w:lang w:val="pt-BR"/>
        </w:rPr>
      </w:pPr>
      <w:r w:rsidRPr="00ED6A22">
        <w:rPr>
          <w:sz w:val="22"/>
          <w:lang w:val="pt-BR"/>
        </w:rPr>
        <w:t>________________________________________________________________________</w:t>
      </w:r>
    </w:p>
    <w:p w14:paraId="357F8953" w14:textId="77777777" w:rsidR="00ED6A22" w:rsidRPr="00ED6A22" w:rsidRDefault="00ED6A22" w:rsidP="00ED6A22">
      <w:pPr>
        <w:spacing w:line="360" w:lineRule="auto"/>
        <w:rPr>
          <w:sz w:val="22"/>
          <w:lang w:val="pt-BR"/>
        </w:rPr>
      </w:pPr>
      <w:r w:rsidRPr="00ED6A22">
        <w:rPr>
          <w:sz w:val="22"/>
          <w:lang w:val="pt-BR"/>
        </w:rPr>
        <w:t>________________________________________________________________________</w:t>
      </w:r>
    </w:p>
    <w:p w14:paraId="78C404DF" w14:textId="77777777" w:rsidR="00ED6A22" w:rsidRPr="00ED6A22" w:rsidRDefault="00ED6A22" w:rsidP="00ED6A22">
      <w:pPr>
        <w:spacing w:line="360" w:lineRule="auto"/>
        <w:jc w:val="both"/>
        <w:rPr>
          <w:sz w:val="22"/>
          <w:lang w:val="pt-BR"/>
        </w:rPr>
      </w:pPr>
      <w:r w:rsidRPr="00ED6A22">
        <w:rPr>
          <w:sz w:val="22"/>
          <w:lang w:val="pt-BR"/>
        </w:rPr>
        <w:t>Declaro serem verdadeiras as informações prestadas, ciente de que serão objeto de conferência e de que eventual falsidade poderá produzir consequências administrativas e legais, assegurados o contraditório e a ampla defesa.</w:t>
      </w:r>
    </w:p>
    <w:p w14:paraId="12FBE968" w14:textId="77777777" w:rsidR="00ED6A22" w:rsidRPr="00ED6A22" w:rsidRDefault="00ED6A22" w:rsidP="00ED6A22">
      <w:pPr>
        <w:spacing w:line="360" w:lineRule="auto"/>
        <w:rPr>
          <w:sz w:val="22"/>
          <w:lang w:val="pt-BR"/>
        </w:rPr>
      </w:pPr>
      <w:r w:rsidRPr="00ED6A22">
        <w:rPr>
          <w:sz w:val="22"/>
          <w:lang w:val="pt-BR"/>
        </w:rPr>
        <w:t>Local: ______________________________    Data: _____/_____/________</w:t>
      </w:r>
    </w:p>
    <w:p w14:paraId="65360123" w14:textId="77777777" w:rsidR="00ED6A22" w:rsidRPr="00ED6A22" w:rsidRDefault="00ED6A22" w:rsidP="00ED6A22">
      <w:pPr>
        <w:spacing w:line="360" w:lineRule="auto"/>
        <w:rPr>
          <w:sz w:val="22"/>
          <w:lang w:val="pt-BR"/>
        </w:rPr>
      </w:pPr>
    </w:p>
    <w:p w14:paraId="63D68B0E" w14:textId="77777777" w:rsidR="00ED6A22" w:rsidRPr="00ED6A22" w:rsidRDefault="00ED6A22" w:rsidP="00ED6A22">
      <w:pPr>
        <w:spacing w:line="360" w:lineRule="auto"/>
        <w:jc w:val="center"/>
        <w:rPr>
          <w:sz w:val="22"/>
          <w:lang w:val="pt-BR"/>
        </w:rPr>
      </w:pPr>
      <w:r w:rsidRPr="00ED6A22">
        <w:rPr>
          <w:sz w:val="22"/>
          <w:lang w:val="pt-BR"/>
        </w:rPr>
        <w:t>________________________________________________________</w:t>
      </w:r>
      <w:r w:rsidRPr="00ED6A22">
        <w:rPr>
          <w:sz w:val="22"/>
          <w:lang w:val="pt-BR"/>
        </w:rPr>
        <w:br/>
        <w:t>Assinatura do(a) declarante</w:t>
      </w:r>
    </w:p>
    <w:p w14:paraId="38A19524" w14:textId="77777777" w:rsidR="00ED6A22" w:rsidRPr="00ED6A22" w:rsidRDefault="00ED6A22" w:rsidP="00ED6A22">
      <w:pPr>
        <w:spacing w:line="269" w:lineRule="auto"/>
        <w:rPr>
          <w:sz w:val="22"/>
          <w:lang w:val="pt-BR"/>
        </w:rPr>
      </w:pPr>
      <w:r w:rsidRPr="00ED6A22">
        <w:rPr>
          <w:sz w:val="22"/>
          <w:lang w:val="pt-BR"/>
        </w:rPr>
        <w:br w:type="page"/>
      </w:r>
    </w:p>
    <w:p w14:paraId="134A373D" w14:textId="77777777" w:rsidR="00337A5E" w:rsidRPr="00627DF1" w:rsidRDefault="00CD734F">
      <w:pPr>
        <w:pStyle w:val="Ttulo"/>
        <w:rPr>
          <w:sz w:val="24"/>
          <w:szCs w:val="48"/>
          <w:lang w:val="pt-BR"/>
        </w:rPr>
      </w:pPr>
      <w:r w:rsidRPr="00627DF1">
        <w:rPr>
          <w:sz w:val="24"/>
          <w:szCs w:val="48"/>
          <w:lang w:val="pt-BR"/>
        </w:rPr>
        <w:lastRenderedPageBreak/>
        <w:t>ANEXO X</w:t>
      </w:r>
    </w:p>
    <w:p w14:paraId="582C9AFE" w14:textId="77777777" w:rsidR="00D74820" w:rsidRPr="00D74820" w:rsidRDefault="00D74820" w:rsidP="00D74820">
      <w:pPr>
        <w:keepNext/>
        <w:keepLines/>
        <w:spacing w:before="220" w:after="140" w:line="269" w:lineRule="auto"/>
        <w:jc w:val="center"/>
        <w:outlineLvl w:val="0"/>
        <w:rPr>
          <w:rFonts w:asciiTheme="majorHAnsi" w:eastAsiaTheme="majorEastAsia" w:hAnsiTheme="majorHAnsi" w:cstheme="majorBidi"/>
          <w:b/>
          <w:bCs/>
          <w:sz w:val="22"/>
          <w:szCs w:val="28"/>
          <w:lang w:val="pt-BR"/>
        </w:rPr>
      </w:pPr>
      <w:r w:rsidRPr="00D74820">
        <w:rPr>
          <w:rFonts w:asciiTheme="majorHAnsi" w:eastAsiaTheme="majorEastAsia" w:hAnsiTheme="majorHAnsi" w:cstheme="majorBidi"/>
          <w:b/>
          <w:bCs/>
          <w:sz w:val="22"/>
          <w:szCs w:val="28"/>
          <w:lang w:val="pt-BR"/>
        </w:rPr>
        <w:t>DECLARAÇÃO DE DESEMPREGO</w:t>
      </w:r>
    </w:p>
    <w:p w14:paraId="4242F79C" w14:textId="77777777" w:rsidR="00D74820" w:rsidRPr="00D74820" w:rsidRDefault="00D74820" w:rsidP="00D74820">
      <w:pPr>
        <w:spacing w:line="269" w:lineRule="auto"/>
        <w:jc w:val="center"/>
        <w:rPr>
          <w:sz w:val="22"/>
          <w:lang w:val="pt-BR"/>
        </w:rPr>
      </w:pPr>
    </w:p>
    <w:p w14:paraId="1E2206BF" w14:textId="77777777" w:rsidR="00D74820" w:rsidRPr="00D74820" w:rsidRDefault="00D74820" w:rsidP="00D74820">
      <w:pPr>
        <w:spacing w:line="360" w:lineRule="auto"/>
        <w:rPr>
          <w:sz w:val="22"/>
          <w:lang w:val="pt-BR"/>
        </w:rPr>
      </w:pPr>
      <w:r w:rsidRPr="00D74820">
        <w:rPr>
          <w:sz w:val="22"/>
          <w:lang w:val="pt-BR"/>
        </w:rPr>
        <w:t>Eu, ______________________________________________________________, CPF _________________________, documento de identificação ____________________, integrante da família do(a) candidato(a) ______________________________________, inscrição __________________, declaro estar desempregado(a) desde _____/_____/________.</w:t>
      </w:r>
    </w:p>
    <w:p w14:paraId="1A699685" w14:textId="77777777" w:rsidR="00D74820" w:rsidRPr="00D74820" w:rsidRDefault="00D74820" w:rsidP="00D74820">
      <w:pPr>
        <w:spacing w:line="360" w:lineRule="auto"/>
        <w:rPr>
          <w:sz w:val="22"/>
          <w:lang w:val="pt-BR"/>
        </w:rPr>
      </w:pPr>
      <w:r w:rsidRPr="00D74820">
        <w:rPr>
          <w:sz w:val="22"/>
          <w:lang w:val="pt-BR"/>
        </w:rPr>
        <w:t>Última atividade exercida: __________________________________________________</w:t>
      </w:r>
      <w:r w:rsidRPr="00D74820">
        <w:rPr>
          <w:sz w:val="22"/>
          <w:lang w:val="pt-BR"/>
        </w:rPr>
        <w:br/>
        <w:t>Último empregador, quando houver: ___________________________________________</w:t>
      </w:r>
    </w:p>
    <w:p w14:paraId="5FC02A95" w14:textId="77777777" w:rsidR="00D74820" w:rsidRPr="00D74820" w:rsidRDefault="00D74820" w:rsidP="00D74820">
      <w:pPr>
        <w:spacing w:line="360" w:lineRule="auto"/>
        <w:jc w:val="both"/>
        <w:rPr>
          <w:sz w:val="22"/>
          <w:lang w:val="pt-BR"/>
        </w:rPr>
      </w:pPr>
      <w:r w:rsidRPr="00D74820">
        <w:rPr>
          <w:sz w:val="22"/>
          <w:lang w:val="pt-BR"/>
        </w:rPr>
        <w:t>Quanto aos rendimentos atuais:</w:t>
      </w:r>
    </w:p>
    <w:p w14:paraId="6A2E6DCB" w14:textId="77777777" w:rsidR="00D74820" w:rsidRPr="00D74820" w:rsidRDefault="00D74820" w:rsidP="00D74820">
      <w:pPr>
        <w:spacing w:line="360" w:lineRule="auto"/>
        <w:rPr>
          <w:sz w:val="22"/>
          <w:lang w:val="pt-BR"/>
        </w:rPr>
      </w:pPr>
      <w:proofErr w:type="gramStart"/>
      <w:r w:rsidRPr="00D74820">
        <w:rPr>
          <w:sz w:val="22"/>
          <w:lang w:val="pt-BR"/>
        </w:rPr>
        <w:t xml:space="preserve">(  </w:t>
      </w:r>
      <w:proofErr w:type="gramEnd"/>
      <w:r w:rsidRPr="00D74820">
        <w:rPr>
          <w:sz w:val="22"/>
          <w:lang w:val="pt-BR"/>
        </w:rPr>
        <w:t xml:space="preserve"> ) Não recebo remuneração ou benefício.</w:t>
      </w:r>
      <w:r w:rsidRPr="00D74820">
        <w:rPr>
          <w:sz w:val="22"/>
          <w:lang w:val="pt-BR"/>
        </w:rPr>
        <w:br/>
        <w:t>(   ) Recebo seguro-desemprego, benefício ou outro rendimento, conforme abaixo:</w:t>
      </w:r>
    </w:p>
    <w:p w14:paraId="1236F285" w14:textId="77777777" w:rsidR="00D74820" w:rsidRPr="00D74820" w:rsidRDefault="00D74820" w:rsidP="00D74820">
      <w:pPr>
        <w:spacing w:line="360" w:lineRule="auto"/>
        <w:rPr>
          <w:sz w:val="22"/>
          <w:lang w:val="pt-BR"/>
        </w:rPr>
      </w:pPr>
      <w:r w:rsidRPr="00D74820">
        <w:rPr>
          <w:sz w:val="22"/>
          <w:lang w:val="pt-BR"/>
        </w:rPr>
        <w:t>________________________________________________________________________</w:t>
      </w:r>
    </w:p>
    <w:p w14:paraId="61028FC3" w14:textId="77777777" w:rsidR="00D74820" w:rsidRPr="00D74820" w:rsidRDefault="00D74820" w:rsidP="00D74820">
      <w:pPr>
        <w:spacing w:line="360" w:lineRule="auto"/>
        <w:rPr>
          <w:sz w:val="22"/>
          <w:lang w:val="pt-BR"/>
        </w:rPr>
      </w:pPr>
      <w:r w:rsidRPr="00D74820">
        <w:rPr>
          <w:sz w:val="22"/>
          <w:lang w:val="pt-BR"/>
        </w:rPr>
        <w:t>________________________________________________________________________</w:t>
      </w:r>
    </w:p>
    <w:p w14:paraId="3A521590" w14:textId="77777777" w:rsidR="00D74820" w:rsidRPr="00D74820" w:rsidRDefault="00D74820" w:rsidP="00D74820">
      <w:pPr>
        <w:spacing w:line="360" w:lineRule="auto"/>
        <w:jc w:val="both"/>
        <w:rPr>
          <w:sz w:val="22"/>
          <w:lang w:val="pt-BR"/>
        </w:rPr>
      </w:pPr>
      <w:r w:rsidRPr="00D74820">
        <w:rPr>
          <w:sz w:val="22"/>
          <w:lang w:val="pt-BR"/>
        </w:rPr>
        <w:t>Declaro que meu sustento é mantido da seguinte forma:</w:t>
      </w:r>
    </w:p>
    <w:p w14:paraId="7A121A76" w14:textId="77777777" w:rsidR="00D74820" w:rsidRPr="00D74820" w:rsidRDefault="00D74820" w:rsidP="00D74820">
      <w:pPr>
        <w:spacing w:line="360" w:lineRule="auto"/>
        <w:rPr>
          <w:sz w:val="22"/>
          <w:lang w:val="pt-BR"/>
        </w:rPr>
      </w:pPr>
      <w:r w:rsidRPr="00D74820">
        <w:rPr>
          <w:sz w:val="22"/>
          <w:lang w:val="pt-BR"/>
        </w:rPr>
        <w:t>________________________________________________________________________</w:t>
      </w:r>
    </w:p>
    <w:p w14:paraId="238E2950" w14:textId="77777777" w:rsidR="00D74820" w:rsidRPr="00D74820" w:rsidRDefault="00D74820" w:rsidP="00D74820">
      <w:pPr>
        <w:spacing w:line="360" w:lineRule="auto"/>
        <w:rPr>
          <w:sz w:val="22"/>
          <w:lang w:val="pt-BR"/>
        </w:rPr>
      </w:pPr>
      <w:r w:rsidRPr="00D74820">
        <w:rPr>
          <w:sz w:val="22"/>
          <w:lang w:val="pt-BR"/>
        </w:rPr>
        <w:t>________________________________________________________________________</w:t>
      </w:r>
    </w:p>
    <w:p w14:paraId="1FD3B310" w14:textId="77777777" w:rsidR="00D74820" w:rsidRPr="00D74820" w:rsidRDefault="00D74820" w:rsidP="00D74820">
      <w:pPr>
        <w:spacing w:line="360" w:lineRule="auto"/>
        <w:rPr>
          <w:sz w:val="22"/>
          <w:lang w:val="pt-BR"/>
        </w:rPr>
      </w:pPr>
      <w:r w:rsidRPr="00D74820">
        <w:rPr>
          <w:sz w:val="22"/>
          <w:lang w:val="pt-BR"/>
        </w:rPr>
        <w:t>________________________________________________________________________</w:t>
      </w:r>
    </w:p>
    <w:p w14:paraId="17892DDA" w14:textId="77777777" w:rsidR="00D74820" w:rsidRPr="00D74820" w:rsidRDefault="00D74820" w:rsidP="00D74820">
      <w:pPr>
        <w:spacing w:line="360" w:lineRule="auto"/>
        <w:rPr>
          <w:sz w:val="22"/>
          <w:lang w:val="pt-BR"/>
        </w:rPr>
      </w:pPr>
      <w:r w:rsidRPr="00D74820">
        <w:rPr>
          <w:sz w:val="22"/>
          <w:lang w:val="pt-BR"/>
        </w:rPr>
        <w:t xml:space="preserve">Documentos anexados, quando existentes: </w:t>
      </w:r>
      <w:proofErr w:type="gramStart"/>
      <w:r w:rsidRPr="00D74820">
        <w:rPr>
          <w:sz w:val="22"/>
          <w:lang w:val="pt-BR"/>
        </w:rPr>
        <w:t xml:space="preserve">(  </w:t>
      </w:r>
      <w:proofErr w:type="gramEnd"/>
      <w:r w:rsidRPr="00D74820">
        <w:rPr>
          <w:sz w:val="22"/>
          <w:lang w:val="pt-BR"/>
        </w:rPr>
        <w:t xml:space="preserve"> ) CTPS física ou digital; </w:t>
      </w:r>
      <w:proofErr w:type="gramStart"/>
      <w:r w:rsidRPr="00D74820">
        <w:rPr>
          <w:sz w:val="22"/>
          <w:lang w:val="pt-BR"/>
        </w:rPr>
        <w:t xml:space="preserve">(  </w:t>
      </w:r>
      <w:proofErr w:type="gramEnd"/>
      <w:r w:rsidRPr="00D74820">
        <w:rPr>
          <w:sz w:val="22"/>
          <w:lang w:val="pt-BR"/>
        </w:rPr>
        <w:t xml:space="preserve"> ) termo de rescisão; </w:t>
      </w:r>
      <w:proofErr w:type="gramStart"/>
      <w:r w:rsidRPr="00D74820">
        <w:rPr>
          <w:sz w:val="22"/>
          <w:lang w:val="pt-BR"/>
        </w:rPr>
        <w:t xml:space="preserve">(  </w:t>
      </w:r>
      <w:proofErr w:type="gramEnd"/>
      <w:r w:rsidRPr="00D74820">
        <w:rPr>
          <w:sz w:val="22"/>
          <w:lang w:val="pt-BR"/>
        </w:rPr>
        <w:t xml:space="preserve"> ) comprovante de seguro-desemprego; </w:t>
      </w:r>
      <w:proofErr w:type="gramStart"/>
      <w:r w:rsidRPr="00D74820">
        <w:rPr>
          <w:sz w:val="22"/>
          <w:lang w:val="pt-BR"/>
        </w:rPr>
        <w:t xml:space="preserve">(  </w:t>
      </w:r>
      <w:proofErr w:type="gramEnd"/>
      <w:r w:rsidRPr="00D74820">
        <w:rPr>
          <w:sz w:val="22"/>
          <w:lang w:val="pt-BR"/>
        </w:rPr>
        <w:t xml:space="preserve"> ) outros: ____________________________.</w:t>
      </w:r>
    </w:p>
    <w:p w14:paraId="04B0D127" w14:textId="77777777" w:rsidR="00D74820" w:rsidRPr="00D74820" w:rsidRDefault="00D74820" w:rsidP="00D74820">
      <w:pPr>
        <w:spacing w:line="360" w:lineRule="auto"/>
        <w:jc w:val="both"/>
        <w:rPr>
          <w:sz w:val="22"/>
          <w:lang w:val="pt-BR"/>
        </w:rPr>
      </w:pPr>
      <w:r w:rsidRPr="00D74820">
        <w:rPr>
          <w:sz w:val="22"/>
          <w:lang w:val="pt-BR"/>
        </w:rPr>
        <w:t>Confirmo serem verdadeiras as informações, ciente de sua verificação e das consequências legais de eventual falsidade, assegurados o contraditório e a ampla defesa.</w:t>
      </w:r>
    </w:p>
    <w:p w14:paraId="0E546730" w14:textId="77777777" w:rsidR="00D74820" w:rsidRPr="00D74820" w:rsidRDefault="00D74820" w:rsidP="00D74820">
      <w:pPr>
        <w:spacing w:line="360" w:lineRule="auto"/>
        <w:rPr>
          <w:sz w:val="22"/>
          <w:lang w:val="pt-BR"/>
        </w:rPr>
      </w:pPr>
      <w:r w:rsidRPr="00D74820">
        <w:rPr>
          <w:sz w:val="22"/>
          <w:lang w:val="pt-BR"/>
        </w:rPr>
        <w:t>Local: ______________________________    Data: _____/_____/________</w:t>
      </w:r>
    </w:p>
    <w:p w14:paraId="570761BF" w14:textId="77777777" w:rsidR="00D74820" w:rsidRPr="00D74820" w:rsidRDefault="00D74820" w:rsidP="00D74820">
      <w:pPr>
        <w:spacing w:line="360" w:lineRule="auto"/>
        <w:rPr>
          <w:sz w:val="22"/>
          <w:lang w:val="pt-BR"/>
        </w:rPr>
      </w:pPr>
    </w:p>
    <w:p w14:paraId="513DB6E6" w14:textId="77777777" w:rsidR="00D74820" w:rsidRPr="00D74820" w:rsidRDefault="00D74820" w:rsidP="00D74820">
      <w:pPr>
        <w:spacing w:line="360" w:lineRule="auto"/>
        <w:jc w:val="center"/>
        <w:rPr>
          <w:sz w:val="22"/>
          <w:lang w:val="pt-BR"/>
        </w:rPr>
      </w:pPr>
      <w:r w:rsidRPr="00D74820">
        <w:rPr>
          <w:sz w:val="22"/>
          <w:lang w:val="pt-BR"/>
        </w:rPr>
        <w:t>________________________________________________________</w:t>
      </w:r>
      <w:r w:rsidRPr="00D74820">
        <w:rPr>
          <w:sz w:val="22"/>
          <w:lang w:val="pt-BR"/>
        </w:rPr>
        <w:br/>
        <w:t>Assinatura do(a) declarante</w:t>
      </w:r>
    </w:p>
    <w:p w14:paraId="479E7F94" w14:textId="77777777" w:rsidR="00D74820" w:rsidRPr="00D74820" w:rsidRDefault="00D74820" w:rsidP="00D74820">
      <w:pPr>
        <w:spacing w:line="269" w:lineRule="auto"/>
        <w:rPr>
          <w:sz w:val="22"/>
          <w:lang w:val="pt-BR"/>
        </w:rPr>
      </w:pPr>
      <w:r w:rsidRPr="00D74820">
        <w:rPr>
          <w:sz w:val="22"/>
          <w:lang w:val="pt-BR"/>
        </w:rPr>
        <w:br w:type="page"/>
      </w:r>
    </w:p>
    <w:p w14:paraId="3D3AAB90" w14:textId="77777777" w:rsidR="00337A5E" w:rsidRPr="002564DE" w:rsidRDefault="00CD734F">
      <w:pPr>
        <w:pStyle w:val="Ttulo"/>
        <w:rPr>
          <w:sz w:val="24"/>
          <w:szCs w:val="48"/>
          <w:lang w:val="pt-BR"/>
        </w:rPr>
      </w:pPr>
      <w:r w:rsidRPr="002564DE">
        <w:rPr>
          <w:sz w:val="24"/>
          <w:szCs w:val="48"/>
          <w:lang w:val="pt-BR"/>
        </w:rPr>
        <w:lastRenderedPageBreak/>
        <w:t>ANEXO XI</w:t>
      </w:r>
    </w:p>
    <w:p w14:paraId="0ED47960" w14:textId="77777777" w:rsidR="00337A5E" w:rsidRPr="00EA74DD" w:rsidRDefault="00CD734F" w:rsidP="00D72333">
      <w:pPr>
        <w:pStyle w:val="Ttulo1"/>
        <w:spacing w:line="360" w:lineRule="auto"/>
        <w:jc w:val="center"/>
        <w:rPr>
          <w:rFonts w:ascii="Arial" w:hAnsi="Arial" w:cs="Arial"/>
          <w:sz w:val="22"/>
          <w:szCs w:val="24"/>
          <w:lang w:val="pt-BR"/>
        </w:rPr>
      </w:pPr>
      <w:r w:rsidRPr="00EA74DD">
        <w:rPr>
          <w:rFonts w:ascii="Arial" w:hAnsi="Arial" w:cs="Arial"/>
          <w:sz w:val="22"/>
          <w:szCs w:val="24"/>
          <w:lang w:val="pt-BR"/>
        </w:rPr>
        <w:t>DECLARAÇÃO SOBRE OCUPAÇÃO DE VAGA EM GRADUAÇÃO PÚBLICA</w:t>
      </w:r>
    </w:p>
    <w:p w14:paraId="4168F85C" w14:textId="4534D79F" w:rsidR="00337A5E" w:rsidRPr="00EA74DD" w:rsidRDefault="00CD734F" w:rsidP="00D72333">
      <w:pPr>
        <w:spacing w:line="360" w:lineRule="auto"/>
        <w:jc w:val="both"/>
        <w:rPr>
          <w:rFonts w:cs="Arial"/>
          <w:sz w:val="22"/>
          <w:szCs w:val="20"/>
          <w:lang w:val="pt-BR"/>
        </w:rPr>
      </w:pPr>
      <w:r w:rsidRPr="00EA74DD">
        <w:rPr>
          <w:rFonts w:cs="Arial"/>
          <w:sz w:val="22"/>
          <w:szCs w:val="20"/>
          <w:lang w:val="pt-BR"/>
        </w:rPr>
        <w:t>Eu, _______________________________________________</w:t>
      </w:r>
      <w:r w:rsidR="00D72333">
        <w:rPr>
          <w:rFonts w:cs="Arial"/>
          <w:sz w:val="22"/>
          <w:szCs w:val="20"/>
          <w:lang w:val="pt-BR"/>
        </w:rPr>
        <w:t>______________________</w:t>
      </w:r>
      <w:r w:rsidRPr="00EA74DD">
        <w:rPr>
          <w:rFonts w:cs="Arial"/>
          <w:sz w:val="22"/>
          <w:szCs w:val="20"/>
          <w:lang w:val="pt-BR"/>
        </w:rPr>
        <w:t>___, CPF ____________________, inscrição ______________, para fins de matrícula no curso ____________________________________________ do IF Goiano - Campus Morrinhos, declaro que:</w:t>
      </w:r>
    </w:p>
    <w:p w14:paraId="730CBFD4" w14:textId="77777777" w:rsidR="00337A5E" w:rsidRPr="00EA74DD" w:rsidRDefault="00CD734F" w:rsidP="00D72333">
      <w:pPr>
        <w:spacing w:line="360" w:lineRule="auto"/>
        <w:jc w:val="both"/>
        <w:rPr>
          <w:rFonts w:cs="Arial"/>
          <w:sz w:val="22"/>
          <w:szCs w:val="20"/>
          <w:lang w:val="pt-BR"/>
        </w:rPr>
      </w:pPr>
      <w:proofErr w:type="gramStart"/>
      <w:r w:rsidRPr="00EA74DD">
        <w:rPr>
          <w:rFonts w:cs="Arial"/>
          <w:sz w:val="22"/>
          <w:szCs w:val="20"/>
          <w:lang w:val="pt-BR"/>
        </w:rPr>
        <w:t xml:space="preserve">(  </w:t>
      </w:r>
      <w:proofErr w:type="gramEnd"/>
      <w:r w:rsidRPr="00EA74DD">
        <w:rPr>
          <w:rFonts w:cs="Arial"/>
          <w:sz w:val="22"/>
          <w:szCs w:val="20"/>
          <w:lang w:val="pt-BR"/>
        </w:rPr>
        <w:t xml:space="preserve"> ) Não ocupo outra vaga de graduação em instituição pública de ensino superior.</w:t>
      </w:r>
      <w:r w:rsidRPr="00EA74DD">
        <w:rPr>
          <w:rFonts w:cs="Arial"/>
          <w:sz w:val="22"/>
          <w:szCs w:val="20"/>
          <w:lang w:val="pt-BR"/>
        </w:rPr>
        <w:br/>
        <w:t>(   ) Ocupo vaga no curso ___________________________________________ da instituição ____________________________________________________ e estou ciente da necessidade de opção e regularização da situação.</w:t>
      </w:r>
    </w:p>
    <w:p w14:paraId="4B28231F" w14:textId="77777777" w:rsidR="00337A5E" w:rsidRPr="00EA74DD" w:rsidRDefault="00CD734F" w:rsidP="00D72333">
      <w:pPr>
        <w:spacing w:line="360" w:lineRule="auto"/>
        <w:jc w:val="both"/>
        <w:rPr>
          <w:rFonts w:cs="Arial"/>
          <w:sz w:val="22"/>
          <w:szCs w:val="20"/>
          <w:lang w:val="pt-BR"/>
        </w:rPr>
      </w:pPr>
      <w:r w:rsidRPr="00EA74DD">
        <w:rPr>
          <w:rFonts w:cs="Arial"/>
          <w:sz w:val="22"/>
          <w:szCs w:val="20"/>
          <w:lang w:val="pt-BR"/>
        </w:rPr>
        <w:t>Estou ciente da vedação de ocupação simultânea de duas vagas de graduação em instituições públicas e do procedimento de comunicação e opção previsto na Lei nº 12.089/2009. Comprometo-me a apresentar a comprovação da opção ou desvinculação, quando exigida pela instituição.</w:t>
      </w:r>
    </w:p>
    <w:p w14:paraId="5DD846E2" w14:textId="77777777" w:rsidR="00337A5E" w:rsidRPr="00EA74DD" w:rsidRDefault="00CD734F" w:rsidP="00D72333">
      <w:pPr>
        <w:spacing w:line="360" w:lineRule="auto"/>
        <w:jc w:val="both"/>
        <w:rPr>
          <w:rFonts w:cs="Arial"/>
          <w:sz w:val="22"/>
          <w:szCs w:val="20"/>
          <w:lang w:val="pt-BR"/>
        </w:rPr>
      </w:pPr>
      <w:r w:rsidRPr="00EA74DD">
        <w:rPr>
          <w:rFonts w:cs="Arial"/>
          <w:sz w:val="22"/>
          <w:szCs w:val="20"/>
          <w:lang w:val="pt-BR"/>
        </w:rPr>
        <w:t>Declaro serem verdadeiras as informações prestadas, ciente de que eventual falsidade será apurada com observância do contraditório e da ampla defesa e poderá acarretar as consequências administrativas e legais cabíveis.</w:t>
      </w:r>
    </w:p>
    <w:p w14:paraId="4D243826" w14:textId="77777777" w:rsidR="00337A5E" w:rsidRDefault="00CD734F" w:rsidP="00D72333">
      <w:pPr>
        <w:spacing w:line="360" w:lineRule="auto"/>
        <w:rPr>
          <w:rFonts w:cs="Arial"/>
          <w:sz w:val="22"/>
          <w:szCs w:val="20"/>
          <w:lang w:val="pt-BR"/>
        </w:rPr>
      </w:pPr>
      <w:r w:rsidRPr="00EA74DD">
        <w:rPr>
          <w:rFonts w:cs="Arial"/>
          <w:sz w:val="22"/>
          <w:szCs w:val="20"/>
          <w:lang w:val="pt-BR"/>
        </w:rPr>
        <w:t>Local: ___________________________</w:t>
      </w:r>
      <w:proofErr w:type="gramStart"/>
      <w:r w:rsidRPr="00EA74DD">
        <w:rPr>
          <w:rFonts w:cs="Arial"/>
          <w:sz w:val="22"/>
          <w:szCs w:val="20"/>
          <w:lang w:val="pt-BR"/>
        </w:rPr>
        <w:t>_  Data</w:t>
      </w:r>
      <w:proofErr w:type="gramEnd"/>
      <w:r w:rsidRPr="00EA74DD">
        <w:rPr>
          <w:rFonts w:cs="Arial"/>
          <w:sz w:val="22"/>
          <w:szCs w:val="20"/>
          <w:lang w:val="pt-BR"/>
        </w:rPr>
        <w:t>: _____/_____/________</w:t>
      </w:r>
    </w:p>
    <w:p w14:paraId="7EEAC5CE" w14:textId="77777777" w:rsidR="00D72333" w:rsidRPr="00EA74DD" w:rsidRDefault="00D72333" w:rsidP="00D72333">
      <w:pPr>
        <w:spacing w:line="360" w:lineRule="auto"/>
        <w:rPr>
          <w:rFonts w:cs="Arial"/>
          <w:sz w:val="22"/>
          <w:szCs w:val="20"/>
          <w:lang w:val="pt-BR"/>
        </w:rPr>
      </w:pPr>
    </w:p>
    <w:p w14:paraId="740BA84A" w14:textId="77777777" w:rsidR="00D72333" w:rsidRDefault="00CD734F" w:rsidP="00D72333">
      <w:pPr>
        <w:spacing w:line="360" w:lineRule="auto"/>
        <w:rPr>
          <w:rFonts w:cs="Arial"/>
          <w:sz w:val="22"/>
          <w:szCs w:val="20"/>
          <w:lang w:val="pt-BR"/>
        </w:rPr>
      </w:pPr>
      <w:r w:rsidRPr="00EA74DD">
        <w:rPr>
          <w:rFonts w:cs="Arial"/>
          <w:sz w:val="22"/>
          <w:szCs w:val="20"/>
          <w:lang w:val="pt-BR"/>
        </w:rPr>
        <w:t>__________________________________________________</w:t>
      </w:r>
    </w:p>
    <w:p w14:paraId="018AE0CD" w14:textId="64B8F4C3" w:rsidR="00337A5E" w:rsidRDefault="00CD734F" w:rsidP="00D72333">
      <w:pPr>
        <w:spacing w:line="360" w:lineRule="auto"/>
        <w:rPr>
          <w:rFonts w:cs="Arial"/>
          <w:sz w:val="22"/>
          <w:szCs w:val="20"/>
          <w:lang w:val="pt-BR"/>
        </w:rPr>
      </w:pPr>
      <w:r w:rsidRPr="00EA74DD">
        <w:rPr>
          <w:rFonts w:cs="Arial"/>
          <w:sz w:val="22"/>
          <w:szCs w:val="20"/>
          <w:lang w:val="pt-BR"/>
        </w:rPr>
        <w:t>Assinatura do(a) declarante</w:t>
      </w:r>
    </w:p>
    <w:p w14:paraId="69F7AF05" w14:textId="77777777" w:rsidR="00D72333" w:rsidRPr="00EA74DD" w:rsidRDefault="00D72333" w:rsidP="00D72333">
      <w:pPr>
        <w:spacing w:line="360" w:lineRule="auto"/>
        <w:rPr>
          <w:rFonts w:cs="Arial"/>
          <w:sz w:val="22"/>
          <w:szCs w:val="20"/>
          <w:lang w:val="pt-BR"/>
        </w:rPr>
      </w:pPr>
    </w:p>
    <w:p w14:paraId="47DEC787" w14:textId="77777777" w:rsidR="00337A5E" w:rsidRPr="00EA74DD" w:rsidRDefault="00CD734F" w:rsidP="00D72333">
      <w:pPr>
        <w:spacing w:line="360" w:lineRule="auto"/>
        <w:rPr>
          <w:rFonts w:cs="Arial"/>
          <w:sz w:val="22"/>
          <w:szCs w:val="20"/>
          <w:lang w:val="pt-BR"/>
        </w:rPr>
      </w:pPr>
      <w:r w:rsidRPr="00EA74DD">
        <w:rPr>
          <w:rFonts w:cs="Arial"/>
          <w:sz w:val="22"/>
          <w:szCs w:val="20"/>
          <w:lang w:val="pt-BR"/>
        </w:rPr>
        <w:t>__________________________________________________</w:t>
      </w:r>
      <w:r w:rsidRPr="00EA74DD">
        <w:rPr>
          <w:rFonts w:cs="Arial"/>
          <w:sz w:val="22"/>
          <w:szCs w:val="20"/>
          <w:lang w:val="pt-BR"/>
        </w:rPr>
        <w:br/>
        <w:t>Assinatura do responsável legal, quando menor de 18 anos</w:t>
      </w:r>
    </w:p>
    <w:p w14:paraId="48996295" w14:textId="77777777" w:rsidR="00337A5E" w:rsidRPr="00EA74DD" w:rsidRDefault="00CD734F" w:rsidP="00D72333">
      <w:pPr>
        <w:spacing w:line="360" w:lineRule="auto"/>
        <w:rPr>
          <w:rFonts w:cs="Arial"/>
          <w:sz w:val="22"/>
          <w:szCs w:val="20"/>
          <w:lang w:val="pt-BR"/>
        </w:rPr>
      </w:pPr>
      <w:r w:rsidRPr="00EA74DD">
        <w:rPr>
          <w:rFonts w:cs="Arial"/>
          <w:sz w:val="22"/>
          <w:szCs w:val="20"/>
          <w:lang w:val="pt-BR"/>
        </w:rPr>
        <w:br w:type="page"/>
      </w:r>
    </w:p>
    <w:p w14:paraId="3F67B995" w14:textId="77777777" w:rsidR="00337A5E" w:rsidRPr="00D72333" w:rsidRDefault="00CD734F">
      <w:pPr>
        <w:pStyle w:val="Ttulo"/>
        <w:rPr>
          <w:sz w:val="24"/>
          <w:szCs w:val="48"/>
          <w:lang w:val="pt-BR"/>
        </w:rPr>
      </w:pPr>
      <w:r w:rsidRPr="00D72333">
        <w:rPr>
          <w:sz w:val="24"/>
          <w:szCs w:val="48"/>
          <w:lang w:val="pt-BR"/>
        </w:rPr>
        <w:lastRenderedPageBreak/>
        <w:t>ANEXO XII</w:t>
      </w:r>
    </w:p>
    <w:p w14:paraId="775C1823" w14:textId="77777777" w:rsidR="00767C02" w:rsidRPr="00767C02" w:rsidRDefault="00767C02" w:rsidP="00767C02">
      <w:pPr>
        <w:keepNext/>
        <w:keepLines/>
        <w:spacing w:before="220" w:after="140" w:line="269" w:lineRule="auto"/>
        <w:jc w:val="center"/>
        <w:outlineLvl w:val="0"/>
        <w:rPr>
          <w:rFonts w:asciiTheme="majorHAnsi" w:eastAsiaTheme="majorEastAsia" w:hAnsiTheme="majorHAnsi" w:cstheme="majorBidi"/>
          <w:b/>
          <w:bCs/>
          <w:sz w:val="22"/>
          <w:szCs w:val="28"/>
          <w:lang w:val="pt-BR"/>
        </w:rPr>
      </w:pPr>
      <w:r w:rsidRPr="00767C02">
        <w:rPr>
          <w:rFonts w:asciiTheme="majorHAnsi" w:eastAsiaTheme="majorEastAsia" w:hAnsiTheme="majorHAnsi" w:cstheme="majorBidi"/>
          <w:b/>
          <w:bCs/>
          <w:sz w:val="22"/>
          <w:szCs w:val="28"/>
          <w:lang w:val="pt-BR"/>
        </w:rPr>
        <w:t>REQUERIMENTO DE USO DE NOME SOCIAL</w:t>
      </w:r>
    </w:p>
    <w:p w14:paraId="2316DD12" w14:textId="77777777" w:rsidR="00767C02" w:rsidRPr="00767C02" w:rsidRDefault="00767C02" w:rsidP="00767C02">
      <w:pPr>
        <w:spacing w:line="360" w:lineRule="auto"/>
        <w:rPr>
          <w:sz w:val="22"/>
          <w:lang w:val="pt-BR"/>
        </w:rPr>
      </w:pPr>
    </w:p>
    <w:p w14:paraId="3F2BB3D0" w14:textId="77777777" w:rsidR="00767C02" w:rsidRPr="00767C02" w:rsidRDefault="00767C02" w:rsidP="00767C02">
      <w:pPr>
        <w:spacing w:line="360" w:lineRule="auto"/>
        <w:rPr>
          <w:sz w:val="22"/>
          <w:lang w:val="pt-BR"/>
        </w:rPr>
      </w:pPr>
      <w:r w:rsidRPr="00767C02">
        <w:rPr>
          <w:sz w:val="22"/>
          <w:lang w:val="pt-BR"/>
        </w:rPr>
        <w:t>Nome civil: ______________________________________________________________</w:t>
      </w:r>
      <w:r w:rsidRPr="00767C02">
        <w:rPr>
          <w:sz w:val="22"/>
          <w:lang w:val="pt-BR"/>
        </w:rPr>
        <w:br/>
        <w:t>CPF: _________________________</w:t>
      </w:r>
      <w:proofErr w:type="gramStart"/>
      <w:r w:rsidRPr="00767C02">
        <w:rPr>
          <w:sz w:val="22"/>
          <w:lang w:val="pt-BR"/>
        </w:rPr>
        <w:t>_  Inscrição</w:t>
      </w:r>
      <w:proofErr w:type="gramEnd"/>
      <w:r w:rsidRPr="00767C02">
        <w:rPr>
          <w:sz w:val="22"/>
          <w:lang w:val="pt-BR"/>
        </w:rPr>
        <w:t>: _________________________________</w:t>
      </w:r>
      <w:r w:rsidRPr="00767C02">
        <w:rPr>
          <w:sz w:val="22"/>
          <w:lang w:val="pt-BR"/>
        </w:rPr>
        <w:br/>
        <w:t>Nome social completo: _____________________________________________________</w:t>
      </w:r>
      <w:r w:rsidRPr="00767C02">
        <w:rPr>
          <w:sz w:val="22"/>
          <w:lang w:val="pt-BR"/>
        </w:rPr>
        <w:br/>
        <w:t>E-mail: _____________________________</w:t>
      </w:r>
      <w:proofErr w:type="gramStart"/>
      <w:r w:rsidRPr="00767C02">
        <w:rPr>
          <w:sz w:val="22"/>
          <w:lang w:val="pt-BR"/>
        </w:rPr>
        <w:t>_  Telefone</w:t>
      </w:r>
      <w:proofErr w:type="gramEnd"/>
      <w:r w:rsidRPr="00767C02">
        <w:rPr>
          <w:sz w:val="22"/>
          <w:lang w:val="pt-BR"/>
        </w:rPr>
        <w:t>: ___________________________</w:t>
      </w:r>
    </w:p>
    <w:p w14:paraId="0A9DF5DA" w14:textId="77777777" w:rsidR="00767C02" w:rsidRPr="00767C02" w:rsidRDefault="00767C02" w:rsidP="00767C02">
      <w:pPr>
        <w:spacing w:line="360" w:lineRule="auto"/>
        <w:jc w:val="both"/>
        <w:rPr>
          <w:sz w:val="22"/>
          <w:lang w:val="pt-BR"/>
        </w:rPr>
      </w:pPr>
      <w:r w:rsidRPr="00767C02">
        <w:rPr>
          <w:sz w:val="22"/>
          <w:lang w:val="pt-BR"/>
        </w:rPr>
        <w:t>Requeiro a utilização do nome social acima informado nos atos de identificação e divulgação deste processo seletivo, conforme a regulamentação aplicável. Estou ciente de que o nome civil poderá ser utilizado nos registros em que houver exigência legal, com resguardo dos dados pessoais.</w:t>
      </w:r>
    </w:p>
    <w:p w14:paraId="68ED6404" w14:textId="77777777" w:rsidR="00767C02" w:rsidRPr="00767C02" w:rsidRDefault="00767C02" w:rsidP="00767C02">
      <w:pPr>
        <w:spacing w:line="360" w:lineRule="auto"/>
        <w:rPr>
          <w:sz w:val="22"/>
          <w:lang w:val="pt-BR"/>
        </w:rPr>
      </w:pPr>
      <w:r w:rsidRPr="00767C02">
        <w:rPr>
          <w:sz w:val="22"/>
          <w:lang w:val="pt-BR"/>
        </w:rPr>
        <w:t>Documento de identificação anexado: ________________________________________</w:t>
      </w:r>
    </w:p>
    <w:p w14:paraId="7622D3A7" w14:textId="77777777" w:rsidR="00767C02" w:rsidRPr="00767C02" w:rsidRDefault="00767C02" w:rsidP="00767C02">
      <w:pPr>
        <w:spacing w:line="360" w:lineRule="auto"/>
        <w:rPr>
          <w:sz w:val="22"/>
          <w:lang w:val="pt-BR"/>
        </w:rPr>
      </w:pPr>
      <w:r w:rsidRPr="00767C02">
        <w:rPr>
          <w:sz w:val="22"/>
          <w:lang w:val="pt-BR"/>
        </w:rPr>
        <w:t>Local: ______________________________    Data: _____/_____/________</w:t>
      </w:r>
    </w:p>
    <w:p w14:paraId="311EA495" w14:textId="77777777" w:rsidR="00767C02" w:rsidRPr="00767C02" w:rsidRDefault="00767C02" w:rsidP="00767C02">
      <w:pPr>
        <w:spacing w:line="360" w:lineRule="auto"/>
        <w:rPr>
          <w:sz w:val="22"/>
          <w:lang w:val="pt-BR"/>
        </w:rPr>
      </w:pPr>
    </w:p>
    <w:p w14:paraId="7F9CA5CB" w14:textId="77777777" w:rsidR="00767C02" w:rsidRPr="00767C02" w:rsidRDefault="00767C02" w:rsidP="00767C02">
      <w:pPr>
        <w:spacing w:line="360" w:lineRule="auto"/>
        <w:jc w:val="center"/>
        <w:rPr>
          <w:sz w:val="22"/>
          <w:lang w:val="pt-BR"/>
        </w:rPr>
      </w:pPr>
      <w:r w:rsidRPr="00767C02">
        <w:rPr>
          <w:sz w:val="22"/>
          <w:lang w:val="pt-BR"/>
        </w:rPr>
        <w:t>________________________________________________________</w:t>
      </w:r>
      <w:r w:rsidRPr="00767C02">
        <w:rPr>
          <w:sz w:val="22"/>
          <w:lang w:val="pt-BR"/>
        </w:rPr>
        <w:br/>
        <w:t>Assinatura do(a) declarante</w:t>
      </w:r>
    </w:p>
    <w:p w14:paraId="37914965" w14:textId="77777777" w:rsidR="00767C02" w:rsidRPr="00767C02" w:rsidRDefault="00767C02" w:rsidP="00767C02">
      <w:pPr>
        <w:spacing w:line="360" w:lineRule="auto"/>
        <w:jc w:val="center"/>
        <w:rPr>
          <w:sz w:val="22"/>
          <w:lang w:val="pt-BR"/>
        </w:rPr>
      </w:pPr>
    </w:p>
    <w:p w14:paraId="5BB969DA" w14:textId="77777777" w:rsidR="00767C02" w:rsidRPr="00767C02" w:rsidRDefault="00767C02" w:rsidP="00767C02">
      <w:pPr>
        <w:spacing w:line="360" w:lineRule="auto"/>
        <w:jc w:val="center"/>
        <w:rPr>
          <w:sz w:val="22"/>
          <w:lang w:val="pt-BR"/>
        </w:rPr>
      </w:pPr>
      <w:r w:rsidRPr="00767C02">
        <w:rPr>
          <w:sz w:val="22"/>
          <w:lang w:val="pt-BR"/>
        </w:rPr>
        <w:t>________________________________________________________</w:t>
      </w:r>
      <w:r w:rsidRPr="00767C02">
        <w:rPr>
          <w:sz w:val="22"/>
          <w:lang w:val="pt-BR"/>
        </w:rPr>
        <w:br/>
        <w:t>Assinatura do responsável legal, quando o(a) candidato(a) for menor de 18 anos</w:t>
      </w:r>
    </w:p>
    <w:p w14:paraId="09EA31F3" w14:textId="77777777" w:rsidR="00C64E1B" w:rsidRDefault="00C64E1B">
      <w:pPr>
        <w:spacing w:after="200"/>
        <w:rPr>
          <w:rFonts w:asciiTheme="majorHAnsi" w:eastAsiaTheme="majorEastAsia" w:hAnsiTheme="majorHAnsi" w:cstheme="majorBidi"/>
          <w:b/>
          <w:spacing w:val="5"/>
          <w:kern w:val="28"/>
          <w:szCs w:val="48"/>
          <w:lang w:val="pt-BR"/>
        </w:rPr>
      </w:pPr>
      <w:r>
        <w:rPr>
          <w:szCs w:val="48"/>
          <w:lang w:val="pt-BR"/>
        </w:rPr>
        <w:br w:type="page"/>
      </w:r>
    </w:p>
    <w:p w14:paraId="7DC4D63E" w14:textId="4D45CD84" w:rsidR="00337A5E" w:rsidRPr="000E4E3C" w:rsidRDefault="00CD734F">
      <w:pPr>
        <w:pStyle w:val="Ttulo"/>
        <w:rPr>
          <w:rFonts w:ascii="Arial" w:hAnsi="Arial" w:cs="Arial"/>
          <w:sz w:val="24"/>
          <w:szCs w:val="24"/>
          <w:lang w:val="pt-BR"/>
        </w:rPr>
      </w:pPr>
      <w:r w:rsidRPr="000E4E3C">
        <w:rPr>
          <w:rFonts w:ascii="Arial" w:hAnsi="Arial" w:cs="Arial"/>
          <w:sz w:val="24"/>
          <w:szCs w:val="24"/>
          <w:lang w:val="pt-BR"/>
        </w:rPr>
        <w:lastRenderedPageBreak/>
        <w:t>ANEXO XIII</w:t>
      </w:r>
    </w:p>
    <w:p w14:paraId="035C0F2C" w14:textId="77777777" w:rsidR="00337A5E" w:rsidRPr="000E4E3C" w:rsidRDefault="00CD734F" w:rsidP="005E43A3">
      <w:pPr>
        <w:pStyle w:val="Ttulo1"/>
        <w:jc w:val="center"/>
        <w:rPr>
          <w:rFonts w:ascii="Arial" w:hAnsi="Arial" w:cs="Arial"/>
          <w:szCs w:val="24"/>
          <w:lang w:val="pt-BR"/>
        </w:rPr>
      </w:pPr>
      <w:r w:rsidRPr="000E4E3C">
        <w:rPr>
          <w:rFonts w:ascii="Arial" w:hAnsi="Arial" w:cs="Arial"/>
          <w:szCs w:val="24"/>
          <w:lang w:val="pt-BR"/>
        </w:rPr>
        <w:t>ENDEREÇO E CANAIS DE ATENDIMENTO</w:t>
      </w:r>
    </w:p>
    <w:p w14:paraId="7DBECE31" w14:textId="37AABF39" w:rsidR="00337A5E" w:rsidRPr="000E4E3C" w:rsidRDefault="00337A5E" w:rsidP="005E43A3">
      <w:pPr>
        <w:jc w:val="center"/>
        <w:rPr>
          <w:rFonts w:cs="Arial"/>
          <w:szCs w:val="24"/>
          <w:lang w:val="pt-BR"/>
        </w:rPr>
      </w:pPr>
    </w:p>
    <w:tbl>
      <w:tblPr>
        <w:tblStyle w:val="Tabelacomgrade"/>
        <w:tblW w:w="0" w:type="auto"/>
        <w:tblLayout w:type="fixed"/>
        <w:tblLook w:val="04A0" w:firstRow="1" w:lastRow="0" w:firstColumn="1" w:lastColumn="0" w:noHBand="0" w:noVBand="1"/>
      </w:tblPr>
      <w:tblGrid>
        <w:gridCol w:w="2835"/>
        <w:gridCol w:w="6803"/>
      </w:tblGrid>
      <w:tr w:rsidR="00337A5E" w:rsidRPr="000E4E3C" w14:paraId="078EEE7D" w14:textId="77777777">
        <w:trPr>
          <w:cantSplit/>
          <w:tblHeader/>
        </w:trPr>
        <w:tc>
          <w:tcPr>
            <w:tcW w:w="2835" w:type="dxa"/>
            <w:shd w:val="clear" w:color="auto" w:fill="E7E6E6"/>
          </w:tcPr>
          <w:p w14:paraId="1BF92B62" w14:textId="77777777" w:rsidR="00337A5E" w:rsidRPr="000E4E3C" w:rsidRDefault="00CD734F">
            <w:pPr>
              <w:spacing w:before="80" w:after="80" w:line="252" w:lineRule="auto"/>
              <w:rPr>
                <w:rFonts w:cs="Arial"/>
                <w:szCs w:val="24"/>
                <w:lang w:val="pt-BR"/>
              </w:rPr>
            </w:pPr>
            <w:r w:rsidRPr="000E4E3C">
              <w:rPr>
                <w:rFonts w:cs="Arial"/>
                <w:b/>
                <w:szCs w:val="24"/>
                <w:lang w:val="pt-BR"/>
              </w:rPr>
              <w:t>Informação</w:t>
            </w:r>
          </w:p>
        </w:tc>
        <w:tc>
          <w:tcPr>
            <w:tcW w:w="6803" w:type="dxa"/>
            <w:shd w:val="clear" w:color="auto" w:fill="E7E6E6"/>
          </w:tcPr>
          <w:p w14:paraId="41021290" w14:textId="77777777" w:rsidR="00337A5E" w:rsidRPr="000E4E3C" w:rsidRDefault="00CD734F">
            <w:pPr>
              <w:spacing w:before="80" w:after="80" w:line="252" w:lineRule="auto"/>
              <w:rPr>
                <w:rFonts w:cs="Arial"/>
                <w:szCs w:val="24"/>
                <w:lang w:val="pt-BR"/>
              </w:rPr>
            </w:pPr>
            <w:r w:rsidRPr="000E4E3C">
              <w:rPr>
                <w:rFonts w:cs="Arial"/>
                <w:b/>
                <w:szCs w:val="24"/>
                <w:lang w:val="pt-BR"/>
              </w:rPr>
              <w:t>Canal</w:t>
            </w:r>
          </w:p>
        </w:tc>
      </w:tr>
      <w:tr w:rsidR="00337A5E" w:rsidRPr="000E4E3C" w14:paraId="60872234" w14:textId="77777777">
        <w:trPr>
          <w:cantSplit/>
        </w:trPr>
        <w:tc>
          <w:tcPr>
            <w:tcW w:w="2835" w:type="dxa"/>
          </w:tcPr>
          <w:p w14:paraId="115FF287" w14:textId="77777777" w:rsidR="00337A5E" w:rsidRPr="000E4E3C" w:rsidRDefault="00CD734F">
            <w:pPr>
              <w:spacing w:before="80" w:after="80" w:line="252" w:lineRule="auto"/>
              <w:rPr>
                <w:rFonts w:cs="Arial"/>
                <w:szCs w:val="24"/>
                <w:lang w:val="pt-BR"/>
              </w:rPr>
            </w:pPr>
            <w:r w:rsidRPr="000E4E3C">
              <w:rPr>
                <w:rFonts w:cs="Arial"/>
                <w:szCs w:val="24"/>
                <w:lang w:val="pt-BR"/>
              </w:rPr>
              <w:t>Instituição</w:t>
            </w:r>
          </w:p>
        </w:tc>
        <w:tc>
          <w:tcPr>
            <w:tcW w:w="6803" w:type="dxa"/>
          </w:tcPr>
          <w:p w14:paraId="28E7D29A" w14:textId="77777777" w:rsidR="00337A5E" w:rsidRPr="000E4E3C" w:rsidRDefault="00CD734F">
            <w:pPr>
              <w:spacing w:before="80" w:after="80" w:line="252" w:lineRule="auto"/>
              <w:rPr>
                <w:rFonts w:cs="Arial"/>
                <w:szCs w:val="24"/>
                <w:lang w:val="pt-BR"/>
              </w:rPr>
            </w:pPr>
            <w:r w:rsidRPr="000E4E3C">
              <w:rPr>
                <w:rFonts w:cs="Arial"/>
                <w:szCs w:val="24"/>
                <w:lang w:val="pt-BR"/>
              </w:rPr>
              <w:t>IF Goiano - Campus Morrinhos</w:t>
            </w:r>
          </w:p>
        </w:tc>
      </w:tr>
      <w:tr w:rsidR="00337A5E" w:rsidRPr="000E4E3C" w14:paraId="0D372022" w14:textId="77777777">
        <w:trPr>
          <w:cantSplit/>
        </w:trPr>
        <w:tc>
          <w:tcPr>
            <w:tcW w:w="2835" w:type="dxa"/>
          </w:tcPr>
          <w:p w14:paraId="3B3810F0" w14:textId="77777777" w:rsidR="00337A5E" w:rsidRPr="000E4E3C" w:rsidRDefault="00CD734F">
            <w:pPr>
              <w:spacing w:before="80" w:after="80" w:line="252" w:lineRule="auto"/>
              <w:rPr>
                <w:rFonts w:cs="Arial"/>
                <w:szCs w:val="24"/>
                <w:lang w:val="pt-BR"/>
              </w:rPr>
            </w:pPr>
            <w:r w:rsidRPr="000E4E3C">
              <w:rPr>
                <w:rFonts w:cs="Arial"/>
                <w:szCs w:val="24"/>
                <w:lang w:val="pt-BR"/>
              </w:rPr>
              <w:t>Endereço</w:t>
            </w:r>
          </w:p>
        </w:tc>
        <w:tc>
          <w:tcPr>
            <w:tcW w:w="6803" w:type="dxa"/>
          </w:tcPr>
          <w:p w14:paraId="70EE9E2D" w14:textId="77777777" w:rsidR="00337A5E" w:rsidRPr="000E4E3C" w:rsidRDefault="00CD734F">
            <w:pPr>
              <w:spacing w:before="80" w:after="80" w:line="252" w:lineRule="auto"/>
              <w:rPr>
                <w:rFonts w:cs="Arial"/>
                <w:szCs w:val="24"/>
                <w:lang w:val="pt-BR"/>
              </w:rPr>
            </w:pPr>
            <w:r w:rsidRPr="000E4E3C">
              <w:rPr>
                <w:rFonts w:cs="Arial"/>
                <w:szCs w:val="24"/>
                <w:lang w:val="pt-BR"/>
              </w:rPr>
              <w:t>Rodovia BR-153, km 633, Morrinhos (GO)</w:t>
            </w:r>
          </w:p>
        </w:tc>
      </w:tr>
      <w:tr w:rsidR="00337A5E" w:rsidRPr="000E4E3C" w14:paraId="266F9E65" w14:textId="77777777">
        <w:trPr>
          <w:cantSplit/>
        </w:trPr>
        <w:tc>
          <w:tcPr>
            <w:tcW w:w="2835" w:type="dxa"/>
          </w:tcPr>
          <w:p w14:paraId="16D86E87" w14:textId="77777777" w:rsidR="00337A5E" w:rsidRPr="000E4E3C" w:rsidRDefault="00CD734F">
            <w:pPr>
              <w:spacing w:before="80" w:after="80" w:line="252" w:lineRule="auto"/>
              <w:rPr>
                <w:rFonts w:cs="Arial"/>
                <w:szCs w:val="24"/>
                <w:lang w:val="pt-BR"/>
              </w:rPr>
            </w:pPr>
            <w:r w:rsidRPr="000E4E3C">
              <w:rPr>
                <w:rFonts w:cs="Arial"/>
                <w:szCs w:val="24"/>
                <w:lang w:val="pt-BR"/>
              </w:rPr>
              <w:t>Portal institucional</w:t>
            </w:r>
          </w:p>
        </w:tc>
        <w:tc>
          <w:tcPr>
            <w:tcW w:w="6803" w:type="dxa"/>
          </w:tcPr>
          <w:p w14:paraId="0814F109" w14:textId="77777777" w:rsidR="00337A5E" w:rsidRPr="000E4E3C" w:rsidRDefault="00CD734F">
            <w:pPr>
              <w:spacing w:before="80" w:after="80" w:line="252" w:lineRule="auto"/>
              <w:rPr>
                <w:rFonts w:cs="Arial"/>
                <w:szCs w:val="24"/>
                <w:lang w:val="pt-BR"/>
              </w:rPr>
            </w:pPr>
            <w:r w:rsidRPr="000E4E3C">
              <w:rPr>
                <w:rFonts w:cs="Arial"/>
                <w:szCs w:val="24"/>
                <w:lang w:val="pt-BR"/>
              </w:rPr>
              <w:t>https://www.ifgoiano.edu.br/morrinhos</w:t>
            </w:r>
          </w:p>
        </w:tc>
      </w:tr>
      <w:tr w:rsidR="00337A5E" w:rsidRPr="000E4E3C" w14:paraId="3F60E0E7" w14:textId="77777777">
        <w:trPr>
          <w:cantSplit/>
        </w:trPr>
        <w:tc>
          <w:tcPr>
            <w:tcW w:w="2835" w:type="dxa"/>
          </w:tcPr>
          <w:p w14:paraId="231C3E0B" w14:textId="77777777" w:rsidR="00337A5E" w:rsidRPr="000E4E3C" w:rsidRDefault="00CD734F">
            <w:pPr>
              <w:spacing w:before="80" w:after="80" w:line="252" w:lineRule="auto"/>
              <w:rPr>
                <w:rFonts w:cs="Arial"/>
                <w:szCs w:val="24"/>
                <w:lang w:val="pt-BR"/>
              </w:rPr>
            </w:pPr>
            <w:r w:rsidRPr="000E4E3C">
              <w:rPr>
                <w:rFonts w:cs="Arial"/>
                <w:szCs w:val="24"/>
                <w:lang w:val="pt-BR"/>
              </w:rPr>
              <w:t>Sistema de seleção</w:t>
            </w:r>
          </w:p>
        </w:tc>
        <w:tc>
          <w:tcPr>
            <w:tcW w:w="6803" w:type="dxa"/>
          </w:tcPr>
          <w:p w14:paraId="0D84EC10" w14:textId="77777777" w:rsidR="00337A5E" w:rsidRPr="000E4E3C" w:rsidRDefault="00CD734F">
            <w:pPr>
              <w:spacing w:before="80" w:after="80" w:line="252" w:lineRule="auto"/>
              <w:rPr>
                <w:rFonts w:cs="Arial"/>
                <w:szCs w:val="24"/>
                <w:lang w:val="pt-BR"/>
              </w:rPr>
            </w:pPr>
            <w:r w:rsidRPr="000E4E3C">
              <w:rPr>
                <w:rFonts w:cs="Arial"/>
                <w:szCs w:val="24"/>
                <w:lang w:val="pt-BR"/>
              </w:rPr>
              <w:t>https://ps.ifgoiano.edu.br/</w:t>
            </w:r>
          </w:p>
        </w:tc>
      </w:tr>
      <w:tr w:rsidR="00337A5E" w:rsidRPr="000E4E3C" w14:paraId="7CE5C579" w14:textId="77777777">
        <w:trPr>
          <w:cantSplit/>
        </w:trPr>
        <w:tc>
          <w:tcPr>
            <w:tcW w:w="2835" w:type="dxa"/>
          </w:tcPr>
          <w:p w14:paraId="02A0D583" w14:textId="77777777" w:rsidR="00337A5E" w:rsidRPr="000E4E3C" w:rsidRDefault="00CD734F">
            <w:pPr>
              <w:spacing w:before="80" w:after="80" w:line="252" w:lineRule="auto"/>
              <w:rPr>
                <w:rFonts w:cs="Arial"/>
                <w:szCs w:val="24"/>
                <w:lang w:val="pt-BR"/>
              </w:rPr>
            </w:pPr>
            <w:r w:rsidRPr="000E4E3C">
              <w:rPr>
                <w:rFonts w:cs="Arial"/>
                <w:szCs w:val="24"/>
                <w:lang w:val="pt-BR"/>
              </w:rPr>
              <w:t>Página deste edital</w:t>
            </w:r>
          </w:p>
        </w:tc>
        <w:tc>
          <w:tcPr>
            <w:tcW w:w="6803" w:type="dxa"/>
          </w:tcPr>
          <w:p w14:paraId="6F2BC307" w14:textId="7C86C0FD" w:rsidR="00337A5E" w:rsidRPr="000E4E3C" w:rsidRDefault="00BC2BEB">
            <w:pPr>
              <w:spacing w:before="80" w:after="80" w:line="252" w:lineRule="auto"/>
              <w:rPr>
                <w:rFonts w:cs="Arial"/>
                <w:szCs w:val="24"/>
                <w:lang w:val="pt-BR"/>
              </w:rPr>
            </w:pPr>
            <w:r w:rsidRPr="000E4E3C">
              <w:rPr>
                <w:rFonts w:cs="Arial"/>
                <w:szCs w:val="24"/>
                <w:lang w:val="pt-BR"/>
              </w:rPr>
              <w:t>https://ps.ifgoiano.edu.br/edital/visualizar/7</w:t>
            </w:r>
            <w:r w:rsidRPr="000E4E3C">
              <w:rPr>
                <w:rFonts w:cs="Arial"/>
                <w:szCs w:val="24"/>
                <w:lang w:val="pt-BR"/>
              </w:rPr>
              <w:t>19</w:t>
            </w:r>
            <w:r w:rsidRPr="000E4E3C">
              <w:rPr>
                <w:rFonts w:cs="Arial"/>
                <w:szCs w:val="24"/>
                <w:lang w:val="pt-BR"/>
              </w:rPr>
              <w:t>/</w:t>
            </w:r>
          </w:p>
        </w:tc>
      </w:tr>
      <w:tr w:rsidR="00337A5E" w:rsidRPr="000E4E3C" w14:paraId="150A30B8" w14:textId="77777777">
        <w:trPr>
          <w:cantSplit/>
        </w:trPr>
        <w:tc>
          <w:tcPr>
            <w:tcW w:w="2835" w:type="dxa"/>
          </w:tcPr>
          <w:p w14:paraId="15D5B350" w14:textId="77777777" w:rsidR="00337A5E" w:rsidRPr="000E4E3C" w:rsidRDefault="00CD734F">
            <w:pPr>
              <w:spacing w:before="80" w:after="80" w:line="252" w:lineRule="auto"/>
              <w:rPr>
                <w:rFonts w:cs="Arial"/>
                <w:szCs w:val="24"/>
                <w:lang w:val="pt-BR"/>
              </w:rPr>
            </w:pPr>
            <w:r w:rsidRPr="000E4E3C">
              <w:rPr>
                <w:rFonts w:cs="Arial"/>
                <w:szCs w:val="24"/>
                <w:lang w:val="pt-BR"/>
              </w:rPr>
              <w:t>E-mail</w:t>
            </w:r>
          </w:p>
        </w:tc>
        <w:tc>
          <w:tcPr>
            <w:tcW w:w="6803" w:type="dxa"/>
          </w:tcPr>
          <w:p w14:paraId="424CBD62" w14:textId="77777777" w:rsidR="00337A5E" w:rsidRPr="000E4E3C" w:rsidRDefault="00CD734F">
            <w:pPr>
              <w:spacing w:before="80" w:after="80" w:line="252" w:lineRule="auto"/>
              <w:rPr>
                <w:rFonts w:cs="Arial"/>
                <w:szCs w:val="24"/>
                <w:lang w:val="pt-BR"/>
              </w:rPr>
            </w:pPr>
            <w:r w:rsidRPr="000E4E3C">
              <w:rPr>
                <w:rFonts w:cs="Arial"/>
                <w:szCs w:val="24"/>
                <w:lang w:val="pt-BR"/>
              </w:rPr>
              <w:t>ps.mhos@ifgoiano.edu.br</w:t>
            </w:r>
          </w:p>
        </w:tc>
      </w:tr>
      <w:tr w:rsidR="00337A5E" w:rsidRPr="000E4E3C" w14:paraId="4A104B25" w14:textId="77777777">
        <w:trPr>
          <w:cantSplit/>
        </w:trPr>
        <w:tc>
          <w:tcPr>
            <w:tcW w:w="2835" w:type="dxa"/>
          </w:tcPr>
          <w:p w14:paraId="42FBCDB2" w14:textId="77777777" w:rsidR="00337A5E" w:rsidRPr="000E4E3C" w:rsidRDefault="00CD734F">
            <w:pPr>
              <w:spacing w:before="80" w:after="80" w:line="252" w:lineRule="auto"/>
              <w:rPr>
                <w:rFonts w:cs="Arial"/>
                <w:szCs w:val="24"/>
                <w:lang w:val="pt-BR"/>
              </w:rPr>
            </w:pPr>
            <w:r w:rsidRPr="000E4E3C">
              <w:rPr>
                <w:rFonts w:cs="Arial"/>
                <w:szCs w:val="24"/>
                <w:lang w:val="pt-BR"/>
              </w:rPr>
              <w:t>Atendimento por e-mail</w:t>
            </w:r>
          </w:p>
        </w:tc>
        <w:tc>
          <w:tcPr>
            <w:tcW w:w="6803" w:type="dxa"/>
          </w:tcPr>
          <w:p w14:paraId="510F111C" w14:textId="77777777" w:rsidR="00337A5E" w:rsidRPr="000E4E3C" w:rsidRDefault="00CD734F">
            <w:pPr>
              <w:spacing w:before="80" w:after="80" w:line="252" w:lineRule="auto"/>
              <w:rPr>
                <w:rFonts w:cs="Arial"/>
                <w:szCs w:val="24"/>
                <w:lang w:val="pt-BR"/>
              </w:rPr>
            </w:pPr>
            <w:r w:rsidRPr="000E4E3C">
              <w:rPr>
                <w:rFonts w:cs="Arial"/>
                <w:szCs w:val="24"/>
                <w:lang w:val="pt-BR"/>
              </w:rPr>
              <w:t>Segunda a sexta-feira, das 8h às 16h, exceto dias sem expediente</w:t>
            </w:r>
          </w:p>
        </w:tc>
      </w:tr>
      <w:tr w:rsidR="00337A5E" w:rsidRPr="000E4E3C" w14:paraId="34A581CE" w14:textId="77777777">
        <w:trPr>
          <w:cantSplit/>
        </w:trPr>
        <w:tc>
          <w:tcPr>
            <w:tcW w:w="2835" w:type="dxa"/>
          </w:tcPr>
          <w:p w14:paraId="6E1F9A76" w14:textId="77777777" w:rsidR="00337A5E" w:rsidRPr="000E4E3C" w:rsidRDefault="00CD734F">
            <w:pPr>
              <w:spacing w:before="80" w:after="80" w:line="252" w:lineRule="auto"/>
              <w:rPr>
                <w:rFonts w:cs="Arial"/>
                <w:szCs w:val="24"/>
                <w:lang w:val="pt-BR"/>
              </w:rPr>
            </w:pPr>
            <w:r w:rsidRPr="000E4E3C">
              <w:rPr>
                <w:rFonts w:cs="Arial"/>
                <w:szCs w:val="24"/>
                <w:lang w:val="pt-BR"/>
              </w:rPr>
              <w:t>Serviço de matrícula</w:t>
            </w:r>
          </w:p>
        </w:tc>
        <w:tc>
          <w:tcPr>
            <w:tcW w:w="6803" w:type="dxa"/>
          </w:tcPr>
          <w:p w14:paraId="4D75A0C5" w14:textId="544E31A4" w:rsidR="00337A5E" w:rsidRPr="000E4E3C" w:rsidRDefault="00C277F4">
            <w:pPr>
              <w:spacing w:before="80" w:after="80" w:line="252" w:lineRule="auto"/>
              <w:rPr>
                <w:rFonts w:cs="Arial"/>
                <w:szCs w:val="24"/>
                <w:lang w:val="pt-BR"/>
              </w:rPr>
            </w:pPr>
            <w:r w:rsidRPr="000E4E3C">
              <w:rPr>
                <w:rFonts w:cs="Arial"/>
                <w:szCs w:val="24"/>
                <w:lang w:val="pt-BR"/>
              </w:rPr>
              <w:t>(a ser divulgado no momento da convocação para matrícula)</w:t>
            </w:r>
          </w:p>
        </w:tc>
      </w:tr>
    </w:tbl>
    <w:p w14:paraId="4C718650" w14:textId="77777777" w:rsidR="00337A5E" w:rsidRPr="000E4E3C" w:rsidRDefault="00CD734F" w:rsidP="005E43A3">
      <w:pPr>
        <w:jc w:val="both"/>
        <w:rPr>
          <w:rFonts w:cs="Arial"/>
          <w:szCs w:val="24"/>
          <w:lang w:val="pt-BR"/>
        </w:rPr>
      </w:pPr>
      <w:r w:rsidRPr="000E4E3C">
        <w:rPr>
          <w:rFonts w:cs="Arial"/>
          <w:szCs w:val="24"/>
          <w:lang w:val="pt-BR"/>
        </w:rPr>
        <w:t>As solicitações devem identificar o candidato, a inscrição e o curso e apresentar descrição objetiva da dúvida. Consultas por e-mail não substituem a inscrição, a solicitação de matrícula ou o recurso nos canais próprios.</w:t>
      </w:r>
    </w:p>
    <w:p w14:paraId="3A3A9A08" w14:textId="77777777" w:rsidR="00337A5E" w:rsidRPr="000E4E3C" w:rsidRDefault="00CD734F">
      <w:pPr>
        <w:rPr>
          <w:rFonts w:cs="Arial"/>
          <w:szCs w:val="24"/>
          <w:lang w:val="pt-BR"/>
        </w:rPr>
      </w:pPr>
      <w:r w:rsidRPr="000E4E3C">
        <w:rPr>
          <w:rFonts w:cs="Arial"/>
          <w:szCs w:val="24"/>
          <w:lang w:val="pt-BR"/>
        </w:rPr>
        <w:br w:type="page"/>
      </w:r>
    </w:p>
    <w:p w14:paraId="7533FF1E" w14:textId="6765F3C5" w:rsidR="00337A5E" w:rsidRPr="00C901F9" w:rsidRDefault="00C64E1B">
      <w:pPr>
        <w:pStyle w:val="Ttulo"/>
        <w:rPr>
          <w:rFonts w:ascii="Arial" w:hAnsi="Arial" w:cs="Arial"/>
          <w:sz w:val="24"/>
          <w:szCs w:val="24"/>
          <w:lang w:val="pt-BR"/>
        </w:rPr>
      </w:pPr>
      <w:r w:rsidRPr="00C901F9">
        <w:rPr>
          <w:rFonts w:ascii="Arial" w:hAnsi="Arial" w:cs="Arial"/>
          <w:sz w:val="24"/>
          <w:szCs w:val="24"/>
          <w:lang w:val="pt-BR"/>
        </w:rPr>
        <w:lastRenderedPageBreak/>
        <w:t>A</w:t>
      </w:r>
      <w:r w:rsidR="00CD734F" w:rsidRPr="00C901F9">
        <w:rPr>
          <w:rFonts w:ascii="Arial" w:hAnsi="Arial" w:cs="Arial"/>
          <w:sz w:val="24"/>
          <w:szCs w:val="24"/>
          <w:lang w:val="pt-BR"/>
        </w:rPr>
        <w:t>NEXO XIV</w:t>
      </w:r>
    </w:p>
    <w:p w14:paraId="66CF1669" w14:textId="77777777" w:rsidR="00337A5E" w:rsidRPr="00C901F9" w:rsidRDefault="00CD734F" w:rsidP="005E43A3">
      <w:pPr>
        <w:pStyle w:val="Ttulo1"/>
        <w:jc w:val="center"/>
        <w:rPr>
          <w:rFonts w:ascii="Arial" w:hAnsi="Arial" w:cs="Arial"/>
          <w:szCs w:val="24"/>
          <w:lang w:val="pt-BR"/>
        </w:rPr>
      </w:pPr>
      <w:r w:rsidRPr="00C901F9">
        <w:rPr>
          <w:rFonts w:ascii="Arial" w:hAnsi="Arial" w:cs="Arial"/>
          <w:szCs w:val="24"/>
          <w:lang w:val="pt-BR"/>
        </w:rPr>
        <w:t>ATRIBUIÇÕES DAS COMISSÕES DE ANÁLISE DAS COTAS</w:t>
      </w:r>
    </w:p>
    <w:p w14:paraId="58CE43E4" w14:textId="77777777" w:rsidR="00C901F9" w:rsidRPr="00C901F9" w:rsidRDefault="00C901F9" w:rsidP="005E43A3">
      <w:pPr>
        <w:jc w:val="both"/>
        <w:rPr>
          <w:rFonts w:cs="Arial"/>
          <w:szCs w:val="24"/>
          <w:lang w:val="pt-BR"/>
        </w:rPr>
      </w:pPr>
    </w:p>
    <w:p w14:paraId="3B23DE37" w14:textId="720F8781" w:rsidR="00337A5E" w:rsidRPr="00C901F9" w:rsidRDefault="00CD734F" w:rsidP="005E43A3">
      <w:pPr>
        <w:jc w:val="both"/>
        <w:rPr>
          <w:rFonts w:cs="Arial"/>
          <w:szCs w:val="24"/>
          <w:lang w:val="pt-BR"/>
        </w:rPr>
      </w:pPr>
      <w:r w:rsidRPr="00C901F9">
        <w:rPr>
          <w:rFonts w:cs="Arial"/>
          <w:szCs w:val="24"/>
          <w:lang w:val="pt-BR"/>
        </w:rPr>
        <w:t>As comissões verificarão os requisitos das vagas reservadas conforme a legislação de ingresso e os atos institucionais aplicáveis. As avaliações serão motivadas, com proteção dos dados e possibilidade de recurso.</w:t>
      </w:r>
    </w:p>
    <w:p w14:paraId="6A10C05D" w14:textId="77777777" w:rsidR="00337A5E" w:rsidRPr="00C901F9" w:rsidRDefault="00CD734F">
      <w:pPr>
        <w:pStyle w:val="Ttulo1"/>
        <w:rPr>
          <w:rFonts w:ascii="Arial" w:hAnsi="Arial" w:cs="Arial"/>
          <w:szCs w:val="24"/>
          <w:lang w:val="pt-BR"/>
        </w:rPr>
      </w:pPr>
      <w:r w:rsidRPr="00C901F9">
        <w:rPr>
          <w:rFonts w:ascii="Arial" w:hAnsi="Arial" w:cs="Arial"/>
          <w:szCs w:val="24"/>
          <w:lang w:val="pt-BR"/>
        </w:rPr>
        <w:t>1 ESCOLARIDADE</w:t>
      </w:r>
    </w:p>
    <w:p w14:paraId="1FB0AE91" w14:textId="77777777" w:rsidR="00337A5E" w:rsidRPr="00C901F9" w:rsidRDefault="00CD734F" w:rsidP="005E43A3">
      <w:pPr>
        <w:jc w:val="both"/>
        <w:rPr>
          <w:rFonts w:cs="Arial"/>
          <w:szCs w:val="24"/>
          <w:lang w:val="pt-BR"/>
        </w:rPr>
      </w:pPr>
      <w:r w:rsidRPr="00C901F9">
        <w:rPr>
          <w:rFonts w:cs="Arial"/>
          <w:szCs w:val="24"/>
          <w:lang w:val="pt-BR"/>
        </w:rPr>
        <w:t>Conferir o ensino médio integral, inclusive quarto ano, quando existente; identificar as instituições cursadas e sua natureza; verificar a conclusão e a escolaridade elegível do item 3.4, inclusive as escolas comunitárias de educação do campo legalmente admitidas. A bolsa em escola privada, isoladamente, não comprova o requisito.</w:t>
      </w:r>
    </w:p>
    <w:p w14:paraId="5825B10A" w14:textId="77777777" w:rsidR="00337A5E" w:rsidRPr="00C901F9" w:rsidRDefault="00CD734F">
      <w:pPr>
        <w:pStyle w:val="Ttulo1"/>
        <w:rPr>
          <w:rFonts w:ascii="Arial" w:hAnsi="Arial" w:cs="Arial"/>
          <w:szCs w:val="24"/>
          <w:lang w:val="pt-BR"/>
        </w:rPr>
      </w:pPr>
      <w:r w:rsidRPr="00C901F9">
        <w:rPr>
          <w:rFonts w:ascii="Arial" w:hAnsi="Arial" w:cs="Arial"/>
          <w:szCs w:val="24"/>
          <w:lang w:val="pt-BR"/>
        </w:rPr>
        <w:t>2 RENDA FAMILIAR</w:t>
      </w:r>
    </w:p>
    <w:p w14:paraId="3905A799" w14:textId="77777777" w:rsidR="00337A5E" w:rsidRPr="00C901F9" w:rsidRDefault="00CD734F" w:rsidP="005E43A3">
      <w:pPr>
        <w:jc w:val="both"/>
        <w:rPr>
          <w:rFonts w:cs="Arial"/>
          <w:szCs w:val="24"/>
          <w:lang w:val="pt-BR"/>
        </w:rPr>
      </w:pPr>
      <w:r w:rsidRPr="00C901F9">
        <w:rPr>
          <w:rFonts w:cs="Arial"/>
          <w:szCs w:val="24"/>
          <w:lang w:val="pt-BR"/>
        </w:rPr>
        <w:t>Analisar o CadÚnico ou os documentos alternativos, a composição familiar e os rendimentos dos meses de referência. Apurar renda bruta média mensal e per capita, com as inclusões e exclusões regulamentares. Solicitar esclarecimentos com prazo e critérios isonômicos, utilizando o salário-mínimo aplicável conforme a regulamentação.</w:t>
      </w:r>
    </w:p>
    <w:p w14:paraId="28FB5FB1" w14:textId="77777777" w:rsidR="00337A5E" w:rsidRPr="00C901F9" w:rsidRDefault="00CD734F">
      <w:pPr>
        <w:pStyle w:val="Ttulo1"/>
        <w:rPr>
          <w:rFonts w:ascii="Arial" w:hAnsi="Arial" w:cs="Arial"/>
          <w:szCs w:val="24"/>
          <w:lang w:val="pt-BR"/>
        </w:rPr>
      </w:pPr>
      <w:r w:rsidRPr="00C901F9">
        <w:rPr>
          <w:rFonts w:ascii="Arial" w:hAnsi="Arial" w:cs="Arial"/>
          <w:szCs w:val="24"/>
          <w:lang w:val="pt-BR"/>
        </w:rPr>
        <w:t>3 HETEROIDENTIFICAÇÃO DE PRETOS E PARDOS</w:t>
      </w:r>
    </w:p>
    <w:p w14:paraId="4E92CB3D" w14:textId="77777777" w:rsidR="00337A5E" w:rsidRPr="00C901F9" w:rsidRDefault="00CD734F" w:rsidP="005E43A3">
      <w:pPr>
        <w:jc w:val="both"/>
        <w:rPr>
          <w:rFonts w:cs="Arial"/>
          <w:szCs w:val="24"/>
          <w:lang w:val="pt-BR"/>
        </w:rPr>
      </w:pPr>
      <w:r w:rsidRPr="00C901F9">
        <w:rPr>
          <w:rFonts w:cs="Arial"/>
          <w:szCs w:val="24"/>
          <w:lang w:val="pt-BR"/>
        </w:rPr>
        <w:t>Verificar a autodeclaração por critério fenotípico, segundo as normas institucionais de ingresso discente; organizar convocações, identificação, registros e condições adequadas de avaliação; emitir decisão motivada e assegurar recurso conforme a regulamentação. A ascendência não substitui a aferição do candidato.</w:t>
      </w:r>
    </w:p>
    <w:p w14:paraId="708BB701" w14:textId="77777777" w:rsidR="00337A5E" w:rsidRPr="00C901F9" w:rsidRDefault="00CD734F">
      <w:pPr>
        <w:pStyle w:val="Ttulo1"/>
        <w:rPr>
          <w:rFonts w:ascii="Arial" w:hAnsi="Arial" w:cs="Arial"/>
          <w:szCs w:val="24"/>
          <w:lang w:val="pt-BR"/>
        </w:rPr>
      </w:pPr>
      <w:r w:rsidRPr="00C901F9">
        <w:rPr>
          <w:rFonts w:ascii="Arial" w:hAnsi="Arial" w:cs="Arial"/>
          <w:szCs w:val="24"/>
          <w:lang w:val="pt-BR"/>
        </w:rPr>
        <w:t>4 PERTENCIMENTO INDÍGENA E QUILOMBOLA</w:t>
      </w:r>
    </w:p>
    <w:p w14:paraId="3AF88505" w14:textId="77777777" w:rsidR="00337A5E" w:rsidRPr="00C901F9" w:rsidRDefault="00CD734F" w:rsidP="005E43A3">
      <w:pPr>
        <w:jc w:val="both"/>
        <w:rPr>
          <w:rFonts w:cs="Arial"/>
          <w:szCs w:val="24"/>
          <w:lang w:val="pt-BR"/>
        </w:rPr>
      </w:pPr>
      <w:r w:rsidRPr="00C901F9">
        <w:rPr>
          <w:rFonts w:cs="Arial"/>
          <w:szCs w:val="24"/>
          <w:lang w:val="pt-BR"/>
        </w:rPr>
        <w:t>Conferir as declarações de pertencimento, a identificação das lideranças e os documentos alternativos legalmente admitidos, sem aplicar a esses perfis o procedimento fenotípico destinado a pretos e pardos. Diligências deverão respeitar as especificidades das comunidades.</w:t>
      </w:r>
    </w:p>
    <w:p w14:paraId="6B13DAC5" w14:textId="77777777" w:rsidR="00337A5E" w:rsidRPr="00C901F9" w:rsidRDefault="00CD734F">
      <w:pPr>
        <w:pStyle w:val="Ttulo1"/>
        <w:rPr>
          <w:rFonts w:ascii="Arial" w:hAnsi="Arial" w:cs="Arial"/>
          <w:szCs w:val="24"/>
          <w:lang w:val="pt-BR"/>
        </w:rPr>
      </w:pPr>
      <w:r w:rsidRPr="00C901F9">
        <w:rPr>
          <w:rFonts w:ascii="Arial" w:hAnsi="Arial" w:cs="Arial"/>
          <w:szCs w:val="24"/>
          <w:lang w:val="pt-BR"/>
        </w:rPr>
        <w:t>5 CONDIÇÃO DE PESSOA COM DEFICIÊNCIA</w:t>
      </w:r>
    </w:p>
    <w:p w14:paraId="73BC9C1E" w14:textId="77777777" w:rsidR="00337A5E" w:rsidRPr="00C901F9" w:rsidRDefault="00CD734F" w:rsidP="005E43A3">
      <w:pPr>
        <w:jc w:val="both"/>
        <w:rPr>
          <w:rFonts w:cs="Arial"/>
          <w:szCs w:val="24"/>
          <w:lang w:val="pt-BR"/>
        </w:rPr>
      </w:pPr>
      <w:r w:rsidRPr="00C901F9">
        <w:rPr>
          <w:rFonts w:cs="Arial"/>
          <w:szCs w:val="24"/>
          <w:lang w:val="pt-BR"/>
        </w:rPr>
        <w:t>Analisar impedimentos de longo prazo e sua interação com barreiras, o laudo ou relatório e os exames pertinentes, segundo a legislação atual. Considerar as condições legalmente reconhecidas e a validade permanente quando assegurada em lei. A documentação equivalente será aceita se apresentar os elementos necessários.</w:t>
      </w:r>
    </w:p>
    <w:p w14:paraId="25BE221C" w14:textId="77777777" w:rsidR="00337A5E" w:rsidRPr="00C901F9" w:rsidRDefault="00CD734F">
      <w:pPr>
        <w:pStyle w:val="Ttulo1"/>
        <w:rPr>
          <w:rFonts w:ascii="Arial" w:hAnsi="Arial" w:cs="Arial"/>
          <w:szCs w:val="24"/>
          <w:lang w:val="pt-BR"/>
        </w:rPr>
      </w:pPr>
      <w:r w:rsidRPr="00C901F9">
        <w:rPr>
          <w:rFonts w:ascii="Arial" w:hAnsi="Arial" w:cs="Arial"/>
          <w:szCs w:val="24"/>
          <w:lang w:val="pt-BR"/>
        </w:rPr>
        <w:t>6 RESULTADOS RECURSOS E ENCAMINHAMENTOS</w:t>
      </w:r>
    </w:p>
    <w:p w14:paraId="0A2F65B7" w14:textId="77777777" w:rsidR="00337A5E" w:rsidRPr="00C901F9" w:rsidRDefault="00CD734F" w:rsidP="005E43A3">
      <w:pPr>
        <w:jc w:val="both"/>
        <w:rPr>
          <w:rFonts w:cs="Arial"/>
          <w:szCs w:val="24"/>
          <w:lang w:val="pt-BR"/>
        </w:rPr>
      </w:pPr>
      <w:r w:rsidRPr="00C901F9">
        <w:rPr>
          <w:rFonts w:cs="Arial"/>
          <w:szCs w:val="24"/>
          <w:lang w:val="pt-BR"/>
        </w:rPr>
        <w:t>Publicar os resultados preliminares, resguardar os fundamentos sensíveis em acesso individual, receber os recursos e divulgar as decisões definitivas. A análise para ingresso não substitui os procedimentos próprios de assistência estudantil nem garante concessão automática de auxílio, que dependerá das regras e da disponibilidade dos programas.</w:t>
      </w:r>
    </w:p>
    <w:sectPr w:rsidR="00337A5E" w:rsidRPr="00C901F9" w:rsidSect="002D56A4">
      <w:headerReference w:type="default" r:id="rId8"/>
      <w:footerReference w:type="default" r:id="rId9"/>
      <w:pgSz w:w="11906" w:h="16838"/>
      <w:pgMar w:top="1134" w:right="1134" w:bottom="1134" w:left="1134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500000" w14:textId="77777777" w:rsidR="0053053F" w:rsidRDefault="0053053F">
      <w:pPr>
        <w:spacing w:after="0" w:line="240" w:lineRule="auto"/>
      </w:pPr>
      <w:r>
        <w:separator/>
      </w:r>
    </w:p>
  </w:endnote>
  <w:endnote w:type="continuationSeparator" w:id="0">
    <w:p w14:paraId="65B23E2F" w14:textId="77777777" w:rsidR="0053053F" w:rsidRDefault="005305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B709C" w14:textId="58C28F53" w:rsidR="00337A5E" w:rsidRDefault="00CD734F">
    <w:pPr>
      <w:pStyle w:val="Rodap"/>
      <w:jc w:val="right"/>
    </w:pPr>
    <w:r w:rsidRPr="00821979">
      <w:rPr>
        <w:sz w:val="20"/>
        <w:szCs w:val="28"/>
      </w:rPr>
      <w:t xml:space="preserve">Página </w:t>
    </w:r>
    <w:r w:rsidRPr="00821979">
      <w:rPr>
        <w:sz w:val="20"/>
        <w:szCs w:val="18"/>
      </w:rPr>
      <w:fldChar w:fldCharType="begin"/>
    </w:r>
    <w:r w:rsidRPr="00821979">
      <w:rPr>
        <w:sz w:val="20"/>
        <w:szCs w:val="18"/>
      </w:rPr>
      <w:instrText>PAGE</w:instrText>
    </w:r>
    <w:r w:rsidRPr="00821979">
      <w:rPr>
        <w:sz w:val="20"/>
        <w:szCs w:val="18"/>
      </w:rPr>
      <w:fldChar w:fldCharType="separate"/>
    </w:r>
    <w:r w:rsidR="008B5E60" w:rsidRPr="00821979">
      <w:rPr>
        <w:noProof/>
        <w:sz w:val="20"/>
        <w:szCs w:val="18"/>
      </w:rPr>
      <w:t>1</w:t>
    </w:r>
    <w:r w:rsidRPr="00821979">
      <w:rPr>
        <w:sz w:val="20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8AA189" w14:textId="77777777" w:rsidR="0053053F" w:rsidRDefault="0053053F">
      <w:pPr>
        <w:spacing w:after="0" w:line="240" w:lineRule="auto"/>
      </w:pPr>
      <w:r>
        <w:separator/>
      </w:r>
    </w:p>
  </w:footnote>
  <w:footnote w:type="continuationSeparator" w:id="0">
    <w:p w14:paraId="6700D119" w14:textId="77777777" w:rsidR="0053053F" w:rsidRDefault="005305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3FCB4" w14:textId="0201BCE9" w:rsidR="009F758D" w:rsidRPr="00814640" w:rsidRDefault="009F758D" w:rsidP="005D2D46">
    <w:pPr>
      <w:spacing w:after="0"/>
      <w:jc w:val="center"/>
      <w:rPr>
        <w:sz w:val="20"/>
        <w:szCs w:val="18"/>
        <w:lang w:val="pt-BR"/>
      </w:rPr>
    </w:pPr>
    <w:r w:rsidRPr="00814640">
      <w:rPr>
        <w:sz w:val="20"/>
        <w:szCs w:val="18"/>
        <w:lang w:val="pt-BR"/>
      </w:rPr>
      <w:t xml:space="preserve">Edital nº 13/2026 | </w:t>
    </w:r>
    <w:r w:rsidR="00B4600D">
      <w:rPr>
        <w:sz w:val="20"/>
        <w:szCs w:val="18"/>
        <w:lang w:val="pt-BR"/>
      </w:rPr>
      <w:t xml:space="preserve">Ingresso nos Cursos de </w:t>
    </w:r>
    <w:r w:rsidRPr="00814640">
      <w:rPr>
        <w:sz w:val="20"/>
        <w:szCs w:val="18"/>
        <w:lang w:val="pt-BR"/>
      </w:rPr>
      <w:t xml:space="preserve">Graduação por </w:t>
    </w:r>
    <w:r w:rsidR="003E7584">
      <w:rPr>
        <w:sz w:val="20"/>
        <w:szCs w:val="18"/>
        <w:lang w:val="pt-BR"/>
      </w:rPr>
      <w:t>R</w:t>
    </w:r>
    <w:r w:rsidRPr="00814640">
      <w:rPr>
        <w:sz w:val="20"/>
        <w:szCs w:val="18"/>
        <w:lang w:val="pt-BR"/>
      </w:rPr>
      <w:t xml:space="preserve">edação </w:t>
    </w:r>
    <w:r w:rsidR="003E7584">
      <w:rPr>
        <w:sz w:val="20"/>
        <w:szCs w:val="18"/>
        <w:lang w:val="pt-BR"/>
      </w:rPr>
      <w:t xml:space="preserve">- </w:t>
    </w:r>
    <w:r w:rsidRPr="00814640">
      <w:rPr>
        <w:sz w:val="20"/>
        <w:szCs w:val="18"/>
        <w:lang w:val="pt-BR"/>
      </w:rPr>
      <w:t>2027/1</w:t>
    </w:r>
  </w:p>
  <w:p w14:paraId="5E713AFC" w14:textId="2E1120E2" w:rsidR="00337A5E" w:rsidRDefault="00CD734F">
    <w:pPr>
      <w:pStyle w:val="Cabealho"/>
      <w:jc w:val="center"/>
    </w:pPr>
    <w:r>
      <w:rPr>
        <w:sz w:val="16"/>
      </w:rPr>
      <w:t xml:space="preserve">IF GOIANO </w:t>
    </w:r>
    <w:r w:rsidR="003E7584">
      <w:rPr>
        <w:sz w:val="16"/>
      </w:rPr>
      <w:t>-</w:t>
    </w:r>
    <w:r>
      <w:rPr>
        <w:sz w:val="16"/>
      </w:rPr>
      <w:t xml:space="preserve"> CAMPUS MORRINHOS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83A6C06"/>
    <w:multiLevelType w:val="multilevel"/>
    <w:tmpl w:val="0948499E"/>
    <w:lvl w:ilvl="0">
      <w:start w:val="1"/>
      <w:numFmt w:val="upperRoman"/>
      <w:lvlText w:val="%1."/>
      <w:lvlJc w:val="right"/>
      <w:pPr>
        <w:ind w:left="628" w:hanging="109"/>
      </w:pPr>
      <w:rPr>
        <w:b/>
      </w:rPr>
    </w:lvl>
    <w:lvl w:ilvl="1">
      <w:start w:val="1"/>
      <w:numFmt w:val="lowerLetter"/>
      <w:lvlText w:val="(%2)"/>
      <w:lvlJc w:val="left"/>
      <w:pPr>
        <w:ind w:left="700" w:hanging="318"/>
      </w:pPr>
      <w:rPr>
        <w:rFonts w:ascii="Calibri" w:eastAsia="Calibri" w:hAnsi="Calibri" w:cs="Calibri"/>
        <w:b/>
        <w:i/>
        <w:sz w:val="22"/>
        <w:szCs w:val="22"/>
      </w:rPr>
    </w:lvl>
    <w:lvl w:ilvl="2">
      <w:numFmt w:val="bullet"/>
      <w:lvlText w:val="•"/>
      <w:lvlJc w:val="left"/>
      <w:pPr>
        <w:ind w:left="1855" w:hanging="318"/>
      </w:pPr>
    </w:lvl>
    <w:lvl w:ilvl="3">
      <w:numFmt w:val="bullet"/>
      <w:lvlText w:val="•"/>
      <w:lvlJc w:val="left"/>
      <w:pPr>
        <w:ind w:left="3011" w:hanging="318"/>
      </w:pPr>
    </w:lvl>
    <w:lvl w:ilvl="4">
      <w:numFmt w:val="bullet"/>
      <w:lvlText w:val="•"/>
      <w:lvlJc w:val="left"/>
      <w:pPr>
        <w:ind w:left="4166" w:hanging="318"/>
      </w:pPr>
    </w:lvl>
    <w:lvl w:ilvl="5">
      <w:numFmt w:val="bullet"/>
      <w:lvlText w:val="•"/>
      <w:lvlJc w:val="left"/>
      <w:pPr>
        <w:ind w:left="5322" w:hanging="318"/>
      </w:pPr>
    </w:lvl>
    <w:lvl w:ilvl="6">
      <w:numFmt w:val="bullet"/>
      <w:lvlText w:val="•"/>
      <w:lvlJc w:val="left"/>
      <w:pPr>
        <w:ind w:left="6477" w:hanging="317"/>
      </w:pPr>
    </w:lvl>
    <w:lvl w:ilvl="7">
      <w:numFmt w:val="bullet"/>
      <w:lvlText w:val="•"/>
      <w:lvlJc w:val="left"/>
      <w:pPr>
        <w:ind w:left="7633" w:hanging="318"/>
      </w:pPr>
    </w:lvl>
    <w:lvl w:ilvl="8">
      <w:numFmt w:val="bullet"/>
      <w:lvlText w:val="•"/>
      <w:lvlJc w:val="left"/>
      <w:pPr>
        <w:ind w:left="8788" w:hanging="318"/>
      </w:pPr>
    </w:lvl>
  </w:abstractNum>
  <w:num w:numId="1" w16cid:durableId="1114784391">
    <w:abstractNumId w:val="8"/>
  </w:num>
  <w:num w:numId="2" w16cid:durableId="1743258146">
    <w:abstractNumId w:val="6"/>
  </w:num>
  <w:num w:numId="3" w16cid:durableId="1915043431">
    <w:abstractNumId w:val="5"/>
  </w:num>
  <w:num w:numId="4" w16cid:durableId="1869222646">
    <w:abstractNumId w:val="4"/>
  </w:num>
  <w:num w:numId="5" w16cid:durableId="1976060223">
    <w:abstractNumId w:val="7"/>
  </w:num>
  <w:num w:numId="6" w16cid:durableId="702437797">
    <w:abstractNumId w:val="3"/>
  </w:num>
  <w:num w:numId="7" w16cid:durableId="368343187">
    <w:abstractNumId w:val="2"/>
  </w:num>
  <w:num w:numId="8" w16cid:durableId="1661886611">
    <w:abstractNumId w:val="1"/>
  </w:num>
  <w:num w:numId="9" w16cid:durableId="2014643141">
    <w:abstractNumId w:val="0"/>
  </w:num>
  <w:num w:numId="10" w16cid:durableId="161705857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59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6B0E"/>
    <w:rsid w:val="00023E87"/>
    <w:rsid w:val="00034616"/>
    <w:rsid w:val="0006063C"/>
    <w:rsid w:val="00072715"/>
    <w:rsid w:val="00092336"/>
    <w:rsid w:val="000C0A13"/>
    <w:rsid w:val="000C4367"/>
    <w:rsid w:val="000C45DC"/>
    <w:rsid w:val="000C74CC"/>
    <w:rsid w:val="000E2F7F"/>
    <w:rsid w:val="000E4E3C"/>
    <w:rsid w:val="000F6E41"/>
    <w:rsid w:val="00123679"/>
    <w:rsid w:val="001451EC"/>
    <w:rsid w:val="0015074B"/>
    <w:rsid w:val="00154E34"/>
    <w:rsid w:val="00170654"/>
    <w:rsid w:val="00195313"/>
    <w:rsid w:val="001A0757"/>
    <w:rsid w:val="001B09D0"/>
    <w:rsid w:val="001B6CCE"/>
    <w:rsid w:val="001D56BE"/>
    <w:rsid w:val="001E22B6"/>
    <w:rsid w:val="001E3B7A"/>
    <w:rsid w:val="001F489F"/>
    <w:rsid w:val="002276C4"/>
    <w:rsid w:val="00235911"/>
    <w:rsid w:val="0024016D"/>
    <w:rsid w:val="002564DE"/>
    <w:rsid w:val="002812A5"/>
    <w:rsid w:val="002840DD"/>
    <w:rsid w:val="0029639D"/>
    <w:rsid w:val="002A5421"/>
    <w:rsid w:val="002B5950"/>
    <w:rsid w:val="002C519C"/>
    <w:rsid w:val="002D56A4"/>
    <w:rsid w:val="002D70AC"/>
    <w:rsid w:val="002E2048"/>
    <w:rsid w:val="002E5EA5"/>
    <w:rsid w:val="00326F90"/>
    <w:rsid w:val="00333392"/>
    <w:rsid w:val="00337A5E"/>
    <w:rsid w:val="003406F6"/>
    <w:rsid w:val="0034416B"/>
    <w:rsid w:val="00361AB8"/>
    <w:rsid w:val="00397FC4"/>
    <w:rsid w:val="003B2969"/>
    <w:rsid w:val="003C1954"/>
    <w:rsid w:val="003C4B7F"/>
    <w:rsid w:val="003D2FDE"/>
    <w:rsid w:val="003E7584"/>
    <w:rsid w:val="003F73A5"/>
    <w:rsid w:val="00416901"/>
    <w:rsid w:val="004176CD"/>
    <w:rsid w:val="00426598"/>
    <w:rsid w:val="00460816"/>
    <w:rsid w:val="00477015"/>
    <w:rsid w:val="00485ECE"/>
    <w:rsid w:val="00486259"/>
    <w:rsid w:val="004940F9"/>
    <w:rsid w:val="00496D74"/>
    <w:rsid w:val="004E3EBC"/>
    <w:rsid w:val="005112F8"/>
    <w:rsid w:val="005121FC"/>
    <w:rsid w:val="0053053F"/>
    <w:rsid w:val="00530F26"/>
    <w:rsid w:val="00541236"/>
    <w:rsid w:val="00553B7A"/>
    <w:rsid w:val="00564750"/>
    <w:rsid w:val="005719C3"/>
    <w:rsid w:val="0057377C"/>
    <w:rsid w:val="00596C69"/>
    <w:rsid w:val="005B41CA"/>
    <w:rsid w:val="005C2FE0"/>
    <w:rsid w:val="005C775B"/>
    <w:rsid w:val="005D2D46"/>
    <w:rsid w:val="005D37D5"/>
    <w:rsid w:val="005E43A3"/>
    <w:rsid w:val="005F600B"/>
    <w:rsid w:val="00600A8A"/>
    <w:rsid w:val="006063CB"/>
    <w:rsid w:val="00611726"/>
    <w:rsid w:val="006259D4"/>
    <w:rsid w:val="00627DF1"/>
    <w:rsid w:val="00644C43"/>
    <w:rsid w:val="00666688"/>
    <w:rsid w:val="00670C65"/>
    <w:rsid w:val="006901B6"/>
    <w:rsid w:val="006A728A"/>
    <w:rsid w:val="006B09F0"/>
    <w:rsid w:val="006B2A76"/>
    <w:rsid w:val="006B4614"/>
    <w:rsid w:val="006B5CA5"/>
    <w:rsid w:val="006B795E"/>
    <w:rsid w:val="006D1C00"/>
    <w:rsid w:val="006D4E90"/>
    <w:rsid w:val="006F07D6"/>
    <w:rsid w:val="006F1AAF"/>
    <w:rsid w:val="006F4013"/>
    <w:rsid w:val="006F5AA1"/>
    <w:rsid w:val="00706BC3"/>
    <w:rsid w:val="007136CD"/>
    <w:rsid w:val="00721C21"/>
    <w:rsid w:val="00743BFC"/>
    <w:rsid w:val="00767C02"/>
    <w:rsid w:val="007829A8"/>
    <w:rsid w:val="0079642D"/>
    <w:rsid w:val="007A260D"/>
    <w:rsid w:val="007B7741"/>
    <w:rsid w:val="007C29B9"/>
    <w:rsid w:val="007E1A5D"/>
    <w:rsid w:val="00814640"/>
    <w:rsid w:val="0081683B"/>
    <w:rsid w:val="00817201"/>
    <w:rsid w:val="00821979"/>
    <w:rsid w:val="00822D1E"/>
    <w:rsid w:val="00826F1F"/>
    <w:rsid w:val="008537FB"/>
    <w:rsid w:val="00862915"/>
    <w:rsid w:val="0087503C"/>
    <w:rsid w:val="008779F0"/>
    <w:rsid w:val="008B5E60"/>
    <w:rsid w:val="008D28F3"/>
    <w:rsid w:val="008F06DC"/>
    <w:rsid w:val="008F4F7F"/>
    <w:rsid w:val="00921B54"/>
    <w:rsid w:val="00931F94"/>
    <w:rsid w:val="0097668A"/>
    <w:rsid w:val="00987DFC"/>
    <w:rsid w:val="0099128B"/>
    <w:rsid w:val="009A1E82"/>
    <w:rsid w:val="009F758D"/>
    <w:rsid w:val="009F77A5"/>
    <w:rsid w:val="00A0309D"/>
    <w:rsid w:val="00A069CE"/>
    <w:rsid w:val="00A271D4"/>
    <w:rsid w:val="00A37E65"/>
    <w:rsid w:val="00A5012F"/>
    <w:rsid w:val="00A72020"/>
    <w:rsid w:val="00A73372"/>
    <w:rsid w:val="00A82894"/>
    <w:rsid w:val="00AA1D8D"/>
    <w:rsid w:val="00AB2343"/>
    <w:rsid w:val="00AB5F1F"/>
    <w:rsid w:val="00AE0155"/>
    <w:rsid w:val="00AF4118"/>
    <w:rsid w:val="00B23932"/>
    <w:rsid w:val="00B4600D"/>
    <w:rsid w:val="00B47730"/>
    <w:rsid w:val="00B56607"/>
    <w:rsid w:val="00BB2012"/>
    <w:rsid w:val="00BB76A8"/>
    <w:rsid w:val="00BC2BEB"/>
    <w:rsid w:val="00BD07B6"/>
    <w:rsid w:val="00BD2491"/>
    <w:rsid w:val="00C01C55"/>
    <w:rsid w:val="00C16C99"/>
    <w:rsid w:val="00C2007C"/>
    <w:rsid w:val="00C277F4"/>
    <w:rsid w:val="00C31BC3"/>
    <w:rsid w:val="00C427A4"/>
    <w:rsid w:val="00C64E1B"/>
    <w:rsid w:val="00C65A79"/>
    <w:rsid w:val="00C85742"/>
    <w:rsid w:val="00C901F9"/>
    <w:rsid w:val="00CA3168"/>
    <w:rsid w:val="00CB0664"/>
    <w:rsid w:val="00CB612C"/>
    <w:rsid w:val="00CC61C5"/>
    <w:rsid w:val="00CC6322"/>
    <w:rsid w:val="00CD4E45"/>
    <w:rsid w:val="00CD734F"/>
    <w:rsid w:val="00D72333"/>
    <w:rsid w:val="00D74820"/>
    <w:rsid w:val="00D8579D"/>
    <w:rsid w:val="00D95CA4"/>
    <w:rsid w:val="00DA21AB"/>
    <w:rsid w:val="00DB3D9C"/>
    <w:rsid w:val="00DD6E88"/>
    <w:rsid w:val="00DD7ABA"/>
    <w:rsid w:val="00DF12B9"/>
    <w:rsid w:val="00DF59EA"/>
    <w:rsid w:val="00E06367"/>
    <w:rsid w:val="00E115B5"/>
    <w:rsid w:val="00E12FAF"/>
    <w:rsid w:val="00E21A34"/>
    <w:rsid w:val="00E5740E"/>
    <w:rsid w:val="00E716E3"/>
    <w:rsid w:val="00E86CF0"/>
    <w:rsid w:val="00EA74DD"/>
    <w:rsid w:val="00EC5FB7"/>
    <w:rsid w:val="00EC778F"/>
    <w:rsid w:val="00ED6A22"/>
    <w:rsid w:val="00EE1027"/>
    <w:rsid w:val="00EE47DF"/>
    <w:rsid w:val="00F177D4"/>
    <w:rsid w:val="00F33CE7"/>
    <w:rsid w:val="00F57E8E"/>
    <w:rsid w:val="00F71A6A"/>
    <w:rsid w:val="00FC189F"/>
    <w:rsid w:val="00FC693F"/>
    <w:rsid w:val="00FD7734"/>
    <w:rsid w:val="00FE19E1"/>
    <w:rsid w:val="00FE2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E0AFF6F9-8E47-44DE-93D4-70B1867DC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keepNext/>
      <w:spacing w:before="200"/>
      <w:contextualSpacing/>
      <w:jc w:val="center"/>
    </w:pPr>
    <w:rPr>
      <w:rFonts w:asciiTheme="majorHAnsi" w:eastAsiaTheme="majorEastAsia" w:hAnsiTheme="majorHAnsi" w:cstheme="majorBidi"/>
      <w:b/>
      <w:spacing w:val="5"/>
      <w:kern w:val="28"/>
      <w:sz w:val="28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epargpadro"/>
    <w:uiPriority w:val="99"/>
    <w:unhideWhenUsed/>
    <w:rsid w:val="00C2007C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C200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18</Pages>
  <Words>3789</Words>
  <Characters>20465</Characters>
  <Application>Microsoft Office Word</Application>
  <DocSecurity>0</DocSecurity>
  <Lines>170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24206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de graduação por redação 2027</dc:title>
  <dc:subject/>
  <dc:creator>IF Goiano - Campus Morrinhos</dc:creator>
  <cp:keywords/>
  <dc:description>generated by python-docx</dc:description>
  <cp:lastModifiedBy>Antonio NECO de Oliveira</cp:lastModifiedBy>
  <cp:revision>39</cp:revision>
  <dcterms:created xsi:type="dcterms:W3CDTF">2026-11-03T18:55:00Z</dcterms:created>
  <dcterms:modified xsi:type="dcterms:W3CDTF">2026-11-03T19:55:00Z</dcterms:modified>
  <cp:category/>
</cp:coreProperties>
</file>