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EA7B9" w14:textId="77777777" w:rsidR="00414715" w:rsidRDefault="00000000">
      <w:pPr>
        <w:spacing w:after="200"/>
        <w:jc w:val="center"/>
      </w:pPr>
      <w:r>
        <w:rPr>
          <w:b/>
          <w:sz w:val="24"/>
        </w:rPr>
        <w:t>ANEXO III</w:t>
      </w:r>
    </w:p>
    <w:p w14:paraId="199514C3" w14:textId="77777777" w:rsidR="00414715" w:rsidRDefault="00000000">
      <w:pPr>
        <w:spacing w:after="280"/>
        <w:jc w:val="center"/>
      </w:pPr>
      <w:r>
        <w:rPr>
          <w:b/>
          <w:sz w:val="24"/>
        </w:rPr>
        <w:t>DECLARAÇÃO DE DISPONIBILIDADE DE HORÁRIOS</w:t>
      </w:r>
    </w:p>
    <w:p w14:paraId="25FE25B4" w14:textId="77777777" w:rsidR="001E5BC7" w:rsidRDefault="001E5BC7"/>
    <w:p w14:paraId="074A4B4B" w14:textId="3649C0C8" w:rsidR="00414715" w:rsidRDefault="001E5BC7" w:rsidP="001E5BC7">
      <w:pPr>
        <w:spacing w:line="600" w:lineRule="auto"/>
        <w:jc w:val="both"/>
      </w:pPr>
      <w:r>
        <w:t xml:space="preserve">Eu, ………………………………………………………………………………………………………….., CPF nº…………………………………………………., </w:t>
      </w:r>
      <w:proofErr w:type="spellStart"/>
      <w:r>
        <w:t>candidato</w:t>
      </w:r>
      <w:proofErr w:type="spellEnd"/>
      <w:r>
        <w:t xml:space="preserve">(a) </w:t>
      </w:r>
      <w:proofErr w:type="spellStart"/>
      <w:r>
        <w:t>neste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Seletivo</w:t>
      </w:r>
      <w:proofErr w:type="spellEnd"/>
      <w:r>
        <w:t xml:space="preserve">, </w:t>
      </w:r>
      <w:proofErr w:type="spellStart"/>
      <w:r w:rsidR="00000000">
        <w:t>declaro</w:t>
      </w:r>
      <w:proofErr w:type="spellEnd"/>
      <w:r w:rsidR="00000000">
        <w:t xml:space="preserve"> </w:t>
      </w:r>
      <w:proofErr w:type="spellStart"/>
      <w:r w:rsidR="00000000">
        <w:t>possuir</w:t>
      </w:r>
      <w:proofErr w:type="spellEnd"/>
      <w:r w:rsidR="00000000">
        <w:t xml:space="preserve"> </w:t>
      </w:r>
      <w:proofErr w:type="spellStart"/>
      <w:r w:rsidR="00000000">
        <w:t>disponibilidade</w:t>
      </w:r>
      <w:proofErr w:type="spellEnd"/>
      <w:r w:rsidR="00000000">
        <w:t xml:space="preserve"> para </w:t>
      </w:r>
      <w:proofErr w:type="spellStart"/>
      <w:r w:rsidR="00000000">
        <w:t>exercer</w:t>
      </w:r>
      <w:proofErr w:type="spellEnd"/>
      <w:r w:rsidR="00000000">
        <w:t xml:space="preserve"> as atividades de Tutor(a)</w:t>
      </w:r>
      <w:r w:rsidR="00000000">
        <w:br/>
        <w:t xml:space="preserve">(Mediador(a)), conforme o quadro abaixo, e estar ciente de que a distribuição das </w:t>
      </w:r>
      <w:proofErr w:type="spellStart"/>
      <w:r w:rsidR="00000000">
        <w:t>atividades</w:t>
      </w:r>
      <w:proofErr w:type="spellEnd"/>
      <w:r w:rsidR="00000000">
        <w:t xml:space="preserve"> </w:t>
      </w:r>
      <w:proofErr w:type="spellStart"/>
      <w:r w:rsidR="00000000">
        <w:t>observará</w:t>
      </w:r>
      <w:proofErr w:type="spellEnd"/>
      <w:r w:rsidR="00000000">
        <w:t xml:space="preserve"> </w:t>
      </w:r>
      <w:proofErr w:type="spellStart"/>
      <w:r>
        <w:t>à</w:t>
      </w:r>
      <w:r w:rsidR="00000000">
        <w:t>s</w:t>
      </w:r>
      <w:proofErr w:type="spellEnd"/>
      <w:r>
        <w:t xml:space="preserve"> </w:t>
      </w:r>
      <w:proofErr w:type="spellStart"/>
      <w:r w:rsidR="00000000">
        <w:t>necessidades</w:t>
      </w:r>
      <w:proofErr w:type="spellEnd"/>
      <w:r w:rsidR="00000000">
        <w:t xml:space="preserve"> </w:t>
      </w:r>
      <w:proofErr w:type="spellStart"/>
      <w:r w:rsidR="00000000">
        <w:t>institucionais</w:t>
      </w:r>
      <w:proofErr w:type="spellEnd"/>
      <w:r w:rsidR="00000000">
        <w:t>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351"/>
        <w:gridCol w:w="2351"/>
        <w:gridCol w:w="2351"/>
        <w:gridCol w:w="2351"/>
      </w:tblGrid>
      <w:tr w:rsidR="00414715" w14:paraId="50624250" w14:textId="77777777" w:rsidTr="001E5BC7">
        <w:trPr>
          <w:jc w:val="center"/>
        </w:trPr>
        <w:tc>
          <w:tcPr>
            <w:tcW w:w="2351" w:type="dxa"/>
            <w:shd w:val="clear" w:color="auto" w:fill="D9EAF7"/>
            <w:vAlign w:val="center"/>
          </w:tcPr>
          <w:p w14:paraId="4837368A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b/>
                <w:sz w:val="20"/>
              </w:rPr>
              <w:t>DIA DA SEMANA</w:t>
            </w:r>
          </w:p>
        </w:tc>
        <w:tc>
          <w:tcPr>
            <w:tcW w:w="2351" w:type="dxa"/>
            <w:shd w:val="clear" w:color="auto" w:fill="D9EAF7"/>
            <w:vAlign w:val="center"/>
          </w:tcPr>
          <w:p w14:paraId="0934321D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b/>
                <w:sz w:val="20"/>
              </w:rPr>
              <w:t>MATUTINO</w:t>
            </w:r>
          </w:p>
        </w:tc>
        <w:tc>
          <w:tcPr>
            <w:tcW w:w="2351" w:type="dxa"/>
            <w:shd w:val="clear" w:color="auto" w:fill="D9EAF7"/>
            <w:vAlign w:val="center"/>
          </w:tcPr>
          <w:p w14:paraId="32733E2E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b/>
                <w:sz w:val="20"/>
              </w:rPr>
              <w:t>VESPERTINO</w:t>
            </w:r>
          </w:p>
        </w:tc>
        <w:tc>
          <w:tcPr>
            <w:tcW w:w="2351" w:type="dxa"/>
            <w:shd w:val="clear" w:color="auto" w:fill="D9EAF7"/>
            <w:vAlign w:val="center"/>
          </w:tcPr>
          <w:p w14:paraId="0A2534AB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b/>
                <w:sz w:val="20"/>
              </w:rPr>
              <w:t>NOTURNO</w:t>
            </w:r>
          </w:p>
        </w:tc>
      </w:tr>
      <w:tr w:rsidR="00414715" w14:paraId="7D3B296B" w14:textId="77777777" w:rsidTr="001E5BC7">
        <w:trPr>
          <w:jc w:val="center"/>
        </w:trPr>
        <w:tc>
          <w:tcPr>
            <w:tcW w:w="2351" w:type="dxa"/>
            <w:vAlign w:val="center"/>
          </w:tcPr>
          <w:p w14:paraId="6496C7C2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Segunda-feira</w:t>
            </w:r>
          </w:p>
        </w:tc>
        <w:tc>
          <w:tcPr>
            <w:tcW w:w="2351" w:type="dxa"/>
            <w:vAlign w:val="center"/>
          </w:tcPr>
          <w:p w14:paraId="077A4F5F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(   )</w:t>
            </w:r>
          </w:p>
        </w:tc>
        <w:tc>
          <w:tcPr>
            <w:tcW w:w="2351" w:type="dxa"/>
            <w:vAlign w:val="center"/>
          </w:tcPr>
          <w:p w14:paraId="7A43A695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(   )</w:t>
            </w:r>
          </w:p>
        </w:tc>
        <w:tc>
          <w:tcPr>
            <w:tcW w:w="2351" w:type="dxa"/>
            <w:vAlign w:val="center"/>
          </w:tcPr>
          <w:p w14:paraId="105A8F61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(   )</w:t>
            </w:r>
          </w:p>
        </w:tc>
      </w:tr>
      <w:tr w:rsidR="00414715" w14:paraId="6E9E31AF" w14:textId="77777777" w:rsidTr="001E5BC7">
        <w:trPr>
          <w:jc w:val="center"/>
        </w:trPr>
        <w:tc>
          <w:tcPr>
            <w:tcW w:w="2351" w:type="dxa"/>
            <w:vAlign w:val="center"/>
          </w:tcPr>
          <w:p w14:paraId="61B0DC04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Terça-feira</w:t>
            </w:r>
          </w:p>
        </w:tc>
        <w:tc>
          <w:tcPr>
            <w:tcW w:w="2351" w:type="dxa"/>
            <w:vAlign w:val="center"/>
          </w:tcPr>
          <w:p w14:paraId="58F55FE4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(   )</w:t>
            </w:r>
          </w:p>
        </w:tc>
        <w:tc>
          <w:tcPr>
            <w:tcW w:w="2351" w:type="dxa"/>
            <w:vAlign w:val="center"/>
          </w:tcPr>
          <w:p w14:paraId="586C90E2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(   )</w:t>
            </w:r>
          </w:p>
        </w:tc>
        <w:tc>
          <w:tcPr>
            <w:tcW w:w="2351" w:type="dxa"/>
            <w:vAlign w:val="center"/>
          </w:tcPr>
          <w:p w14:paraId="57FF0CE2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(   )</w:t>
            </w:r>
          </w:p>
        </w:tc>
      </w:tr>
      <w:tr w:rsidR="00414715" w14:paraId="650F38EB" w14:textId="77777777" w:rsidTr="001E5BC7">
        <w:trPr>
          <w:jc w:val="center"/>
        </w:trPr>
        <w:tc>
          <w:tcPr>
            <w:tcW w:w="2351" w:type="dxa"/>
            <w:vAlign w:val="center"/>
          </w:tcPr>
          <w:p w14:paraId="45E502E1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Quarta-feira</w:t>
            </w:r>
          </w:p>
        </w:tc>
        <w:tc>
          <w:tcPr>
            <w:tcW w:w="2351" w:type="dxa"/>
            <w:vAlign w:val="center"/>
          </w:tcPr>
          <w:p w14:paraId="7DAC58C3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(   )</w:t>
            </w:r>
          </w:p>
        </w:tc>
        <w:tc>
          <w:tcPr>
            <w:tcW w:w="2351" w:type="dxa"/>
            <w:vAlign w:val="center"/>
          </w:tcPr>
          <w:p w14:paraId="57D627AD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(   )</w:t>
            </w:r>
          </w:p>
        </w:tc>
        <w:tc>
          <w:tcPr>
            <w:tcW w:w="2351" w:type="dxa"/>
            <w:vAlign w:val="center"/>
          </w:tcPr>
          <w:p w14:paraId="4DBCF4FC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(   )</w:t>
            </w:r>
          </w:p>
        </w:tc>
      </w:tr>
      <w:tr w:rsidR="00414715" w14:paraId="3FA9891A" w14:textId="77777777" w:rsidTr="001E5BC7">
        <w:trPr>
          <w:jc w:val="center"/>
        </w:trPr>
        <w:tc>
          <w:tcPr>
            <w:tcW w:w="2351" w:type="dxa"/>
            <w:vAlign w:val="center"/>
          </w:tcPr>
          <w:p w14:paraId="14077341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Quinta-feira</w:t>
            </w:r>
          </w:p>
        </w:tc>
        <w:tc>
          <w:tcPr>
            <w:tcW w:w="2351" w:type="dxa"/>
            <w:vAlign w:val="center"/>
          </w:tcPr>
          <w:p w14:paraId="7CDD3CF5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(   )</w:t>
            </w:r>
          </w:p>
        </w:tc>
        <w:tc>
          <w:tcPr>
            <w:tcW w:w="2351" w:type="dxa"/>
            <w:vAlign w:val="center"/>
          </w:tcPr>
          <w:p w14:paraId="4E78739F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(   )</w:t>
            </w:r>
          </w:p>
        </w:tc>
        <w:tc>
          <w:tcPr>
            <w:tcW w:w="2351" w:type="dxa"/>
            <w:vAlign w:val="center"/>
          </w:tcPr>
          <w:p w14:paraId="7DF874E6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(   )</w:t>
            </w:r>
          </w:p>
        </w:tc>
      </w:tr>
      <w:tr w:rsidR="00414715" w14:paraId="1D6A3AA5" w14:textId="77777777" w:rsidTr="001E5BC7">
        <w:trPr>
          <w:jc w:val="center"/>
        </w:trPr>
        <w:tc>
          <w:tcPr>
            <w:tcW w:w="2351" w:type="dxa"/>
            <w:vAlign w:val="center"/>
          </w:tcPr>
          <w:p w14:paraId="65FD7380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Sexta-feira</w:t>
            </w:r>
          </w:p>
        </w:tc>
        <w:tc>
          <w:tcPr>
            <w:tcW w:w="2351" w:type="dxa"/>
            <w:vAlign w:val="center"/>
          </w:tcPr>
          <w:p w14:paraId="4744D329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(   )</w:t>
            </w:r>
          </w:p>
        </w:tc>
        <w:tc>
          <w:tcPr>
            <w:tcW w:w="2351" w:type="dxa"/>
            <w:vAlign w:val="center"/>
          </w:tcPr>
          <w:p w14:paraId="3665A7AF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(   )</w:t>
            </w:r>
          </w:p>
        </w:tc>
        <w:tc>
          <w:tcPr>
            <w:tcW w:w="2351" w:type="dxa"/>
            <w:vAlign w:val="center"/>
          </w:tcPr>
          <w:p w14:paraId="74DEAB9A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(   )</w:t>
            </w:r>
          </w:p>
        </w:tc>
      </w:tr>
      <w:tr w:rsidR="00414715" w14:paraId="4EA43132" w14:textId="77777777" w:rsidTr="001E5BC7">
        <w:trPr>
          <w:jc w:val="center"/>
        </w:trPr>
        <w:tc>
          <w:tcPr>
            <w:tcW w:w="2351" w:type="dxa"/>
            <w:vAlign w:val="center"/>
          </w:tcPr>
          <w:p w14:paraId="0F587D9F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Sábado</w:t>
            </w:r>
          </w:p>
        </w:tc>
        <w:tc>
          <w:tcPr>
            <w:tcW w:w="2351" w:type="dxa"/>
            <w:vAlign w:val="center"/>
          </w:tcPr>
          <w:p w14:paraId="50D800A5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(   )</w:t>
            </w:r>
          </w:p>
        </w:tc>
        <w:tc>
          <w:tcPr>
            <w:tcW w:w="2351" w:type="dxa"/>
            <w:vAlign w:val="center"/>
          </w:tcPr>
          <w:p w14:paraId="099DA983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(   )</w:t>
            </w:r>
          </w:p>
        </w:tc>
        <w:tc>
          <w:tcPr>
            <w:tcW w:w="2351" w:type="dxa"/>
            <w:vAlign w:val="center"/>
          </w:tcPr>
          <w:p w14:paraId="007CCBD4" w14:textId="77777777" w:rsidR="00414715" w:rsidRDefault="00000000" w:rsidP="001E5BC7">
            <w:pPr>
              <w:spacing w:line="360" w:lineRule="auto"/>
              <w:jc w:val="center"/>
            </w:pPr>
            <w:r>
              <w:rPr>
                <w:sz w:val="20"/>
              </w:rPr>
              <w:t>(   )</w:t>
            </w:r>
          </w:p>
        </w:tc>
      </w:tr>
    </w:tbl>
    <w:p w14:paraId="0C003950" w14:textId="77777777" w:rsidR="00414715" w:rsidRDefault="00414715"/>
    <w:p w14:paraId="20C7ECEB" w14:textId="51BA766B" w:rsidR="00414715" w:rsidRDefault="00414715">
      <w:pPr>
        <w:jc w:val="center"/>
      </w:pPr>
    </w:p>
    <w:p w14:paraId="1CCDD6C2" w14:textId="77777777" w:rsidR="001E5BC7" w:rsidRDefault="001E5BC7">
      <w:pPr>
        <w:jc w:val="center"/>
      </w:pPr>
    </w:p>
    <w:p w14:paraId="01BB6C05" w14:textId="77777777" w:rsidR="001E5BC7" w:rsidRDefault="001E5BC7" w:rsidP="001E5BC7">
      <w:pPr>
        <w:spacing w:after="440"/>
        <w:jc w:val="right"/>
      </w:pPr>
      <w:r>
        <w:t>Rio Verde/GO, ………………. de ………………………. de ………………….</w:t>
      </w:r>
    </w:p>
    <w:p w14:paraId="0E2BBD3B" w14:textId="77777777" w:rsidR="001E5BC7" w:rsidRDefault="001E5BC7" w:rsidP="001E5BC7">
      <w:pPr>
        <w:spacing w:after="440"/>
        <w:jc w:val="both"/>
      </w:pPr>
    </w:p>
    <w:p w14:paraId="3F0749DE" w14:textId="77777777" w:rsidR="001E5BC7" w:rsidRDefault="001E5BC7" w:rsidP="001E5BC7">
      <w:pPr>
        <w:spacing w:after="440"/>
        <w:jc w:val="both"/>
      </w:pPr>
    </w:p>
    <w:p w14:paraId="15A9946E" w14:textId="77777777" w:rsidR="001E5BC7" w:rsidRDefault="001E5BC7" w:rsidP="001E5BC7">
      <w:pPr>
        <w:spacing w:before="560"/>
        <w:jc w:val="center"/>
      </w:pPr>
      <w:r>
        <w:t>____________________________________________</w:t>
      </w:r>
    </w:p>
    <w:p w14:paraId="25AFFE14" w14:textId="77777777" w:rsidR="001E5BC7" w:rsidRDefault="001E5BC7" w:rsidP="001E5BC7">
      <w:pPr>
        <w:jc w:val="center"/>
      </w:pPr>
      <w:proofErr w:type="spellStart"/>
      <w:r>
        <w:t>Assinatura</w:t>
      </w:r>
      <w:proofErr w:type="spellEnd"/>
      <w:r>
        <w:t xml:space="preserve"> do(a) </w:t>
      </w:r>
      <w:proofErr w:type="spellStart"/>
      <w:r>
        <w:t>declarante</w:t>
      </w:r>
      <w:proofErr w:type="spellEnd"/>
    </w:p>
    <w:p w14:paraId="6BB30EFE" w14:textId="77777777" w:rsidR="001E5BC7" w:rsidRDefault="001E5BC7" w:rsidP="001E5BC7"/>
    <w:p w14:paraId="6BFA7084" w14:textId="77777777" w:rsidR="001E5BC7" w:rsidRDefault="001E5BC7">
      <w:pPr>
        <w:jc w:val="center"/>
      </w:pPr>
    </w:p>
    <w:sectPr w:rsidR="001E5BC7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755015">
    <w:abstractNumId w:val="8"/>
  </w:num>
  <w:num w:numId="2" w16cid:durableId="51084596">
    <w:abstractNumId w:val="6"/>
  </w:num>
  <w:num w:numId="3" w16cid:durableId="1888638809">
    <w:abstractNumId w:val="5"/>
  </w:num>
  <w:num w:numId="4" w16cid:durableId="1144734522">
    <w:abstractNumId w:val="4"/>
  </w:num>
  <w:num w:numId="5" w16cid:durableId="1117408290">
    <w:abstractNumId w:val="7"/>
  </w:num>
  <w:num w:numId="6" w16cid:durableId="192575626">
    <w:abstractNumId w:val="3"/>
  </w:num>
  <w:num w:numId="7" w16cid:durableId="1091393949">
    <w:abstractNumId w:val="2"/>
  </w:num>
  <w:num w:numId="8" w16cid:durableId="1104229010">
    <w:abstractNumId w:val="1"/>
  </w:num>
  <w:num w:numId="9" w16cid:durableId="1235044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BC7"/>
    <w:rsid w:val="0029639D"/>
    <w:rsid w:val="00326F90"/>
    <w:rsid w:val="00414715"/>
    <w:rsid w:val="008755E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7E42A7"/>
  <w14:defaultImageDpi w14:val="300"/>
  <w15:docId w15:val="{8A07B118-3E35-42F6-BFD5-C3D4662E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Fabio Henrique Dyszy</cp:lastModifiedBy>
  <cp:revision>2</cp:revision>
  <dcterms:created xsi:type="dcterms:W3CDTF">2013-12-23T23:15:00Z</dcterms:created>
  <dcterms:modified xsi:type="dcterms:W3CDTF">2026-08-19T19:04:00Z</dcterms:modified>
  <cp:category/>
</cp:coreProperties>
</file>