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010FD" w14:textId="77777777" w:rsidR="00A85C67" w:rsidRPr="0080690F" w:rsidRDefault="00000000">
      <w:pPr>
        <w:spacing w:after="200"/>
        <w:jc w:val="center"/>
        <w:rPr>
          <w:rFonts w:cs="Arial"/>
          <w:sz w:val="24"/>
          <w:szCs w:val="24"/>
        </w:rPr>
      </w:pPr>
      <w:r w:rsidRPr="0080690F">
        <w:rPr>
          <w:rFonts w:cs="Arial"/>
          <w:b/>
          <w:sz w:val="24"/>
          <w:szCs w:val="24"/>
        </w:rPr>
        <w:t>ANEXO II</w:t>
      </w:r>
    </w:p>
    <w:p w14:paraId="32E8A5E2" w14:textId="77777777" w:rsidR="00A85C67" w:rsidRPr="0080690F" w:rsidRDefault="00000000">
      <w:pPr>
        <w:spacing w:after="280"/>
        <w:jc w:val="center"/>
        <w:rPr>
          <w:rFonts w:cs="Arial"/>
          <w:sz w:val="24"/>
          <w:szCs w:val="24"/>
        </w:rPr>
      </w:pPr>
      <w:r w:rsidRPr="0080690F">
        <w:rPr>
          <w:rFonts w:cs="Arial"/>
          <w:b/>
          <w:sz w:val="24"/>
          <w:szCs w:val="24"/>
        </w:rPr>
        <w:t>QUADRO DE PONTUAÇÃO DECLARADA</w:t>
      </w:r>
    </w:p>
    <w:p w14:paraId="78BC9824" w14:textId="77777777" w:rsidR="0080690F" w:rsidRPr="0080690F" w:rsidRDefault="0080690F">
      <w:pPr>
        <w:rPr>
          <w:rFonts w:cs="Arial"/>
          <w:sz w:val="24"/>
          <w:szCs w:val="24"/>
        </w:rPr>
      </w:pPr>
    </w:p>
    <w:p w14:paraId="22309F34" w14:textId="79F67BC6" w:rsidR="00A85C67" w:rsidRPr="0080690F" w:rsidRDefault="00000000" w:rsidP="0080690F">
      <w:pPr>
        <w:jc w:val="both"/>
        <w:rPr>
          <w:rFonts w:cs="Arial"/>
          <w:b/>
          <w:bCs/>
          <w:sz w:val="24"/>
          <w:szCs w:val="24"/>
        </w:rPr>
      </w:pPr>
      <w:r w:rsidRPr="0080690F">
        <w:rPr>
          <w:rFonts w:cs="Arial"/>
          <w:b/>
          <w:bCs/>
          <w:sz w:val="24"/>
          <w:szCs w:val="24"/>
        </w:rPr>
        <w:t xml:space="preserve">NOME: </w:t>
      </w:r>
      <w:r w:rsidR="0080690F" w:rsidRPr="0080690F">
        <w:rPr>
          <w:rFonts w:cs="Arial"/>
          <w:b/>
          <w:bCs/>
          <w:sz w:val="24"/>
          <w:szCs w:val="24"/>
        </w:rPr>
        <w:t>……………………………………………………………………………………………</w:t>
      </w:r>
    </w:p>
    <w:p w14:paraId="40A20A12" w14:textId="77777777" w:rsidR="0080690F" w:rsidRPr="0080690F" w:rsidRDefault="0080690F">
      <w:pPr>
        <w:rPr>
          <w:rFonts w:cs="Arial"/>
          <w:sz w:val="24"/>
          <w:szCs w:val="24"/>
        </w:rPr>
      </w:pPr>
    </w:p>
    <w:p w14:paraId="14DD3425" w14:textId="77777777" w:rsidR="0080690F" w:rsidRPr="0080690F" w:rsidRDefault="0080690F">
      <w:pPr>
        <w:rPr>
          <w:rFonts w:cs="Arial"/>
          <w:sz w:val="24"/>
          <w:szCs w:val="24"/>
        </w:rPr>
      </w:pPr>
    </w:p>
    <w:p w14:paraId="26F6166D" w14:textId="77777777" w:rsidR="0080690F" w:rsidRPr="0080690F" w:rsidRDefault="0080690F">
      <w:pPr>
        <w:rPr>
          <w:rFonts w:cs="Arial"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3123"/>
        <w:gridCol w:w="1877"/>
        <w:gridCol w:w="1003"/>
        <w:gridCol w:w="2420"/>
      </w:tblGrid>
      <w:tr w:rsidR="00A85C67" w:rsidRPr="0080690F" w14:paraId="5C82C3B3" w14:textId="77777777" w:rsidTr="0080690F">
        <w:trPr>
          <w:jc w:val="center"/>
        </w:trPr>
        <w:tc>
          <w:tcPr>
            <w:tcW w:w="993" w:type="dxa"/>
            <w:shd w:val="clear" w:color="auto" w:fill="D9EAF7"/>
            <w:vAlign w:val="center"/>
          </w:tcPr>
          <w:p w14:paraId="3E584809" w14:textId="77777777" w:rsidR="00A85C67" w:rsidRPr="0080690F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b/>
                <w:sz w:val="24"/>
                <w:szCs w:val="24"/>
              </w:rPr>
              <w:t>ITEM</w:t>
            </w:r>
          </w:p>
        </w:tc>
        <w:tc>
          <w:tcPr>
            <w:tcW w:w="3123" w:type="dxa"/>
            <w:shd w:val="clear" w:color="auto" w:fill="D9EAF7"/>
            <w:vAlign w:val="center"/>
          </w:tcPr>
          <w:p w14:paraId="5BD0594F" w14:textId="77777777" w:rsidR="00A85C67" w:rsidRPr="0080690F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b/>
                <w:sz w:val="24"/>
                <w:szCs w:val="24"/>
              </w:rPr>
              <w:t>CRITÉRIO</w:t>
            </w:r>
          </w:p>
        </w:tc>
        <w:tc>
          <w:tcPr>
            <w:tcW w:w="1877" w:type="dxa"/>
            <w:shd w:val="clear" w:color="auto" w:fill="D9EAF7"/>
            <w:vAlign w:val="center"/>
          </w:tcPr>
          <w:p w14:paraId="62FF15F2" w14:textId="77777777" w:rsidR="00A85C67" w:rsidRPr="0080690F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b/>
                <w:sz w:val="24"/>
                <w:szCs w:val="24"/>
              </w:rPr>
              <w:t>PONTUAÇÃO</w:t>
            </w:r>
          </w:p>
        </w:tc>
        <w:tc>
          <w:tcPr>
            <w:tcW w:w="1003" w:type="dxa"/>
            <w:shd w:val="clear" w:color="auto" w:fill="D9EAF7"/>
            <w:vAlign w:val="center"/>
          </w:tcPr>
          <w:p w14:paraId="6EF9D47B" w14:textId="77777777" w:rsidR="00A85C67" w:rsidRPr="0080690F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b/>
                <w:sz w:val="24"/>
                <w:szCs w:val="24"/>
              </w:rPr>
              <w:t>LIMITE</w:t>
            </w:r>
          </w:p>
        </w:tc>
        <w:tc>
          <w:tcPr>
            <w:tcW w:w="2420" w:type="dxa"/>
            <w:shd w:val="clear" w:color="auto" w:fill="D9EAF7"/>
            <w:vAlign w:val="center"/>
          </w:tcPr>
          <w:p w14:paraId="01595E49" w14:textId="77777777" w:rsidR="00A85C67" w:rsidRPr="0080690F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b/>
                <w:sz w:val="24"/>
                <w:szCs w:val="24"/>
              </w:rPr>
              <w:t>PONTUAÇÃO</w:t>
            </w:r>
            <w:r w:rsidRPr="0080690F">
              <w:rPr>
                <w:rFonts w:cs="Arial"/>
                <w:b/>
                <w:sz w:val="24"/>
                <w:szCs w:val="24"/>
              </w:rPr>
              <w:br/>
              <w:t>DECLARADA / BANCA</w:t>
            </w:r>
          </w:p>
        </w:tc>
      </w:tr>
      <w:tr w:rsidR="00A85C67" w:rsidRPr="0080690F" w14:paraId="31849CA2" w14:textId="77777777" w:rsidTr="0080690F">
        <w:trPr>
          <w:jc w:val="center"/>
        </w:trPr>
        <w:tc>
          <w:tcPr>
            <w:tcW w:w="9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A982D" w14:textId="77777777" w:rsidR="00A85C67" w:rsidRPr="0080690F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31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CB5BE" w14:textId="77777777" w:rsidR="00A85C67" w:rsidRPr="0080690F" w:rsidRDefault="00000000" w:rsidP="0080690F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sz w:val="24"/>
                <w:szCs w:val="24"/>
              </w:rPr>
              <w:t>Graduação em</w:t>
            </w:r>
            <w:r w:rsidRPr="0080690F">
              <w:rPr>
                <w:rFonts w:cs="Arial"/>
                <w:sz w:val="24"/>
                <w:szCs w:val="24"/>
              </w:rPr>
              <w:br/>
              <w:t>Licenciatura em</w:t>
            </w:r>
            <w:r w:rsidRPr="0080690F">
              <w:rPr>
                <w:rFonts w:cs="Arial"/>
                <w:sz w:val="24"/>
                <w:szCs w:val="24"/>
              </w:rPr>
              <w:br/>
              <w:t>Pedagogia</w:t>
            </w:r>
          </w:p>
        </w:tc>
        <w:tc>
          <w:tcPr>
            <w:tcW w:w="187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4E0C3" w14:textId="77777777" w:rsidR="00A85C67" w:rsidRPr="0080690F" w:rsidRDefault="00000000" w:rsidP="0080690F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sz w:val="24"/>
                <w:szCs w:val="24"/>
              </w:rPr>
              <w:t>30 pontos</w:t>
            </w:r>
          </w:p>
        </w:tc>
        <w:tc>
          <w:tcPr>
            <w:tcW w:w="10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0F6F29" w14:textId="77777777" w:rsidR="00A85C67" w:rsidRPr="0080690F" w:rsidRDefault="00000000" w:rsidP="0080690F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sz w:val="24"/>
                <w:szCs w:val="24"/>
              </w:rPr>
              <w:t>30</w:t>
            </w:r>
          </w:p>
        </w:tc>
        <w:tc>
          <w:tcPr>
            <w:tcW w:w="24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834F6" w14:textId="77777777" w:rsidR="00A85C67" w:rsidRPr="0080690F" w:rsidRDefault="00A85C67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A85C67" w:rsidRPr="0080690F" w14:paraId="40F4835B" w14:textId="77777777" w:rsidTr="0080690F">
        <w:trPr>
          <w:jc w:val="center"/>
        </w:trPr>
        <w:tc>
          <w:tcPr>
            <w:tcW w:w="9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9AF78" w14:textId="77777777" w:rsidR="00A85C67" w:rsidRPr="0080690F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31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D6669" w14:textId="77777777" w:rsidR="00A85C67" w:rsidRPr="0080690F" w:rsidRDefault="00000000" w:rsidP="0080690F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sz w:val="24"/>
                <w:szCs w:val="24"/>
              </w:rPr>
              <w:t>Graduação em outra</w:t>
            </w:r>
            <w:r w:rsidRPr="0080690F">
              <w:rPr>
                <w:rFonts w:cs="Arial"/>
                <w:sz w:val="24"/>
                <w:szCs w:val="24"/>
              </w:rPr>
              <w:br/>
              <w:t>Licenciatura</w:t>
            </w:r>
          </w:p>
        </w:tc>
        <w:tc>
          <w:tcPr>
            <w:tcW w:w="187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E9F7E" w14:textId="77777777" w:rsidR="00A85C67" w:rsidRPr="0080690F" w:rsidRDefault="00000000" w:rsidP="0080690F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sz w:val="24"/>
                <w:szCs w:val="24"/>
              </w:rPr>
              <w:t>20 pontos</w:t>
            </w:r>
          </w:p>
        </w:tc>
        <w:tc>
          <w:tcPr>
            <w:tcW w:w="10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953FA" w14:textId="77777777" w:rsidR="00A85C67" w:rsidRPr="0080690F" w:rsidRDefault="00000000" w:rsidP="0080690F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sz w:val="24"/>
                <w:szCs w:val="24"/>
              </w:rPr>
              <w:t>20</w:t>
            </w:r>
          </w:p>
        </w:tc>
        <w:tc>
          <w:tcPr>
            <w:tcW w:w="24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7884B" w14:textId="77777777" w:rsidR="00A85C67" w:rsidRPr="0080690F" w:rsidRDefault="00A85C67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A85C67" w:rsidRPr="0080690F" w14:paraId="279ABAAE" w14:textId="77777777" w:rsidTr="0080690F">
        <w:trPr>
          <w:jc w:val="center"/>
        </w:trPr>
        <w:tc>
          <w:tcPr>
            <w:tcW w:w="9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60194A" w14:textId="77777777" w:rsidR="00A85C67" w:rsidRPr="0080690F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31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726EB" w14:textId="77777777" w:rsidR="00A85C67" w:rsidRPr="0080690F" w:rsidRDefault="00000000" w:rsidP="0080690F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sz w:val="24"/>
                <w:szCs w:val="24"/>
              </w:rPr>
              <w:t>Experiência comprovada</w:t>
            </w:r>
            <w:r w:rsidRPr="0080690F">
              <w:rPr>
                <w:rFonts w:cs="Arial"/>
                <w:sz w:val="24"/>
                <w:szCs w:val="24"/>
              </w:rPr>
              <w:br/>
              <w:t>em EaD</w:t>
            </w:r>
          </w:p>
        </w:tc>
        <w:tc>
          <w:tcPr>
            <w:tcW w:w="187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CC2BD" w14:textId="77777777" w:rsidR="00A85C67" w:rsidRPr="0080690F" w:rsidRDefault="00000000" w:rsidP="0080690F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sz w:val="24"/>
                <w:szCs w:val="24"/>
              </w:rPr>
              <w:t>2 pontos por mês</w:t>
            </w:r>
          </w:p>
        </w:tc>
        <w:tc>
          <w:tcPr>
            <w:tcW w:w="10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79D6E" w14:textId="77777777" w:rsidR="00A85C67" w:rsidRPr="0080690F" w:rsidRDefault="00000000" w:rsidP="0080690F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24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F7DD1" w14:textId="77777777" w:rsidR="00A85C67" w:rsidRPr="0080690F" w:rsidRDefault="00A85C67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A85C67" w:rsidRPr="0080690F" w14:paraId="2C08E073" w14:textId="77777777" w:rsidTr="0080690F">
        <w:trPr>
          <w:jc w:val="center"/>
        </w:trPr>
        <w:tc>
          <w:tcPr>
            <w:tcW w:w="9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87382" w14:textId="77777777" w:rsidR="00A85C67" w:rsidRPr="0080690F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31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43B4F" w14:textId="77777777" w:rsidR="00A85C67" w:rsidRPr="0080690F" w:rsidRDefault="00000000" w:rsidP="0080690F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sz w:val="24"/>
                <w:szCs w:val="24"/>
              </w:rPr>
              <w:t>Classificação no ingresso</w:t>
            </w:r>
            <w:r w:rsidRPr="0080690F">
              <w:rPr>
                <w:rFonts w:cs="Arial"/>
                <w:sz w:val="24"/>
                <w:szCs w:val="24"/>
              </w:rPr>
              <w:br/>
              <w:t>da especialização: 1º–5º</w:t>
            </w:r>
            <w:r w:rsidRPr="0080690F">
              <w:rPr>
                <w:rFonts w:cs="Arial"/>
                <w:sz w:val="24"/>
                <w:szCs w:val="24"/>
              </w:rPr>
              <w:br/>
              <w:t>= 40; 6º–10º = 30; 11º–</w:t>
            </w:r>
            <w:r w:rsidRPr="0080690F">
              <w:rPr>
                <w:rFonts w:cs="Arial"/>
                <w:sz w:val="24"/>
                <w:szCs w:val="24"/>
              </w:rPr>
              <w:br/>
              <w:t>20º = 20; 21º–30º = 10</w:t>
            </w:r>
          </w:p>
        </w:tc>
        <w:tc>
          <w:tcPr>
            <w:tcW w:w="187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433EC" w14:textId="77777777" w:rsidR="00A85C67" w:rsidRPr="0080690F" w:rsidRDefault="00000000" w:rsidP="0080690F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sz w:val="24"/>
                <w:szCs w:val="24"/>
              </w:rPr>
              <w:t>Conforme faixa</w:t>
            </w:r>
          </w:p>
        </w:tc>
        <w:tc>
          <w:tcPr>
            <w:tcW w:w="10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89FA1" w14:textId="2A0B1379" w:rsidR="00A85C67" w:rsidRPr="0080690F" w:rsidRDefault="0080690F" w:rsidP="0080690F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  <w:r w:rsidR="00000000" w:rsidRPr="0080690F"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24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0B47D" w14:textId="77777777" w:rsidR="00A85C67" w:rsidRPr="0080690F" w:rsidRDefault="00A85C67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A85C67" w:rsidRPr="0080690F" w14:paraId="243B8CC7" w14:textId="77777777" w:rsidTr="0080690F">
        <w:trPr>
          <w:jc w:val="center"/>
        </w:trPr>
        <w:tc>
          <w:tcPr>
            <w:tcW w:w="9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768BA" w14:textId="77777777" w:rsidR="00A85C67" w:rsidRPr="0080690F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31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99651" w14:textId="77777777" w:rsidR="00A85C67" w:rsidRPr="0080690F" w:rsidRDefault="00000000" w:rsidP="0080690F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sz w:val="24"/>
                <w:szCs w:val="24"/>
              </w:rPr>
              <w:t>Classificação no ingresso</w:t>
            </w:r>
            <w:r w:rsidRPr="0080690F">
              <w:rPr>
                <w:rFonts w:cs="Arial"/>
                <w:sz w:val="24"/>
                <w:szCs w:val="24"/>
              </w:rPr>
              <w:br/>
              <w:t>do mestrado profissional:</w:t>
            </w:r>
            <w:r w:rsidRPr="0080690F">
              <w:rPr>
                <w:rFonts w:cs="Arial"/>
                <w:sz w:val="24"/>
                <w:szCs w:val="24"/>
              </w:rPr>
              <w:br/>
              <w:t>1º–5º = 30; 6º–10º = 20;</w:t>
            </w:r>
            <w:r w:rsidRPr="0080690F">
              <w:rPr>
                <w:rFonts w:cs="Arial"/>
                <w:sz w:val="24"/>
                <w:szCs w:val="24"/>
              </w:rPr>
              <w:br/>
              <w:t>11º–20º = 10; 21º–30º = 5</w:t>
            </w:r>
          </w:p>
        </w:tc>
        <w:tc>
          <w:tcPr>
            <w:tcW w:w="187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866E2" w14:textId="77777777" w:rsidR="00A85C67" w:rsidRPr="0080690F" w:rsidRDefault="00000000" w:rsidP="0080690F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sz w:val="24"/>
                <w:szCs w:val="24"/>
              </w:rPr>
              <w:t>Conforme faixa</w:t>
            </w:r>
          </w:p>
        </w:tc>
        <w:tc>
          <w:tcPr>
            <w:tcW w:w="10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FD48D" w14:textId="6B4D9EF1" w:rsidR="00A85C67" w:rsidRPr="0080690F" w:rsidRDefault="0080690F" w:rsidP="0080690F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  <w:r w:rsidR="00000000" w:rsidRPr="0080690F"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24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A0702" w14:textId="77777777" w:rsidR="00A85C67" w:rsidRPr="0080690F" w:rsidRDefault="00A85C67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A85C67" w:rsidRPr="0080690F" w14:paraId="7175AF11" w14:textId="77777777" w:rsidTr="0080690F">
        <w:trPr>
          <w:jc w:val="center"/>
        </w:trPr>
        <w:tc>
          <w:tcPr>
            <w:tcW w:w="9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478D9" w14:textId="77777777" w:rsidR="00A85C67" w:rsidRPr="0080690F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sz w:val="24"/>
                <w:szCs w:val="24"/>
              </w:rPr>
              <w:t>6</w:t>
            </w:r>
          </w:p>
        </w:tc>
        <w:tc>
          <w:tcPr>
            <w:tcW w:w="31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CEC68" w14:textId="77777777" w:rsidR="00A85C67" w:rsidRPr="0080690F" w:rsidRDefault="00000000" w:rsidP="0080690F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sz w:val="24"/>
                <w:szCs w:val="24"/>
              </w:rPr>
              <w:t>Rendimento acadêmico</w:t>
            </w:r>
            <w:r w:rsidRPr="0080690F">
              <w:rPr>
                <w:rFonts w:cs="Arial"/>
                <w:sz w:val="24"/>
                <w:szCs w:val="24"/>
              </w:rPr>
              <w:br/>
              <w:t>no curso de pós-</w:t>
            </w:r>
            <w:r w:rsidRPr="0080690F">
              <w:rPr>
                <w:rFonts w:cs="Arial"/>
                <w:sz w:val="24"/>
                <w:szCs w:val="24"/>
              </w:rPr>
              <w:br/>
              <w:t>graduação</w:t>
            </w:r>
          </w:p>
        </w:tc>
        <w:tc>
          <w:tcPr>
            <w:tcW w:w="187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627E1" w14:textId="77777777" w:rsidR="00A85C67" w:rsidRPr="0080690F" w:rsidRDefault="00000000" w:rsidP="0080690F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sz w:val="24"/>
                <w:szCs w:val="24"/>
              </w:rPr>
              <w:t>Até 10 pontos, conforme</w:t>
            </w:r>
            <w:r w:rsidRPr="0080690F">
              <w:rPr>
                <w:rFonts w:cs="Arial"/>
                <w:sz w:val="24"/>
                <w:szCs w:val="24"/>
              </w:rPr>
              <w:br/>
              <w:t>índice acadêmico</w:t>
            </w:r>
            <w:r w:rsidRPr="0080690F">
              <w:rPr>
                <w:rFonts w:cs="Arial"/>
                <w:sz w:val="24"/>
                <w:szCs w:val="24"/>
              </w:rPr>
              <w:br/>
              <w:t>constante no SUAP</w:t>
            </w:r>
          </w:p>
        </w:tc>
        <w:tc>
          <w:tcPr>
            <w:tcW w:w="10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48AE7" w14:textId="77777777" w:rsidR="00A85C67" w:rsidRPr="0080690F" w:rsidRDefault="00000000" w:rsidP="0080690F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24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1812E" w14:textId="77777777" w:rsidR="00A85C67" w:rsidRPr="0080690F" w:rsidRDefault="00A85C67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A85C67" w:rsidRPr="0080690F" w14:paraId="155D2FCD" w14:textId="77777777" w:rsidTr="0080690F">
        <w:trPr>
          <w:jc w:val="center"/>
        </w:trPr>
        <w:tc>
          <w:tcPr>
            <w:tcW w:w="9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A102B" w14:textId="77777777" w:rsidR="00A85C67" w:rsidRPr="0080690F" w:rsidRDefault="00A85C67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B182A" w14:textId="77777777" w:rsidR="00A85C67" w:rsidRPr="0080690F" w:rsidRDefault="00000000">
            <w:pPr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b/>
                <w:sz w:val="24"/>
                <w:szCs w:val="24"/>
              </w:rPr>
              <w:t>TOTAL MÁXIMO</w:t>
            </w:r>
          </w:p>
        </w:tc>
        <w:tc>
          <w:tcPr>
            <w:tcW w:w="187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AD53B" w14:textId="77777777" w:rsidR="00A85C67" w:rsidRPr="0080690F" w:rsidRDefault="00A85C67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30756" w14:textId="77777777" w:rsidR="00A85C67" w:rsidRPr="0080690F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80690F">
              <w:rPr>
                <w:rFonts w:cs="Arial"/>
                <w:b/>
                <w:sz w:val="24"/>
                <w:szCs w:val="24"/>
              </w:rPr>
              <w:t>120</w:t>
            </w:r>
          </w:p>
        </w:tc>
        <w:tc>
          <w:tcPr>
            <w:tcW w:w="24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D2BFB" w14:textId="77777777" w:rsidR="00A85C67" w:rsidRPr="0080690F" w:rsidRDefault="00A85C67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14:paraId="32FF9714" w14:textId="77777777" w:rsidR="00A85C67" w:rsidRPr="0080690F" w:rsidRDefault="00000000">
      <w:pPr>
        <w:spacing w:before="200"/>
        <w:jc w:val="both"/>
        <w:rPr>
          <w:rFonts w:cs="Arial"/>
          <w:sz w:val="24"/>
          <w:szCs w:val="24"/>
        </w:rPr>
      </w:pPr>
      <w:proofErr w:type="spellStart"/>
      <w:r w:rsidRPr="0080690F">
        <w:rPr>
          <w:rFonts w:cs="Arial"/>
          <w:sz w:val="24"/>
          <w:szCs w:val="24"/>
        </w:rPr>
        <w:t>Observações</w:t>
      </w:r>
      <w:proofErr w:type="spellEnd"/>
      <w:r w:rsidRPr="0080690F">
        <w:rPr>
          <w:rFonts w:cs="Arial"/>
          <w:sz w:val="24"/>
          <w:szCs w:val="24"/>
        </w:rPr>
        <w:t xml:space="preserve">: (a) </w:t>
      </w:r>
      <w:proofErr w:type="spellStart"/>
      <w:r w:rsidRPr="0080690F">
        <w:rPr>
          <w:rFonts w:cs="Arial"/>
          <w:sz w:val="24"/>
          <w:szCs w:val="24"/>
        </w:rPr>
        <w:t>os</w:t>
      </w:r>
      <w:proofErr w:type="spellEnd"/>
      <w:r w:rsidRPr="0080690F">
        <w:rPr>
          <w:rFonts w:cs="Arial"/>
          <w:sz w:val="24"/>
          <w:szCs w:val="24"/>
        </w:rPr>
        <w:t xml:space="preserve"> </w:t>
      </w:r>
      <w:proofErr w:type="spellStart"/>
      <w:r w:rsidRPr="0080690F">
        <w:rPr>
          <w:rFonts w:cs="Arial"/>
          <w:sz w:val="24"/>
          <w:szCs w:val="24"/>
        </w:rPr>
        <w:t>itens</w:t>
      </w:r>
      <w:proofErr w:type="spellEnd"/>
      <w:r w:rsidRPr="0080690F">
        <w:rPr>
          <w:rFonts w:cs="Arial"/>
          <w:sz w:val="24"/>
          <w:szCs w:val="24"/>
        </w:rPr>
        <w:t xml:space="preserve"> 1 e 2 não são cumulativos; (b) os itens 4 e 5 não são cumulativos e será considerado apenas o correspondente ao curso em que o(a) candidato(a) esteja matriculado(a); (c) experiências concomitantes serão contabilizadas uma única vez; (d) a Comissão poderá corrigir a pontuação declarada.</w:t>
      </w:r>
    </w:p>
    <w:sectPr w:rsidR="00A85C67" w:rsidRPr="0080690F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1176539">
    <w:abstractNumId w:val="8"/>
  </w:num>
  <w:num w:numId="2" w16cid:durableId="2028677362">
    <w:abstractNumId w:val="6"/>
  </w:num>
  <w:num w:numId="3" w16cid:durableId="255942051">
    <w:abstractNumId w:val="5"/>
  </w:num>
  <w:num w:numId="4" w16cid:durableId="2075473176">
    <w:abstractNumId w:val="4"/>
  </w:num>
  <w:num w:numId="5" w16cid:durableId="1231423513">
    <w:abstractNumId w:val="7"/>
  </w:num>
  <w:num w:numId="6" w16cid:durableId="1355039736">
    <w:abstractNumId w:val="3"/>
  </w:num>
  <w:num w:numId="7" w16cid:durableId="688071651">
    <w:abstractNumId w:val="2"/>
  </w:num>
  <w:num w:numId="8" w16cid:durableId="279804367">
    <w:abstractNumId w:val="1"/>
  </w:num>
  <w:num w:numId="9" w16cid:durableId="1298952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0690F"/>
    <w:rsid w:val="008755E3"/>
    <w:rsid w:val="00A85C6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2D9CE8"/>
  <w14:defaultImageDpi w14:val="300"/>
  <w15:docId w15:val="{8A07B118-3E35-42F6-BFD5-C3D4662E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Fabio Henrique Dyszy</cp:lastModifiedBy>
  <cp:revision>2</cp:revision>
  <dcterms:created xsi:type="dcterms:W3CDTF">2013-12-23T23:15:00Z</dcterms:created>
  <dcterms:modified xsi:type="dcterms:W3CDTF">2026-08-19T19:06:00Z</dcterms:modified>
  <cp:category/>
</cp:coreProperties>
</file>