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8AE7" w14:textId="77777777" w:rsidR="00BA5F33" w:rsidRDefault="00000000">
      <w:pPr>
        <w:spacing w:after="200"/>
        <w:jc w:val="center"/>
      </w:pPr>
      <w:r>
        <w:rPr>
          <w:b/>
          <w:sz w:val="24"/>
        </w:rPr>
        <w:t>ANEXO IV</w:t>
      </w:r>
    </w:p>
    <w:p w14:paraId="1174A4A0" w14:textId="77777777" w:rsidR="00BA5F33" w:rsidRDefault="00000000">
      <w:pPr>
        <w:spacing w:after="280"/>
        <w:jc w:val="center"/>
        <w:rPr>
          <w:b/>
          <w:sz w:val="24"/>
        </w:rPr>
      </w:pPr>
      <w:r>
        <w:rPr>
          <w:b/>
          <w:sz w:val="24"/>
        </w:rPr>
        <w:t>AUTODECLARAÇÃO ÉTNICO-RACIAL – PESSOA PRETA OU PARDA</w:t>
      </w:r>
    </w:p>
    <w:p w14:paraId="2095AEF1" w14:textId="77777777" w:rsidR="005A0600" w:rsidRDefault="005A0600">
      <w:pPr>
        <w:spacing w:after="280"/>
        <w:jc w:val="center"/>
      </w:pPr>
    </w:p>
    <w:p w14:paraId="42DC4665" w14:textId="39F184B4" w:rsidR="00BA5F33" w:rsidRDefault="00000000" w:rsidP="005A0600">
      <w:pPr>
        <w:spacing w:line="600" w:lineRule="auto"/>
        <w:jc w:val="both"/>
      </w:pPr>
      <w:r>
        <w:t xml:space="preserve">Eu, </w:t>
      </w:r>
      <w:r w:rsidR="005A0600">
        <w:t>…………………………………………………………………………………………………………..</w:t>
      </w:r>
      <w:r>
        <w:t>, CPF nº</w:t>
      </w:r>
      <w:r w:rsidR="005A0600">
        <w:t>………………………………………………….</w:t>
      </w:r>
      <w:r>
        <w:t xml:space="preserve">, candidato(a) neste Processo Seletivo e </w:t>
      </w:r>
      <w:proofErr w:type="spellStart"/>
      <w:r>
        <w:t>optante</w:t>
      </w:r>
      <w:proofErr w:type="spellEnd"/>
      <w:r>
        <w:t xml:space="preserve"> pela </w:t>
      </w:r>
      <w:proofErr w:type="spellStart"/>
      <w:r>
        <w:t>reserva</w:t>
      </w:r>
      <w:proofErr w:type="spellEnd"/>
      <w:r>
        <w:t xml:space="preserve"> PPIQ,</w:t>
      </w:r>
      <w:r w:rsidR="005A0600">
        <w:t xml:space="preserve"> </w:t>
      </w:r>
      <w:proofErr w:type="spellStart"/>
      <w:r>
        <w:t>autodeclaro</w:t>
      </w:r>
      <w:proofErr w:type="spellEnd"/>
      <w:r>
        <w:t>-me:</w:t>
      </w:r>
    </w:p>
    <w:p w14:paraId="297E44EB" w14:textId="77777777" w:rsidR="005A0600" w:rsidRDefault="005A0600" w:rsidP="005A0600">
      <w:pPr>
        <w:jc w:val="both"/>
      </w:pPr>
    </w:p>
    <w:p w14:paraId="17857A58" w14:textId="77777777" w:rsidR="00BA5F33" w:rsidRDefault="00000000" w:rsidP="005A0600">
      <w:pPr>
        <w:jc w:val="center"/>
      </w:pPr>
      <w:r>
        <w:t>(   ) pessoa preta                         (   ) pessoa parda</w:t>
      </w:r>
    </w:p>
    <w:p w14:paraId="262388E5" w14:textId="77777777" w:rsidR="005A0600" w:rsidRDefault="005A0600">
      <w:pPr>
        <w:spacing w:after="400"/>
      </w:pPr>
    </w:p>
    <w:p w14:paraId="76B339CA" w14:textId="6C26C369" w:rsidR="00BA5F33" w:rsidRDefault="00000000" w:rsidP="005A0600">
      <w:pPr>
        <w:spacing w:after="400"/>
        <w:jc w:val="both"/>
      </w:pPr>
      <w:r>
        <w:t xml:space="preserve">Declaro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de que a autodeclaração poderá ser submetida a procedimento de heteroidentificação, no qual serão considerados exclusivamente os aspectos fenotípicos, e de que a prestação de informação falsa poderá acarretar exclusão do processo seletivo e demais consequências legais.</w:t>
      </w:r>
    </w:p>
    <w:p w14:paraId="1383569F" w14:textId="77777777" w:rsidR="005A0600" w:rsidRDefault="005A0600" w:rsidP="005A0600">
      <w:pPr>
        <w:spacing w:after="440"/>
        <w:jc w:val="right"/>
      </w:pPr>
    </w:p>
    <w:p w14:paraId="6776830D" w14:textId="3BDFCB34" w:rsidR="005A0600" w:rsidRDefault="005A0600" w:rsidP="005A0600">
      <w:pPr>
        <w:spacing w:after="440"/>
        <w:jc w:val="right"/>
      </w:pPr>
      <w:r>
        <w:t>Rio Verde/GO, ………………. de ………………………. de ………………….</w:t>
      </w:r>
    </w:p>
    <w:p w14:paraId="1D543189" w14:textId="77777777" w:rsidR="005A0600" w:rsidRDefault="005A0600" w:rsidP="005A0600">
      <w:pPr>
        <w:spacing w:after="440"/>
        <w:jc w:val="both"/>
      </w:pPr>
    </w:p>
    <w:p w14:paraId="41FD0433" w14:textId="77777777" w:rsidR="005A0600" w:rsidRDefault="005A0600" w:rsidP="005A0600">
      <w:pPr>
        <w:spacing w:after="440"/>
        <w:jc w:val="both"/>
      </w:pPr>
    </w:p>
    <w:p w14:paraId="2296F18B" w14:textId="77777777" w:rsidR="005A0600" w:rsidRDefault="005A0600" w:rsidP="005A0600">
      <w:pPr>
        <w:spacing w:before="560"/>
        <w:jc w:val="center"/>
      </w:pPr>
      <w:r>
        <w:t>____________________________________________</w:t>
      </w:r>
    </w:p>
    <w:p w14:paraId="13BD333F" w14:textId="3D2B2965" w:rsidR="005A0600" w:rsidRDefault="005A0600" w:rsidP="005A0600">
      <w:pPr>
        <w:jc w:val="center"/>
      </w:pPr>
      <w:proofErr w:type="spellStart"/>
      <w:r>
        <w:t>Assinatura</w:t>
      </w:r>
      <w:proofErr w:type="spellEnd"/>
      <w:r>
        <w:t xml:space="preserve"> do(a) </w:t>
      </w:r>
      <w:proofErr w:type="spellStart"/>
      <w:r>
        <w:t>declarante</w:t>
      </w:r>
      <w:proofErr w:type="spellEnd"/>
    </w:p>
    <w:p w14:paraId="4DAE8296" w14:textId="32905E18" w:rsidR="00BA5F33" w:rsidRDefault="00BA5F33" w:rsidP="005A0600"/>
    <w:sectPr w:rsidR="00BA5F33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7784049">
    <w:abstractNumId w:val="8"/>
  </w:num>
  <w:num w:numId="2" w16cid:durableId="1105467306">
    <w:abstractNumId w:val="6"/>
  </w:num>
  <w:num w:numId="3" w16cid:durableId="766074459">
    <w:abstractNumId w:val="5"/>
  </w:num>
  <w:num w:numId="4" w16cid:durableId="1227762220">
    <w:abstractNumId w:val="4"/>
  </w:num>
  <w:num w:numId="5" w16cid:durableId="1218274604">
    <w:abstractNumId w:val="7"/>
  </w:num>
  <w:num w:numId="6" w16cid:durableId="865288852">
    <w:abstractNumId w:val="3"/>
  </w:num>
  <w:num w:numId="7" w16cid:durableId="610481616">
    <w:abstractNumId w:val="2"/>
  </w:num>
  <w:num w:numId="8" w16cid:durableId="1706439606">
    <w:abstractNumId w:val="1"/>
  </w:num>
  <w:num w:numId="9" w16cid:durableId="144025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0600"/>
    <w:rsid w:val="008755E3"/>
    <w:rsid w:val="00AA1D8D"/>
    <w:rsid w:val="00B47730"/>
    <w:rsid w:val="00BA5F3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78BB3"/>
  <w14:defaultImageDpi w14:val="300"/>
  <w15:docId w15:val="{8A07B118-3E35-42F6-BFD5-C3D4662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Fabio Henrique Dyszy</cp:lastModifiedBy>
  <cp:revision>2</cp:revision>
  <dcterms:created xsi:type="dcterms:W3CDTF">2013-12-23T23:15:00Z</dcterms:created>
  <dcterms:modified xsi:type="dcterms:W3CDTF">2026-08-19T19:02:00Z</dcterms:modified>
  <cp:category/>
</cp:coreProperties>
</file>