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FB31B" w14:textId="77777777" w:rsidR="00D7013D" w:rsidRDefault="00000000">
      <w:pPr>
        <w:spacing w:after="200"/>
        <w:jc w:val="center"/>
      </w:pPr>
      <w:r>
        <w:rPr>
          <w:b/>
          <w:sz w:val="24"/>
        </w:rPr>
        <w:t>ANEXO I</w:t>
      </w:r>
    </w:p>
    <w:p w14:paraId="30D6F497" w14:textId="77777777" w:rsidR="00D7013D" w:rsidRDefault="00000000">
      <w:pPr>
        <w:spacing w:after="280"/>
        <w:jc w:val="center"/>
        <w:rPr>
          <w:b/>
          <w:sz w:val="24"/>
        </w:rPr>
      </w:pPr>
      <w:r>
        <w:rPr>
          <w:b/>
          <w:sz w:val="24"/>
        </w:rPr>
        <w:t>REQUERIMENTO DE INCLUSÃO E USO DO NOME SOCIAL</w:t>
      </w:r>
    </w:p>
    <w:p w14:paraId="1F277122" w14:textId="77777777" w:rsidR="00D23516" w:rsidRDefault="00D23516">
      <w:pPr>
        <w:spacing w:after="280"/>
        <w:jc w:val="center"/>
      </w:pPr>
    </w:p>
    <w:p w14:paraId="0AC2F07D" w14:textId="69C63333" w:rsidR="00D23516" w:rsidRDefault="00000000" w:rsidP="00D23516">
      <w:pPr>
        <w:spacing w:after="440" w:line="600" w:lineRule="auto"/>
        <w:jc w:val="both"/>
      </w:pPr>
      <w:r>
        <w:t xml:space="preserve">Nos termos do Decreto Federal nº 8.727, de 28 de </w:t>
      </w:r>
      <w:proofErr w:type="spellStart"/>
      <w:r>
        <w:t>abril</w:t>
      </w:r>
      <w:proofErr w:type="spellEnd"/>
      <w:r>
        <w:t xml:space="preserve"> de 2016, </w:t>
      </w:r>
      <w:proofErr w:type="spellStart"/>
      <w:r>
        <w:t>eu</w:t>
      </w:r>
      <w:proofErr w:type="spellEnd"/>
      <w:r>
        <w:t>,</w:t>
      </w:r>
      <w:r w:rsidR="00D23516">
        <w:t xml:space="preserve"> ……………………………… ………………………………………………………………………………………………………………</w:t>
      </w:r>
      <w:proofErr w:type="gramStart"/>
      <w:r w:rsidR="00D23516">
        <w:t>.,</w:t>
      </w:r>
      <w:proofErr w:type="spellStart"/>
      <w:r w:rsidR="00D23516">
        <w:t>p</w:t>
      </w:r>
      <w:r>
        <w:t>ortador</w:t>
      </w:r>
      <w:proofErr w:type="spellEnd"/>
      <w:proofErr w:type="gramEnd"/>
      <w:r>
        <w:t xml:space="preserve">(a) do </w:t>
      </w:r>
      <w:proofErr w:type="spellStart"/>
      <w:r>
        <w:t>documento</w:t>
      </w:r>
      <w:proofErr w:type="spellEnd"/>
      <w:r>
        <w:t xml:space="preserve"> de </w:t>
      </w:r>
      <w:proofErr w:type="spellStart"/>
      <w:r>
        <w:t>identidade</w:t>
      </w:r>
      <w:proofErr w:type="spellEnd"/>
      <w:r>
        <w:t xml:space="preserve"> nº</w:t>
      </w:r>
      <w:r w:rsidR="00D23516">
        <w:t xml:space="preserve"> ……………………………………………. e CPF ……………………………………………………</w:t>
      </w:r>
      <w:r>
        <w:t xml:space="preserve"> </w:t>
      </w:r>
      <w:proofErr w:type="spellStart"/>
      <w:r>
        <w:t>inscrito</w:t>
      </w:r>
      <w:proofErr w:type="spellEnd"/>
      <w:r>
        <w:t xml:space="preserve">(a)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Seletivo</w:t>
      </w:r>
      <w:proofErr w:type="spellEnd"/>
      <w:r>
        <w:t>, solicito</w:t>
      </w:r>
      <w:r>
        <w:br/>
        <w:t xml:space="preserve">a inclusão e o uso do </w:t>
      </w:r>
      <w:proofErr w:type="spellStart"/>
      <w:r>
        <w:t>nome</w:t>
      </w:r>
      <w:proofErr w:type="spellEnd"/>
      <w:r>
        <w:t xml:space="preserve"> social: </w:t>
      </w:r>
      <w:r w:rsidR="00D23516">
        <w:t>……………………………………………………………………… ………………………………………………………………………………………………………………..</w:t>
      </w:r>
    </w:p>
    <w:p w14:paraId="10234582" w14:textId="77777777" w:rsidR="00D23516" w:rsidRDefault="00D23516" w:rsidP="00D23516">
      <w:pPr>
        <w:spacing w:after="440"/>
        <w:jc w:val="both"/>
      </w:pPr>
    </w:p>
    <w:p w14:paraId="6E686163" w14:textId="77777777" w:rsidR="00D23516" w:rsidRDefault="00D23516" w:rsidP="00D23516">
      <w:pPr>
        <w:spacing w:after="440"/>
        <w:jc w:val="both"/>
      </w:pPr>
    </w:p>
    <w:p w14:paraId="524FA17D" w14:textId="691767A5" w:rsidR="00D7013D" w:rsidRDefault="00000000" w:rsidP="00D23516">
      <w:pPr>
        <w:spacing w:after="440"/>
        <w:jc w:val="right"/>
      </w:pPr>
      <w:r>
        <w:t xml:space="preserve">Rio Verde/GO, </w:t>
      </w:r>
      <w:r w:rsidR="00D23516">
        <w:t>………………. de ………………………. de …………………</w:t>
      </w:r>
      <w:r>
        <w:t>.</w:t>
      </w:r>
    </w:p>
    <w:p w14:paraId="311EF889" w14:textId="77777777" w:rsidR="00D23516" w:rsidRDefault="00D23516" w:rsidP="00D23516">
      <w:pPr>
        <w:spacing w:after="440"/>
        <w:jc w:val="both"/>
      </w:pPr>
    </w:p>
    <w:p w14:paraId="5C9B1AD0" w14:textId="77777777" w:rsidR="00D23516" w:rsidRDefault="00D23516" w:rsidP="00D23516">
      <w:pPr>
        <w:spacing w:after="440"/>
        <w:jc w:val="both"/>
      </w:pPr>
    </w:p>
    <w:p w14:paraId="318415AA" w14:textId="77777777" w:rsidR="00D23516" w:rsidRDefault="00D23516" w:rsidP="00D23516">
      <w:pPr>
        <w:spacing w:after="440"/>
        <w:jc w:val="both"/>
      </w:pPr>
    </w:p>
    <w:p w14:paraId="53F32A3A" w14:textId="77777777" w:rsidR="00D7013D" w:rsidRDefault="00000000">
      <w:pPr>
        <w:spacing w:before="560"/>
        <w:jc w:val="center"/>
      </w:pPr>
      <w:r>
        <w:t>____________________________________________</w:t>
      </w:r>
    </w:p>
    <w:p w14:paraId="32A7C98A" w14:textId="77777777" w:rsidR="00D7013D" w:rsidRDefault="00000000">
      <w:pPr>
        <w:jc w:val="center"/>
      </w:pPr>
      <w:r>
        <w:t>Assinatura do(a) requerente</w:t>
      </w:r>
    </w:p>
    <w:sectPr w:rsidR="00D7013D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1665953">
    <w:abstractNumId w:val="8"/>
  </w:num>
  <w:num w:numId="2" w16cid:durableId="771248620">
    <w:abstractNumId w:val="6"/>
  </w:num>
  <w:num w:numId="3" w16cid:durableId="1214922298">
    <w:abstractNumId w:val="5"/>
  </w:num>
  <w:num w:numId="4" w16cid:durableId="692607926">
    <w:abstractNumId w:val="4"/>
  </w:num>
  <w:num w:numId="5" w16cid:durableId="561061262">
    <w:abstractNumId w:val="7"/>
  </w:num>
  <w:num w:numId="6" w16cid:durableId="1405058674">
    <w:abstractNumId w:val="3"/>
  </w:num>
  <w:num w:numId="7" w16cid:durableId="124281010">
    <w:abstractNumId w:val="2"/>
  </w:num>
  <w:num w:numId="8" w16cid:durableId="1141843695">
    <w:abstractNumId w:val="1"/>
  </w:num>
  <w:num w:numId="9" w16cid:durableId="78658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755E3"/>
    <w:rsid w:val="00AA1D8D"/>
    <w:rsid w:val="00B47730"/>
    <w:rsid w:val="00CB0664"/>
    <w:rsid w:val="00D23516"/>
    <w:rsid w:val="00D701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1E7C51"/>
  <w14:defaultImageDpi w14:val="300"/>
  <w15:docId w15:val="{8A07B118-3E35-42F6-BFD5-C3D4662E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Fabio Henrique Dyszy</cp:lastModifiedBy>
  <cp:revision>2</cp:revision>
  <dcterms:created xsi:type="dcterms:W3CDTF">2013-12-23T23:15:00Z</dcterms:created>
  <dcterms:modified xsi:type="dcterms:W3CDTF">2026-08-19T18:52:00Z</dcterms:modified>
  <cp:category/>
</cp:coreProperties>
</file>