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C8CA" w14:textId="77777777" w:rsidR="004B35EF" w:rsidRDefault="00000000">
      <w:pPr>
        <w:spacing w:after="200"/>
        <w:jc w:val="center"/>
      </w:pPr>
      <w:r>
        <w:rPr>
          <w:b/>
          <w:sz w:val="24"/>
        </w:rPr>
        <w:t>ANEXO VI</w:t>
      </w:r>
    </w:p>
    <w:p w14:paraId="4B89A428" w14:textId="77777777" w:rsidR="004B35EF" w:rsidRDefault="00000000">
      <w:pPr>
        <w:spacing w:after="280"/>
        <w:jc w:val="center"/>
      </w:pPr>
      <w:r>
        <w:rPr>
          <w:b/>
          <w:sz w:val="24"/>
        </w:rPr>
        <w:t>DECLARAÇÃO DE PERTENCIMENTO ÉTNICO – QUILOMBOLA</w:t>
      </w:r>
    </w:p>
    <w:p w14:paraId="5350B830" w14:textId="77777777" w:rsidR="002A5A17" w:rsidRDefault="002A5A17" w:rsidP="002A5A17">
      <w:pPr>
        <w:jc w:val="both"/>
      </w:pPr>
    </w:p>
    <w:p w14:paraId="7A6B63E6" w14:textId="529E59B8" w:rsidR="004B35EF" w:rsidRDefault="00000000" w:rsidP="002A5A17">
      <w:pPr>
        <w:spacing w:after="360" w:line="600" w:lineRule="auto"/>
        <w:jc w:val="both"/>
      </w:pPr>
      <w:r>
        <w:t xml:space="preserve">As </w:t>
      </w:r>
      <w:proofErr w:type="spellStart"/>
      <w:r>
        <w:t>lideranças</w:t>
      </w:r>
      <w:proofErr w:type="spellEnd"/>
      <w:r>
        <w:t xml:space="preserve"> </w:t>
      </w:r>
      <w:proofErr w:type="spellStart"/>
      <w:r>
        <w:t>comunitárias</w:t>
      </w:r>
      <w:proofErr w:type="spellEnd"/>
      <w:r>
        <w:t xml:space="preserve"> </w:t>
      </w:r>
      <w:proofErr w:type="spellStart"/>
      <w:r>
        <w:t>quilombolas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 </w:t>
      </w:r>
      <w:proofErr w:type="spellStart"/>
      <w:r>
        <w:t>identificadas</w:t>
      </w:r>
      <w:proofErr w:type="spellEnd"/>
      <w:r>
        <w:t xml:space="preserve"> </w:t>
      </w:r>
      <w:proofErr w:type="spellStart"/>
      <w:r>
        <w:t>declaram</w:t>
      </w:r>
      <w:proofErr w:type="spellEnd"/>
      <w:r>
        <w:t xml:space="preserve"> que</w:t>
      </w:r>
      <w:r w:rsidR="002A5A17">
        <w:t xml:space="preserve"> ………………………. ………………………………………………………………………………………………………...…</w:t>
      </w:r>
      <w:proofErr w:type="gramStart"/>
      <w:r w:rsidR="002A5A17">
        <w:t>…..</w:t>
      </w:r>
      <w:proofErr w:type="gramEnd"/>
      <w:r w:rsidR="002A5A17">
        <w:t>, CPF ……………………………………….………</w:t>
      </w:r>
      <w:r>
        <w:t xml:space="preserve">, é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quilombola</w:t>
      </w:r>
      <w:proofErr w:type="spellEnd"/>
      <w:r>
        <w:t xml:space="preserve"> </w:t>
      </w:r>
      <w:proofErr w:type="spellStart"/>
      <w:r>
        <w:t>pertencente</w:t>
      </w:r>
      <w:proofErr w:type="spellEnd"/>
      <w:r>
        <w:t xml:space="preserve"> à </w:t>
      </w:r>
      <w:proofErr w:type="spellStart"/>
      <w:r>
        <w:t>comunidade</w:t>
      </w:r>
      <w:proofErr w:type="spellEnd"/>
      <w:r>
        <w:br/>
      </w:r>
      <w:r w:rsidR="002A5A17">
        <w:t>……………………………………………………………………………………………………………….. ………………………………………………………………</w:t>
      </w:r>
      <w:r>
        <w:t xml:space="preserve">, </w:t>
      </w:r>
      <w:proofErr w:type="spellStart"/>
      <w:r>
        <w:t>localizada</w:t>
      </w:r>
      <w:proofErr w:type="spellEnd"/>
      <w:r>
        <w:t xml:space="preserve"> no </w:t>
      </w:r>
      <w:proofErr w:type="spellStart"/>
      <w:r>
        <w:t>Município</w:t>
      </w:r>
      <w:proofErr w:type="spellEnd"/>
      <w:r>
        <w:t xml:space="preserve"> de</w:t>
      </w:r>
      <w:r w:rsidR="002A5A17">
        <w:t xml:space="preserve"> ……………… …………………………………………………………….., Estado ………………………………</w:t>
      </w:r>
    </w:p>
    <w:p w14:paraId="04E478CD" w14:textId="77777777" w:rsidR="004B35EF" w:rsidRDefault="00000000">
      <w:r>
        <w:t xml:space="preserve">Por ser expressão da verdade, </w:t>
      </w:r>
      <w:proofErr w:type="spellStart"/>
      <w:r>
        <w:t>firmam</w:t>
      </w:r>
      <w:proofErr w:type="spellEnd"/>
      <w:r>
        <w:t xml:space="preserve"> 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declaração</w:t>
      </w:r>
      <w:proofErr w:type="spellEnd"/>
      <w:r>
        <w:t>.</w:t>
      </w:r>
    </w:p>
    <w:p w14:paraId="25C003EF" w14:textId="77777777" w:rsidR="002A5A17" w:rsidRDefault="002A5A17"/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9546"/>
      </w:tblGrid>
      <w:tr w:rsidR="002A5A17" w:rsidRPr="002A5A17" w14:paraId="2329982F" w14:textId="77777777" w:rsidTr="00405B20">
        <w:tc>
          <w:tcPr>
            <w:tcW w:w="9546" w:type="dxa"/>
            <w:shd w:val="clear" w:color="auto" w:fill="D9D9D9" w:themeFill="background1" w:themeFillShade="D9"/>
          </w:tcPr>
          <w:p w14:paraId="18878C99" w14:textId="208C3C75" w:rsidR="002A5A17" w:rsidRPr="002A5A17" w:rsidRDefault="002A5A17" w:rsidP="002A5A17">
            <w:pPr>
              <w:jc w:val="center"/>
              <w:rPr>
                <w:b/>
                <w:bCs/>
              </w:rPr>
            </w:pPr>
            <w:r w:rsidRPr="002A5A17">
              <w:rPr>
                <w:b/>
                <w:bCs/>
              </w:rPr>
              <w:t>LIDERANÇA 1</w:t>
            </w:r>
          </w:p>
        </w:tc>
      </w:tr>
      <w:tr w:rsidR="002A5A17" w14:paraId="1B7E8D13" w14:textId="77777777" w:rsidTr="00405B20">
        <w:trPr>
          <w:trHeight w:val="510"/>
        </w:trPr>
        <w:tc>
          <w:tcPr>
            <w:tcW w:w="9546" w:type="dxa"/>
            <w:vAlign w:val="center"/>
          </w:tcPr>
          <w:p w14:paraId="0DC00B4F" w14:textId="31B883D3" w:rsidR="002A5A17" w:rsidRPr="002A5A17" w:rsidRDefault="002A5A17" w:rsidP="00405B20">
            <w:pPr>
              <w:rPr>
                <w:b/>
                <w:bCs/>
              </w:rPr>
            </w:pPr>
            <w:r>
              <w:rPr>
                <w:b/>
                <w:bCs/>
              </w:rPr>
              <w:t>NOME:</w:t>
            </w:r>
          </w:p>
        </w:tc>
      </w:tr>
      <w:tr w:rsidR="002A5A17" w14:paraId="7754FC84" w14:textId="77777777" w:rsidTr="00405B20">
        <w:trPr>
          <w:trHeight w:val="510"/>
        </w:trPr>
        <w:tc>
          <w:tcPr>
            <w:tcW w:w="9546" w:type="dxa"/>
            <w:vAlign w:val="center"/>
          </w:tcPr>
          <w:p w14:paraId="60F6CE4B" w14:textId="55069E4C" w:rsidR="002A5A17" w:rsidRPr="002A5A17" w:rsidRDefault="002A5A17" w:rsidP="00405B20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CPF:</w:t>
            </w:r>
          </w:p>
        </w:tc>
      </w:tr>
      <w:tr w:rsidR="002A5A17" w14:paraId="489F26A0" w14:textId="77777777" w:rsidTr="00405B20">
        <w:trPr>
          <w:trHeight w:val="510"/>
        </w:trPr>
        <w:tc>
          <w:tcPr>
            <w:tcW w:w="9546" w:type="dxa"/>
            <w:vAlign w:val="center"/>
          </w:tcPr>
          <w:p w14:paraId="12685C07" w14:textId="7E0CC8D0" w:rsidR="002A5A17" w:rsidRPr="002A5A17" w:rsidRDefault="002A5A17" w:rsidP="00405B20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ASSINATURA:</w:t>
            </w:r>
          </w:p>
        </w:tc>
      </w:tr>
      <w:tr w:rsidR="002A5A17" w14:paraId="4B3B05AC" w14:textId="77777777" w:rsidTr="00405B20">
        <w:tc>
          <w:tcPr>
            <w:tcW w:w="9546" w:type="dxa"/>
            <w:shd w:val="clear" w:color="auto" w:fill="D9D9D9" w:themeFill="background1" w:themeFillShade="D9"/>
            <w:vAlign w:val="center"/>
          </w:tcPr>
          <w:p w14:paraId="1C9996CD" w14:textId="6802BDB4" w:rsidR="002A5A17" w:rsidRDefault="002A5A17" w:rsidP="002A5A17">
            <w:pPr>
              <w:jc w:val="center"/>
            </w:pPr>
            <w:r w:rsidRPr="002A5A17">
              <w:rPr>
                <w:b/>
                <w:bCs/>
              </w:rPr>
              <w:t xml:space="preserve">LIDERANÇA </w:t>
            </w:r>
            <w:r>
              <w:rPr>
                <w:b/>
                <w:bCs/>
              </w:rPr>
              <w:t>2</w:t>
            </w:r>
          </w:p>
        </w:tc>
      </w:tr>
      <w:tr w:rsidR="002A5A17" w14:paraId="12E0AF37" w14:textId="77777777" w:rsidTr="00405B20">
        <w:trPr>
          <w:trHeight w:val="510"/>
        </w:trPr>
        <w:tc>
          <w:tcPr>
            <w:tcW w:w="9546" w:type="dxa"/>
            <w:vAlign w:val="center"/>
          </w:tcPr>
          <w:p w14:paraId="3255711A" w14:textId="3F9EC419" w:rsidR="002A5A17" w:rsidRDefault="002A5A17" w:rsidP="00405B20">
            <w:r>
              <w:rPr>
                <w:b/>
                <w:bCs/>
              </w:rPr>
              <w:t>NOME:</w:t>
            </w:r>
          </w:p>
        </w:tc>
      </w:tr>
      <w:tr w:rsidR="002A5A17" w14:paraId="14EAFFB8" w14:textId="77777777" w:rsidTr="00405B20">
        <w:trPr>
          <w:trHeight w:val="510"/>
        </w:trPr>
        <w:tc>
          <w:tcPr>
            <w:tcW w:w="9546" w:type="dxa"/>
            <w:vAlign w:val="center"/>
          </w:tcPr>
          <w:p w14:paraId="3313AD45" w14:textId="48D5B997" w:rsidR="002A5A17" w:rsidRDefault="002A5A17" w:rsidP="00405B20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CPF:</w:t>
            </w:r>
          </w:p>
        </w:tc>
      </w:tr>
      <w:tr w:rsidR="002A5A17" w14:paraId="282F118F" w14:textId="77777777" w:rsidTr="00405B20">
        <w:trPr>
          <w:trHeight w:val="510"/>
        </w:trPr>
        <w:tc>
          <w:tcPr>
            <w:tcW w:w="9546" w:type="dxa"/>
            <w:vAlign w:val="center"/>
          </w:tcPr>
          <w:p w14:paraId="1F5F5AE7" w14:textId="4A3DACC6" w:rsidR="002A5A17" w:rsidRDefault="002A5A17" w:rsidP="00405B20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ASSINATURA:</w:t>
            </w:r>
          </w:p>
        </w:tc>
      </w:tr>
      <w:tr w:rsidR="002A5A17" w14:paraId="51556AE5" w14:textId="77777777" w:rsidTr="00405B20">
        <w:tc>
          <w:tcPr>
            <w:tcW w:w="9546" w:type="dxa"/>
            <w:shd w:val="clear" w:color="auto" w:fill="D9D9D9" w:themeFill="background1" w:themeFillShade="D9"/>
            <w:vAlign w:val="center"/>
          </w:tcPr>
          <w:p w14:paraId="0396F584" w14:textId="5D794C1F" w:rsidR="002A5A17" w:rsidRDefault="002A5A17" w:rsidP="002A5A17">
            <w:pPr>
              <w:jc w:val="center"/>
              <w:rPr>
                <w:b/>
                <w:bCs/>
              </w:rPr>
            </w:pPr>
            <w:r w:rsidRPr="002A5A17">
              <w:rPr>
                <w:b/>
                <w:bCs/>
              </w:rPr>
              <w:t xml:space="preserve">LIDERANÇA </w:t>
            </w:r>
            <w:r>
              <w:rPr>
                <w:b/>
                <w:bCs/>
              </w:rPr>
              <w:t>3</w:t>
            </w:r>
          </w:p>
        </w:tc>
      </w:tr>
      <w:tr w:rsidR="002A5A17" w14:paraId="68F74A4D" w14:textId="77777777" w:rsidTr="00405B20">
        <w:trPr>
          <w:trHeight w:val="510"/>
        </w:trPr>
        <w:tc>
          <w:tcPr>
            <w:tcW w:w="9546" w:type="dxa"/>
            <w:vAlign w:val="center"/>
          </w:tcPr>
          <w:p w14:paraId="7E85AAD3" w14:textId="56F026F5" w:rsidR="002A5A17" w:rsidRDefault="002A5A17" w:rsidP="00405B20">
            <w:pPr>
              <w:rPr>
                <w:b/>
                <w:bCs/>
              </w:rPr>
            </w:pPr>
            <w:r>
              <w:rPr>
                <w:b/>
                <w:bCs/>
              </w:rPr>
              <w:t>NOME:</w:t>
            </w:r>
          </w:p>
        </w:tc>
      </w:tr>
      <w:tr w:rsidR="002A5A17" w14:paraId="3B00BEC7" w14:textId="77777777" w:rsidTr="00405B20">
        <w:trPr>
          <w:trHeight w:val="510"/>
        </w:trPr>
        <w:tc>
          <w:tcPr>
            <w:tcW w:w="9546" w:type="dxa"/>
            <w:vAlign w:val="center"/>
          </w:tcPr>
          <w:p w14:paraId="4431867A" w14:textId="56136716" w:rsidR="002A5A17" w:rsidRDefault="002A5A17" w:rsidP="00405B20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CPF:</w:t>
            </w:r>
          </w:p>
        </w:tc>
      </w:tr>
      <w:tr w:rsidR="002A5A17" w14:paraId="2073A55D" w14:textId="77777777" w:rsidTr="00405B20">
        <w:trPr>
          <w:trHeight w:val="510"/>
        </w:trPr>
        <w:tc>
          <w:tcPr>
            <w:tcW w:w="9546" w:type="dxa"/>
            <w:vAlign w:val="center"/>
          </w:tcPr>
          <w:p w14:paraId="6EED4B6E" w14:textId="416687EA" w:rsidR="002A5A17" w:rsidRDefault="002A5A17" w:rsidP="00405B20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ASSINATURA:</w:t>
            </w:r>
          </w:p>
        </w:tc>
      </w:tr>
    </w:tbl>
    <w:p w14:paraId="296DBFA4" w14:textId="77777777" w:rsidR="002A5A17" w:rsidRDefault="002A5A17"/>
    <w:p w14:paraId="6C1FD4CD" w14:textId="77777777" w:rsidR="004B35EF" w:rsidRDefault="004B35EF"/>
    <w:p w14:paraId="7F770892" w14:textId="77777777" w:rsidR="00405B20" w:rsidRDefault="00405B20" w:rsidP="00405B20">
      <w:pPr>
        <w:spacing w:after="440"/>
        <w:jc w:val="right"/>
      </w:pPr>
    </w:p>
    <w:p w14:paraId="185146F5" w14:textId="6B784189" w:rsidR="00405B20" w:rsidRDefault="00405B20" w:rsidP="00405B20">
      <w:pPr>
        <w:spacing w:after="440"/>
        <w:jc w:val="right"/>
      </w:pPr>
      <w:r>
        <w:t>Rio Verde/GO, ………………. de ………………………. de ………………….</w:t>
      </w:r>
    </w:p>
    <w:p w14:paraId="1C33B363" w14:textId="4BD7291E" w:rsidR="004B35EF" w:rsidRDefault="004B35EF" w:rsidP="00405B20"/>
    <w:sectPr w:rsidR="004B35EF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9086212">
    <w:abstractNumId w:val="8"/>
  </w:num>
  <w:num w:numId="2" w16cid:durableId="1697928549">
    <w:abstractNumId w:val="6"/>
  </w:num>
  <w:num w:numId="3" w16cid:durableId="456920451">
    <w:abstractNumId w:val="5"/>
  </w:num>
  <w:num w:numId="4" w16cid:durableId="31462379">
    <w:abstractNumId w:val="4"/>
  </w:num>
  <w:num w:numId="5" w16cid:durableId="1453862814">
    <w:abstractNumId w:val="7"/>
  </w:num>
  <w:num w:numId="6" w16cid:durableId="1752850727">
    <w:abstractNumId w:val="3"/>
  </w:num>
  <w:num w:numId="7" w16cid:durableId="422528544">
    <w:abstractNumId w:val="2"/>
  </w:num>
  <w:num w:numId="8" w16cid:durableId="1172452170">
    <w:abstractNumId w:val="1"/>
  </w:num>
  <w:num w:numId="9" w16cid:durableId="20945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5A17"/>
    <w:rsid w:val="00326F90"/>
    <w:rsid w:val="00405B20"/>
    <w:rsid w:val="004B35EF"/>
    <w:rsid w:val="008755E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EF162"/>
  <w14:defaultImageDpi w14:val="300"/>
  <w15:docId w15:val="{8A07B118-3E35-42F6-BFD5-C3D4662E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Fabio Henrique Dyszy</cp:lastModifiedBy>
  <cp:revision>3</cp:revision>
  <dcterms:created xsi:type="dcterms:W3CDTF">2013-12-23T23:15:00Z</dcterms:created>
  <dcterms:modified xsi:type="dcterms:W3CDTF">2026-08-19T18:58:00Z</dcterms:modified>
  <cp:category/>
</cp:coreProperties>
</file>